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EFE2E" w14:textId="77777777" w:rsidR="00007370" w:rsidRPr="00007370" w:rsidRDefault="00007370" w:rsidP="00007370">
      <w:pPr>
        <w:spacing w:before="120" w:after="0"/>
        <w:jc w:val="center"/>
        <w:rPr>
          <w:rFonts w:cs="Times New Roman"/>
          <w:b/>
          <w:bCs/>
          <w:color w:val="1F4E79"/>
          <w:sz w:val="36"/>
          <w:lang w:val="vi-VN"/>
        </w:rPr>
      </w:pPr>
      <w:r w:rsidRPr="00007370">
        <w:rPr>
          <w:rFonts w:cs="Times New Roman"/>
          <w:b/>
          <w:bCs/>
          <w:color w:val="1F4E79"/>
          <w:sz w:val="36"/>
          <w:lang w:val="vi-VN"/>
        </w:rPr>
        <w:t>BẢO HIỂM XÃ HỘI VIỆT NAM</w:t>
      </w:r>
    </w:p>
    <w:p w14:paraId="1569E0D0" w14:textId="77777777" w:rsidR="00007370" w:rsidRPr="00007370" w:rsidRDefault="00007370" w:rsidP="00007370">
      <w:pPr>
        <w:jc w:val="center"/>
        <w:rPr>
          <w:rFonts w:cs="Times New Roman"/>
          <w:b/>
          <w:color w:val="1F4E79"/>
          <w:sz w:val="36"/>
        </w:rPr>
      </w:pPr>
      <w:r w:rsidRPr="00007370">
        <w:rPr>
          <w:rFonts w:cs="Times New Roman"/>
          <w:b/>
          <w:color w:val="1F4E79"/>
          <w:sz w:val="36"/>
          <w:lang w:val="vi-VN"/>
        </w:rPr>
        <w:t>--------</w:t>
      </w:r>
      <w:r w:rsidRPr="00007370">
        <w:rPr>
          <w:rFonts w:cs="Times New Roman"/>
          <w:b/>
          <w:color w:val="1F4E79"/>
          <w:sz w:val="36"/>
          <w:lang w:val="vi-VN"/>
        </w:rPr>
        <w:sym w:font="Wingdings" w:char="F09A"/>
      </w:r>
      <w:r w:rsidRPr="00007370">
        <w:rPr>
          <w:rFonts w:cs="Times New Roman"/>
          <w:b/>
          <w:color w:val="1F4E79"/>
          <w:sz w:val="36"/>
          <w:lang w:val="vi-VN"/>
        </w:rPr>
        <w:sym w:font="Wingdings" w:char="F09B"/>
      </w:r>
      <w:r w:rsidRPr="00007370">
        <w:rPr>
          <w:rFonts w:cs="Times New Roman"/>
          <w:b/>
          <w:color w:val="1F4E79"/>
          <w:sz w:val="36"/>
          <w:lang w:val="vi-VN"/>
        </w:rPr>
        <w:sym w:font="Wingdings" w:char="F026"/>
      </w:r>
      <w:r w:rsidRPr="00007370">
        <w:rPr>
          <w:rFonts w:cs="Times New Roman"/>
          <w:b/>
          <w:color w:val="1F4E79"/>
          <w:sz w:val="36"/>
          <w:lang w:val="vi-VN"/>
        </w:rPr>
        <w:sym w:font="Wingdings" w:char="F09A"/>
      </w:r>
      <w:r w:rsidRPr="00007370">
        <w:rPr>
          <w:rFonts w:cs="Times New Roman"/>
          <w:b/>
          <w:color w:val="1F4E79"/>
          <w:sz w:val="36"/>
          <w:lang w:val="vi-VN"/>
        </w:rPr>
        <w:sym w:font="Wingdings" w:char="F09B"/>
      </w:r>
      <w:r w:rsidRPr="00007370">
        <w:rPr>
          <w:rFonts w:cs="Times New Roman"/>
          <w:b/>
          <w:color w:val="1F4E79"/>
          <w:sz w:val="36"/>
          <w:lang w:val="vi-VN"/>
        </w:rPr>
        <w:t>--------</w:t>
      </w:r>
    </w:p>
    <w:p w14:paraId="19E24496" w14:textId="3593D504" w:rsidR="00007370" w:rsidRPr="00007370" w:rsidRDefault="00007370" w:rsidP="00007370">
      <w:pPr>
        <w:jc w:val="center"/>
        <w:rPr>
          <w:rFonts w:cs="Times New Roman"/>
          <w:b/>
          <w:color w:val="1F4E79"/>
          <w:sz w:val="36"/>
        </w:rPr>
      </w:pPr>
      <w:r w:rsidRPr="00007370">
        <w:rPr>
          <w:rFonts w:cs="Times New Roman"/>
          <w:b/>
          <w:noProof/>
          <w:color w:val="1F4E79"/>
          <w:sz w:val="36"/>
        </w:rPr>
        <w:drawing>
          <wp:anchor distT="0" distB="0" distL="114300" distR="114300" simplePos="0" relativeHeight="251659264" behindDoc="0" locked="0" layoutInCell="1" allowOverlap="1" wp14:anchorId="57488ABB" wp14:editId="2CF7B2D1">
            <wp:simplePos x="0" y="0"/>
            <wp:positionH relativeFrom="margin">
              <wp:posOffset>2280285</wp:posOffset>
            </wp:positionH>
            <wp:positionV relativeFrom="paragraph">
              <wp:posOffset>31750</wp:posOffset>
            </wp:positionV>
            <wp:extent cx="1516380" cy="1402080"/>
            <wp:effectExtent l="0" t="0" r="7620" b="7620"/>
            <wp:wrapSquare wrapText="bothSides"/>
            <wp:docPr id="5407549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6380" cy="1402080"/>
                    </a:xfrm>
                    <a:prstGeom prst="rect">
                      <a:avLst/>
                    </a:prstGeom>
                    <a:noFill/>
                  </pic:spPr>
                </pic:pic>
              </a:graphicData>
            </a:graphic>
            <wp14:sizeRelH relativeFrom="margin">
              <wp14:pctWidth>0</wp14:pctWidth>
            </wp14:sizeRelH>
            <wp14:sizeRelV relativeFrom="margin">
              <wp14:pctHeight>0</wp14:pctHeight>
            </wp14:sizeRelV>
          </wp:anchor>
        </w:drawing>
      </w:r>
    </w:p>
    <w:p w14:paraId="186DEABD" w14:textId="77777777" w:rsidR="00007370" w:rsidRPr="00007370" w:rsidRDefault="00007370" w:rsidP="00007370">
      <w:pPr>
        <w:jc w:val="center"/>
        <w:rPr>
          <w:rFonts w:cs="Times New Roman"/>
          <w:b/>
          <w:color w:val="1F4E79"/>
          <w:sz w:val="36"/>
        </w:rPr>
      </w:pPr>
    </w:p>
    <w:p w14:paraId="4BD309A2" w14:textId="77777777" w:rsidR="00007370" w:rsidRPr="00007370" w:rsidRDefault="00007370" w:rsidP="00007370">
      <w:pPr>
        <w:jc w:val="center"/>
        <w:rPr>
          <w:rFonts w:cs="Times New Roman"/>
          <w:b/>
          <w:color w:val="1F4E79"/>
          <w:sz w:val="36"/>
        </w:rPr>
      </w:pPr>
    </w:p>
    <w:p w14:paraId="7A2575CC" w14:textId="77777777" w:rsidR="00007370" w:rsidRPr="00007370" w:rsidRDefault="00007370" w:rsidP="00007370">
      <w:pPr>
        <w:jc w:val="center"/>
        <w:rPr>
          <w:rFonts w:cs="Times New Roman"/>
          <w:b/>
          <w:color w:val="1F4E79"/>
          <w:sz w:val="36"/>
        </w:rPr>
      </w:pPr>
    </w:p>
    <w:p w14:paraId="65855BD7" w14:textId="77777777" w:rsidR="00007370" w:rsidRDefault="00007370">
      <w:pPr>
        <w:jc w:val="center"/>
        <w:rPr>
          <w:rFonts w:cs="Times New Roman"/>
          <w:b/>
          <w:color w:val="1F4E79"/>
          <w:sz w:val="36"/>
        </w:rPr>
      </w:pPr>
    </w:p>
    <w:p w14:paraId="0A4E399D" w14:textId="02893A11" w:rsidR="00FD68E4" w:rsidRPr="00A675B7" w:rsidRDefault="00000000">
      <w:pPr>
        <w:jc w:val="center"/>
        <w:rPr>
          <w:rFonts w:cs="Times New Roman"/>
        </w:rPr>
      </w:pPr>
      <w:r w:rsidRPr="00A675B7">
        <w:rPr>
          <w:rFonts w:cs="Times New Roman"/>
          <w:b/>
          <w:color w:val="1F4E79"/>
          <w:sz w:val="36"/>
        </w:rPr>
        <w:t>HƯỚNG DẪN CÀI ĐẶT VÀ SỬ DỤNG</w:t>
      </w:r>
    </w:p>
    <w:p w14:paraId="7604F547" w14:textId="1C98ADC4" w:rsidR="00FD68E4" w:rsidRPr="00A675B7" w:rsidRDefault="00000000">
      <w:pPr>
        <w:jc w:val="center"/>
        <w:rPr>
          <w:rFonts w:cs="Times New Roman"/>
        </w:rPr>
      </w:pPr>
      <w:r w:rsidRPr="00A675B7">
        <w:rPr>
          <w:rFonts w:cs="Times New Roman"/>
          <w:b/>
          <w:color w:val="1F4E79"/>
          <w:sz w:val="40"/>
        </w:rPr>
        <w:t>VSS DECLARATION</w:t>
      </w:r>
    </w:p>
    <w:p w14:paraId="3742A7CE" w14:textId="77777777" w:rsidR="00FD68E4" w:rsidRPr="00A675B7" w:rsidRDefault="00FD68E4">
      <w:pPr>
        <w:rPr>
          <w:rFonts w:cs="Times New Roman"/>
        </w:rPr>
      </w:pPr>
    </w:p>
    <w:tbl>
      <w:tblPr>
        <w:tblStyle w:val="TableGrid"/>
        <w:tblW w:w="86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969"/>
        <w:gridCol w:w="4659"/>
      </w:tblGrid>
      <w:tr w:rsidR="00FD68E4" w:rsidRPr="008F63E4" w14:paraId="4EA60B05" w14:textId="77777777" w:rsidTr="00E3356F">
        <w:trPr>
          <w:jc w:val="center"/>
        </w:trPr>
        <w:tc>
          <w:tcPr>
            <w:tcW w:w="3969" w:type="dxa"/>
            <w:shd w:val="clear" w:color="auto" w:fill="D9EAF7"/>
          </w:tcPr>
          <w:p w14:paraId="132C6793" w14:textId="77777777" w:rsidR="00FD68E4" w:rsidRPr="008F63E4" w:rsidRDefault="00000000">
            <w:pPr>
              <w:rPr>
                <w:rFonts w:cs="Times New Roman"/>
                <w:sz w:val="26"/>
                <w:szCs w:val="26"/>
              </w:rPr>
            </w:pPr>
            <w:proofErr w:type="spellStart"/>
            <w:r w:rsidRPr="008F63E4">
              <w:rPr>
                <w:rFonts w:cs="Times New Roman"/>
                <w:b/>
                <w:sz w:val="26"/>
                <w:szCs w:val="26"/>
              </w:rPr>
              <w:t>Đối</w:t>
            </w:r>
            <w:proofErr w:type="spellEnd"/>
            <w:r w:rsidRPr="008F63E4">
              <w:rPr>
                <w:rFonts w:cs="Times New Roman"/>
                <w:b/>
                <w:sz w:val="26"/>
                <w:szCs w:val="26"/>
              </w:rPr>
              <w:t xml:space="preserve"> </w:t>
            </w:r>
            <w:proofErr w:type="spellStart"/>
            <w:r w:rsidRPr="008F63E4">
              <w:rPr>
                <w:rFonts w:cs="Times New Roman"/>
                <w:b/>
                <w:sz w:val="26"/>
                <w:szCs w:val="26"/>
              </w:rPr>
              <w:t>tượng</w:t>
            </w:r>
            <w:proofErr w:type="spellEnd"/>
            <w:r w:rsidRPr="008F63E4">
              <w:rPr>
                <w:rFonts w:cs="Times New Roman"/>
                <w:b/>
                <w:sz w:val="26"/>
                <w:szCs w:val="26"/>
              </w:rPr>
              <w:t xml:space="preserve"> </w:t>
            </w:r>
            <w:proofErr w:type="spellStart"/>
            <w:r w:rsidRPr="008F63E4">
              <w:rPr>
                <w:rFonts w:cs="Times New Roman"/>
                <w:b/>
                <w:sz w:val="26"/>
                <w:szCs w:val="26"/>
              </w:rPr>
              <w:t>sử</w:t>
            </w:r>
            <w:proofErr w:type="spellEnd"/>
            <w:r w:rsidRPr="008F63E4">
              <w:rPr>
                <w:rFonts w:cs="Times New Roman"/>
                <w:b/>
                <w:sz w:val="26"/>
                <w:szCs w:val="26"/>
              </w:rPr>
              <w:t xml:space="preserve"> </w:t>
            </w:r>
            <w:proofErr w:type="spellStart"/>
            <w:r w:rsidRPr="008F63E4">
              <w:rPr>
                <w:rFonts w:cs="Times New Roman"/>
                <w:b/>
                <w:sz w:val="26"/>
                <w:szCs w:val="26"/>
              </w:rPr>
              <w:t>dụng</w:t>
            </w:r>
            <w:proofErr w:type="spellEnd"/>
          </w:p>
        </w:tc>
        <w:tc>
          <w:tcPr>
            <w:tcW w:w="4659" w:type="dxa"/>
          </w:tcPr>
          <w:p w14:paraId="298E2ECC" w14:textId="0016AB9C" w:rsidR="00FD68E4" w:rsidRPr="008F63E4" w:rsidRDefault="00000000">
            <w:pPr>
              <w:rPr>
                <w:rFonts w:cs="Times New Roman"/>
                <w:sz w:val="26"/>
                <w:szCs w:val="26"/>
              </w:rPr>
            </w:pPr>
            <w:proofErr w:type="spellStart"/>
            <w:r w:rsidRPr="008F63E4">
              <w:rPr>
                <w:rFonts w:cs="Times New Roman"/>
                <w:sz w:val="26"/>
                <w:szCs w:val="26"/>
              </w:rPr>
              <w:t>Người</w:t>
            </w:r>
            <w:proofErr w:type="spellEnd"/>
            <w:r w:rsidRPr="008F63E4">
              <w:rPr>
                <w:rFonts w:cs="Times New Roman"/>
                <w:sz w:val="26"/>
                <w:szCs w:val="26"/>
              </w:rPr>
              <w:t xml:space="preserve"> </w:t>
            </w:r>
            <w:proofErr w:type="spellStart"/>
            <w:r w:rsidRPr="008F63E4">
              <w:rPr>
                <w:rFonts w:cs="Times New Roman"/>
                <w:sz w:val="26"/>
                <w:szCs w:val="26"/>
              </w:rPr>
              <w:t>dùng</w:t>
            </w:r>
            <w:proofErr w:type="spellEnd"/>
            <w:r w:rsidRPr="008F63E4">
              <w:rPr>
                <w:rFonts w:cs="Times New Roman"/>
                <w:sz w:val="26"/>
                <w:szCs w:val="26"/>
              </w:rPr>
              <w:t xml:space="preserve"> </w:t>
            </w:r>
            <w:proofErr w:type="spellStart"/>
            <w:r w:rsidRPr="008F63E4">
              <w:rPr>
                <w:rFonts w:cs="Times New Roman"/>
                <w:sz w:val="26"/>
                <w:szCs w:val="26"/>
              </w:rPr>
              <w:t>cuối</w:t>
            </w:r>
            <w:proofErr w:type="spellEnd"/>
          </w:p>
        </w:tc>
      </w:tr>
      <w:tr w:rsidR="00FD68E4" w:rsidRPr="008F63E4" w14:paraId="7FCC55D2" w14:textId="77777777" w:rsidTr="00E3356F">
        <w:trPr>
          <w:jc w:val="center"/>
        </w:trPr>
        <w:tc>
          <w:tcPr>
            <w:tcW w:w="3969" w:type="dxa"/>
            <w:shd w:val="clear" w:color="auto" w:fill="D9EAF7"/>
          </w:tcPr>
          <w:p w14:paraId="413D5C2C" w14:textId="77777777" w:rsidR="00FD68E4" w:rsidRPr="008F63E4" w:rsidRDefault="00000000">
            <w:pPr>
              <w:rPr>
                <w:rFonts w:cs="Times New Roman"/>
                <w:sz w:val="26"/>
                <w:szCs w:val="26"/>
              </w:rPr>
            </w:pPr>
            <w:proofErr w:type="spellStart"/>
            <w:r w:rsidRPr="008F63E4">
              <w:rPr>
                <w:rFonts w:cs="Times New Roman"/>
                <w:b/>
                <w:sz w:val="26"/>
                <w:szCs w:val="26"/>
              </w:rPr>
              <w:t>Ứng</w:t>
            </w:r>
            <w:proofErr w:type="spellEnd"/>
            <w:r w:rsidRPr="008F63E4">
              <w:rPr>
                <w:rFonts w:cs="Times New Roman"/>
                <w:b/>
                <w:sz w:val="26"/>
                <w:szCs w:val="26"/>
              </w:rPr>
              <w:t xml:space="preserve"> </w:t>
            </w:r>
            <w:proofErr w:type="spellStart"/>
            <w:r w:rsidRPr="008F63E4">
              <w:rPr>
                <w:rFonts w:cs="Times New Roman"/>
                <w:b/>
                <w:sz w:val="26"/>
                <w:szCs w:val="26"/>
              </w:rPr>
              <w:t>dụng</w:t>
            </w:r>
            <w:proofErr w:type="spellEnd"/>
            <w:r w:rsidRPr="008F63E4">
              <w:rPr>
                <w:rFonts w:cs="Times New Roman"/>
                <w:b/>
                <w:sz w:val="26"/>
                <w:szCs w:val="26"/>
              </w:rPr>
              <w:t xml:space="preserve"> </w:t>
            </w:r>
            <w:proofErr w:type="spellStart"/>
            <w:r w:rsidRPr="008F63E4">
              <w:rPr>
                <w:rFonts w:cs="Times New Roman"/>
                <w:b/>
                <w:sz w:val="26"/>
                <w:szCs w:val="26"/>
              </w:rPr>
              <w:t>nền</w:t>
            </w:r>
            <w:proofErr w:type="spellEnd"/>
          </w:p>
        </w:tc>
        <w:tc>
          <w:tcPr>
            <w:tcW w:w="4659" w:type="dxa"/>
          </w:tcPr>
          <w:p w14:paraId="6A05E919" w14:textId="77777777" w:rsidR="00FD68E4" w:rsidRPr="008F63E4" w:rsidRDefault="00000000">
            <w:pPr>
              <w:rPr>
                <w:rFonts w:cs="Times New Roman"/>
                <w:sz w:val="26"/>
                <w:szCs w:val="26"/>
              </w:rPr>
            </w:pPr>
            <w:r w:rsidRPr="008F63E4">
              <w:rPr>
                <w:rFonts w:cs="Times New Roman"/>
                <w:sz w:val="26"/>
                <w:szCs w:val="26"/>
              </w:rPr>
              <w:t>Vietnam Social Security Declaration chạy trên Windows</w:t>
            </w:r>
          </w:p>
        </w:tc>
      </w:tr>
      <w:tr w:rsidR="00FD68E4" w:rsidRPr="008F63E4" w14:paraId="1B29A1C4" w14:textId="77777777" w:rsidTr="00E3356F">
        <w:trPr>
          <w:jc w:val="center"/>
        </w:trPr>
        <w:tc>
          <w:tcPr>
            <w:tcW w:w="3969" w:type="dxa"/>
            <w:shd w:val="clear" w:color="auto" w:fill="D9EAF7"/>
          </w:tcPr>
          <w:p w14:paraId="5D054F26" w14:textId="77777777" w:rsidR="00FD68E4" w:rsidRPr="008F63E4" w:rsidRDefault="00000000">
            <w:pPr>
              <w:rPr>
                <w:rFonts w:cs="Times New Roman"/>
                <w:sz w:val="26"/>
                <w:szCs w:val="26"/>
              </w:rPr>
            </w:pPr>
            <w:r w:rsidRPr="008F63E4">
              <w:rPr>
                <w:rFonts w:cs="Times New Roman"/>
                <w:b/>
                <w:sz w:val="26"/>
                <w:szCs w:val="26"/>
              </w:rPr>
              <w:t>Mục đích</w:t>
            </w:r>
          </w:p>
        </w:tc>
        <w:tc>
          <w:tcPr>
            <w:tcW w:w="4659" w:type="dxa"/>
          </w:tcPr>
          <w:p w14:paraId="2FBA5A5E" w14:textId="2974DD89" w:rsidR="00FD68E4" w:rsidRPr="008F63E4" w:rsidRDefault="00000000">
            <w:pPr>
              <w:rPr>
                <w:rFonts w:cs="Times New Roman"/>
                <w:sz w:val="26"/>
                <w:szCs w:val="26"/>
              </w:rPr>
            </w:pPr>
            <w:r w:rsidRPr="008F63E4">
              <w:rPr>
                <w:rFonts w:cs="Times New Roman"/>
                <w:sz w:val="26"/>
                <w:szCs w:val="26"/>
              </w:rPr>
              <w:t xml:space="preserve">Cài </w:t>
            </w:r>
            <w:proofErr w:type="spellStart"/>
            <w:r w:rsidRPr="008F63E4">
              <w:rPr>
                <w:rFonts w:cs="Times New Roman"/>
                <w:sz w:val="26"/>
                <w:szCs w:val="26"/>
              </w:rPr>
              <w:t>đặt</w:t>
            </w:r>
            <w:proofErr w:type="spellEnd"/>
            <w:r w:rsidRPr="008F63E4">
              <w:rPr>
                <w:rFonts w:cs="Times New Roman"/>
                <w:sz w:val="26"/>
                <w:szCs w:val="26"/>
              </w:rPr>
              <w:t xml:space="preserve"> </w:t>
            </w:r>
            <w:proofErr w:type="spellStart"/>
            <w:r w:rsidRPr="008F63E4">
              <w:rPr>
                <w:rFonts w:cs="Times New Roman"/>
                <w:sz w:val="26"/>
                <w:szCs w:val="26"/>
              </w:rPr>
              <w:t>ứng</w:t>
            </w:r>
            <w:proofErr w:type="spellEnd"/>
            <w:r w:rsidRPr="008F63E4">
              <w:rPr>
                <w:rFonts w:cs="Times New Roman"/>
                <w:sz w:val="26"/>
                <w:szCs w:val="26"/>
              </w:rPr>
              <w:t xml:space="preserve"> </w:t>
            </w:r>
            <w:proofErr w:type="spellStart"/>
            <w:r w:rsidRPr="008F63E4">
              <w:rPr>
                <w:rFonts w:cs="Times New Roman"/>
                <w:sz w:val="26"/>
                <w:szCs w:val="26"/>
              </w:rPr>
              <w:t>dụng</w:t>
            </w:r>
            <w:proofErr w:type="spellEnd"/>
            <w:r w:rsidRPr="008F63E4">
              <w:rPr>
                <w:rFonts w:cs="Times New Roman"/>
                <w:sz w:val="26"/>
                <w:szCs w:val="26"/>
              </w:rPr>
              <w:t xml:space="preserve"> </w:t>
            </w:r>
            <w:proofErr w:type="spellStart"/>
            <w:r w:rsidRPr="008F63E4">
              <w:rPr>
                <w:rFonts w:cs="Times New Roman"/>
                <w:sz w:val="26"/>
                <w:szCs w:val="26"/>
              </w:rPr>
              <w:t>nền</w:t>
            </w:r>
            <w:proofErr w:type="spellEnd"/>
            <w:r w:rsidRPr="008F63E4">
              <w:rPr>
                <w:rFonts w:cs="Times New Roman"/>
                <w:sz w:val="26"/>
                <w:szCs w:val="26"/>
              </w:rPr>
              <w:t xml:space="preserve"> </w:t>
            </w:r>
            <w:proofErr w:type="spellStart"/>
            <w:r w:rsidRPr="008F63E4">
              <w:rPr>
                <w:rFonts w:cs="Times New Roman"/>
                <w:sz w:val="26"/>
                <w:szCs w:val="26"/>
              </w:rPr>
              <w:t>và</w:t>
            </w:r>
            <w:proofErr w:type="spellEnd"/>
            <w:r w:rsidRPr="008F63E4">
              <w:rPr>
                <w:rFonts w:cs="Times New Roman"/>
                <w:sz w:val="26"/>
                <w:szCs w:val="26"/>
              </w:rPr>
              <w:t xml:space="preserve"> </w:t>
            </w:r>
            <w:proofErr w:type="spellStart"/>
            <w:r w:rsidRPr="008F63E4">
              <w:rPr>
                <w:rFonts w:cs="Times New Roman"/>
                <w:sz w:val="26"/>
                <w:szCs w:val="26"/>
              </w:rPr>
              <w:t>để</w:t>
            </w:r>
            <w:proofErr w:type="spellEnd"/>
            <w:r w:rsidRPr="008F63E4">
              <w:rPr>
                <w:rFonts w:cs="Times New Roman"/>
                <w:sz w:val="26"/>
                <w:szCs w:val="26"/>
              </w:rPr>
              <w:t xml:space="preserve"> </w:t>
            </w:r>
            <w:proofErr w:type="spellStart"/>
            <w:r w:rsidRPr="008F63E4">
              <w:rPr>
                <w:rFonts w:cs="Times New Roman"/>
                <w:sz w:val="26"/>
                <w:szCs w:val="26"/>
              </w:rPr>
              <w:t>ký</w:t>
            </w:r>
            <w:proofErr w:type="spellEnd"/>
            <w:r w:rsidRPr="008F63E4">
              <w:rPr>
                <w:rFonts w:cs="Times New Roman"/>
                <w:sz w:val="26"/>
                <w:szCs w:val="26"/>
              </w:rPr>
              <w:t xml:space="preserve"> </w:t>
            </w:r>
            <w:proofErr w:type="spellStart"/>
            <w:r w:rsidRPr="008F63E4">
              <w:rPr>
                <w:rFonts w:cs="Times New Roman"/>
                <w:sz w:val="26"/>
                <w:szCs w:val="26"/>
              </w:rPr>
              <w:t>số</w:t>
            </w:r>
            <w:proofErr w:type="spellEnd"/>
            <w:r w:rsidR="001A197A">
              <w:rPr>
                <w:rFonts w:cs="Times New Roman"/>
                <w:sz w:val="26"/>
                <w:szCs w:val="26"/>
              </w:rPr>
              <w:t xml:space="preserve"> </w:t>
            </w:r>
            <w:proofErr w:type="spellStart"/>
            <w:r w:rsidR="001A197A">
              <w:rPr>
                <w:rFonts w:cs="Times New Roman"/>
                <w:sz w:val="26"/>
                <w:szCs w:val="26"/>
              </w:rPr>
              <w:t>trên</w:t>
            </w:r>
            <w:proofErr w:type="spellEnd"/>
            <w:r w:rsidR="001A197A">
              <w:rPr>
                <w:rFonts w:cs="Times New Roman"/>
                <w:sz w:val="26"/>
                <w:szCs w:val="26"/>
              </w:rPr>
              <w:t xml:space="preserve"> </w:t>
            </w:r>
            <w:proofErr w:type="spellStart"/>
            <w:r w:rsidR="001A197A">
              <w:rPr>
                <w:rFonts w:cs="Times New Roman"/>
                <w:sz w:val="26"/>
                <w:szCs w:val="26"/>
              </w:rPr>
              <w:t>cổng</w:t>
            </w:r>
            <w:proofErr w:type="spellEnd"/>
            <w:r w:rsidR="001A197A">
              <w:rPr>
                <w:rFonts w:cs="Times New Roman"/>
                <w:sz w:val="26"/>
                <w:szCs w:val="26"/>
              </w:rPr>
              <w:t xml:space="preserve"> DVC BHXH</w:t>
            </w:r>
          </w:p>
        </w:tc>
      </w:tr>
      <w:tr w:rsidR="00FD68E4" w:rsidRPr="008F63E4" w14:paraId="3A2D1CEF" w14:textId="77777777" w:rsidTr="00E3356F">
        <w:trPr>
          <w:jc w:val="center"/>
        </w:trPr>
        <w:tc>
          <w:tcPr>
            <w:tcW w:w="3969" w:type="dxa"/>
            <w:shd w:val="clear" w:color="auto" w:fill="D9EAF7"/>
          </w:tcPr>
          <w:p w14:paraId="272F98F9" w14:textId="77777777" w:rsidR="00FD68E4" w:rsidRPr="008F63E4" w:rsidRDefault="00000000">
            <w:pPr>
              <w:rPr>
                <w:rFonts w:cs="Times New Roman"/>
                <w:sz w:val="26"/>
                <w:szCs w:val="26"/>
              </w:rPr>
            </w:pPr>
            <w:r w:rsidRPr="008F63E4">
              <w:rPr>
                <w:rFonts w:cs="Times New Roman"/>
                <w:b/>
                <w:sz w:val="26"/>
                <w:szCs w:val="26"/>
              </w:rPr>
              <w:t>Phiên bản tài liệu</w:t>
            </w:r>
          </w:p>
        </w:tc>
        <w:tc>
          <w:tcPr>
            <w:tcW w:w="4659" w:type="dxa"/>
          </w:tcPr>
          <w:p w14:paraId="680C47D8" w14:textId="02BCF2C4" w:rsidR="00FD68E4" w:rsidRPr="008F63E4" w:rsidRDefault="007D4A4A">
            <w:pPr>
              <w:rPr>
                <w:rFonts w:cs="Times New Roman"/>
                <w:sz w:val="26"/>
                <w:szCs w:val="26"/>
              </w:rPr>
            </w:pPr>
            <w:r>
              <w:rPr>
                <w:rFonts w:cs="Times New Roman"/>
                <w:sz w:val="26"/>
                <w:szCs w:val="26"/>
              </w:rPr>
              <w:t>3</w:t>
            </w:r>
            <w:r w:rsidR="0060738A" w:rsidRPr="008F63E4">
              <w:rPr>
                <w:rFonts w:cs="Times New Roman"/>
                <w:sz w:val="26"/>
                <w:szCs w:val="26"/>
              </w:rPr>
              <w:t>.0</w:t>
            </w:r>
          </w:p>
        </w:tc>
      </w:tr>
    </w:tbl>
    <w:p w14:paraId="6FBBD324" w14:textId="77777777" w:rsidR="00FD68E4" w:rsidRPr="00A675B7" w:rsidRDefault="00000000">
      <w:pPr>
        <w:rPr>
          <w:rFonts w:cs="Times New Roman"/>
        </w:rPr>
      </w:pPr>
      <w:r w:rsidRPr="00A675B7">
        <w:rPr>
          <w:rFonts w:cs="Times New Roman"/>
        </w:rPr>
        <w:br w:type="page"/>
      </w:r>
    </w:p>
    <w:sdt>
      <w:sdtPr>
        <w:rPr>
          <w:rFonts w:ascii="Times New Roman" w:eastAsia="Times New Roman" w:hAnsi="Times New Roman" w:cstheme="minorBidi"/>
          <w:b w:val="0"/>
          <w:bCs w:val="0"/>
          <w:color w:val="auto"/>
          <w:sz w:val="22"/>
          <w:szCs w:val="22"/>
        </w:rPr>
        <w:id w:val="-169403509"/>
        <w:docPartObj>
          <w:docPartGallery w:val="Table of Contents"/>
          <w:docPartUnique/>
        </w:docPartObj>
      </w:sdtPr>
      <w:sdtEndPr>
        <w:rPr>
          <w:noProof/>
        </w:rPr>
      </w:sdtEndPr>
      <w:sdtContent>
        <w:p w14:paraId="0B3C2E9D" w14:textId="6DBA4E41" w:rsidR="00843660" w:rsidRPr="00843660" w:rsidRDefault="00843660" w:rsidP="00843660">
          <w:pPr>
            <w:pStyle w:val="TOCHeading"/>
            <w:jc w:val="center"/>
            <w:rPr>
              <w:rFonts w:ascii="Times New Roman" w:hAnsi="Times New Roman" w:cs="Times New Roman"/>
            </w:rPr>
          </w:pPr>
          <w:r w:rsidRPr="00843660">
            <w:rPr>
              <w:rFonts w:ascii="Times New Roman" w:hAnsi="Times New Roman" w:cs="Times New Roman"/>
            </w:rPr>
            <w:t>MỤC LỤC</w:t>
          </w:r>
        </w:p>
        <w:p w14:paraId="6BCE4E10" w14:textId="590577A2" w:rsidR="00E92585" w:rsidRDefault="00843660">
          <w:pPr>
            <w:pStyle w:val="TOC1"/>
            <w:tabs>
              <w:tab w:val="right" w:leader="dot" w:pos="9062"/>
            </w:tabs>
            <w:rPr>
              <w:rFonts w:asciiTheme="minorHAnsi" w:eastAsiaTheme="minorEastAsia" w:hAnsiTheme="minorHAnsi"/>
              <w:noProof/>
              <w:kern w:val="2"/>
              <w:sz w:val="24"/>
              <w:szCs w:val="24"/>
              <w14:ligatures w14:val="standardContextual"/>
            </w:rPr>
          </w:pPr>
          <w:r w:rsidRPr="00843660">
            <w:rPr>
              <w:rFonts w:cs="Times New Roman"/>
            </w:rPr>
            <w:fldChar w:fldCharType="begin"/>
          </w:r>
          <w:r w:rsidRPr="00843660">
            <w:rPr>
              <w:rFonts w:cs="Times New Roman"/>
            </w:rPr>
            <w:instrText xml:space="preserve"> TOC \o "1-3" \h \z \u </w:instrText>
          </w:r>
          <w:r w:rsidRPr="00843660">
            <w:rPr>
              <w:rFonts w:cs="Times New Roman"/>
            </w:rPr>
            <w:fldChar w:fldCharType="separate"/>
          </w:r>
          <w:hyperlink w:anchor="_Toc234595010" w:history="1">
            <w:r w:rsidR="00E92585" w:rsidRPr="00194D6B">
              <w:rPr>
                <w:rStyle w:val="Hyperlink"/>
                <w:rFonts w:cs="Times New Roman"/>
                <w:noProof/>
              </w:rPr>
              <w:t>1. GIỚI THIỆU</w:t>
            </w:r>
            <w:r w:rsidR="00E92585">
              <w:rPr>
                <w:noProof/>
                <w:webHidden/>
              </w:rPr>
              <w:tab/>
            </w:r>
            <w:r w:rsidR="00E92585">
              <w:rPr>
                <w:noProof/>
                <w:webHidden/>
              </w:rPr>
              <w:fldChar w:fldCharType="begin"/>
            </w:r>
            <w:r w:rsidR="00E92585">
              <w:rPr>
                <w:noProof/>
                <w:webHidden/>
              </w:rPr>
              <w:instrText xml:space="preserve"> PAGEREF _Toc234595010 \h </w:instrText>
            </w:r>
            <w:r w:rsidR="00E92585">
              <w:rPr>
                <w:noProof/>
                <w:webHidden/>
              </w:rPr>
            </w:r>
            <w:r w:rsidR="00E92585">
              <w:rPr>
                <w:noProof/>
                <w:webHidden/>
              </w:rPr>
              <w:fldChar w:fldCharType="separate"/>
            </w:r>
            <w:r w:rsidR="00E92585">
              <w:rPr>
                <w:noProof/>
                <w:webHidden/>
              </w:rPr>
              <w:t>3</w:t>
            </w:r>
            <w:r w:rsidR="00E92585">
              <w:rPr>
                <w:noProof/>
                <w:webHidden/>
              </w:rPr>
              <w:fldChar w:fldCharType="end"/>
            </w:r>
          </w:hyperlink>
        </w:p>
        <w:p w14:paraId="6495ADED" w14:textId="32FF1629" w:rsidR="00E92585" w:rsidRDefault="00E92585">
          <w:pPr>
            <w:pStyle w:val="TOC1"/>
            <w:tabs>
              <w:tab w:val="right" w:leader="dot" w:pos="9062"/>
            </w:tabs>
            <w:rPr>
              <w:rFonts w:asciiTheme="minorHAnsi" w:eastAsiaTheme="minorEastAsia" w:hAnsiTheme="minorHAnsi"/>
              <w:noProof/>
              <w:kern w:val="2"/>
              <w:sz w:val="24"/>
              <w:szCs w:val="24"/>
              <w14:ligatures w14:val="standardContextual"/>
            </w:rPr>
          </w:pPr>
          <w:hyperlink w:anchor="_Toc234595011" w:history="1">
            <w:r w:rsidRPr="00194D6B">
              <w:rPr>
                <w:rStyle w:val="Hyperlink"/>
                <w:rFonts w:cs="Times New Roman"/>
                <w:noProof/>
              </w:rPr>
              <w:t>2. ĐIỀU KIỆN TRƯỚC KHI CÀI ĐẶT</w:t>
            </w:r>
            <w:r>
              <w:rPr>
                <w:noProof/>
                <w:webHidden/>
              </w:rPr>
              <w:tab/>
            </w:r>
            <w:r>
              <w:rPr>
                <w:noProof/>
                <w:webHidden/>
              </w:rPr>
              <w:fldChar w:fldCharType="begin"/>
            </w:r>
            <w:r>
              <w:rPr>
                <w:noProof/>
                <w:webHidden/>
              </w:rPr>
              <w:instrText xml:space="preserve"> PAGEREF _Toc234595011 \h </w:instrText>
            </w:r>
            <w:r>
              <w:rPr>
                <w:noProof/>
                <w:webHidden/>
              </w:rPr>
            </w:r>
            <w:r>
              <w:rPr>
                <w:noProof/>
                <w:webHidden/>
              </w:rPr>
              <w:fldChar w:fldCharType="separate"/>
            </w:r>
            <w:r>
              <w:rPr>
                <w:noProof/>
                <w:webHidden/>
              </w:rPr>
              <w:t>3</w:t>
            </w:r>
            <w:r>
              <w:rPr>
                <w:noProof/>
                <w:webHidden/>
              </w:rPr>
              <w:fldChar w:fldCharType="end"/>
            </w:r>
          </w:hyperlink>
        </w:p>
        <w:p w14:paraId="5D3E4F83" w14:textId="0A6C086C" w:rsidR="00E92585" w:rsidRDefault="00E92585">
          <w:pPr>
            <w:pStyle w:val="TOC1"/>
            <w:tabs>
              <w:tab w:val="right" w:leader="dot" w:pos="9062"/>
            </w:tabs>
            <w:rPr>
              <w:rFonts w:asciiTheme="minorHAnsi" w:eastAsiaTheme="minorEastAsia" w:hAnsiTheme="minorHAnsi"/>
              <w:noProof/>
              <w:kern w:val="2"/>
              <w:sz w:val="24"/>
              <w:szCs w:val="24"/>
              <w14:ligatures w14:val="standardContextual"/>
            </w:rPr>
          </w:pPr>
          <w:hyperlink w:anchor="_Toc234595012" w:history="1">
            <w:r w:rsidRPr="00194D6B">
              <w:rPr>
                <w:rStyle w:val="Hyperlink"/>
                <w:rFonts w:cs="Times New Roman"/>
                <w:noProof/>
              </w:rPr>
              <w:t>3. HƯỚNG DẪN CÀI ĐẶT ỨNG DỤNG WINDOWS</w:t>
            </w:r>
            <w:r>
              <w:rPr>
                <w:noProof/>
                <w:webHidden/>
              </w:rPr>
              <w:tab/>
            </w:r>
            <w:r>
              <w:rPr>
                <w:noProof/>
                <w:webHidden/>
              </w:rPr>
              <w:fldChar w:fldCharType="begin"/>
            </w:r>
            <w:r>
              <w:rPr>
                <w:noProof/>
                <w:webHidden/>
              </w:rPr>
              <w:instrText xml:space="preserve"> PAGEREF _Toc234595012 \h </w:instrText>
            </w:r>
            <w:r>
              <w:rPr>
                <w:noProof/>
                <w:webHidden/>
              </w:rPr>
            </w:r>
            <w:r>
              <w:rPr>
                <w:noProof/>
                <w:webHidden/>
              </w:rPr>
              <w:fldChar w:fldCharType="separate"/>
            </w:r>
            <w:r>
              <w:rPr>
                <w:noProof/>
                <w:webHidden/>
              </w:rPr>
              <w:t>3</w:t>
            </w:r>
            <w:r>
              <w:rPr>
                <w:noProof/>
                <w:webHidden/>
              </w:rPr>
              <w:fldChar w:fldCharType="end"/>
            </w:r>
          </w:hyperlink>
        </w:p>
        <w:p w14:paraId="3A7D3C71" w14:textId="25378D73"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13" w:history="1">
            <w:r w:rsidRPr="00194D6B">
              <w:rPr>
                <w:rStyle w:val="Hyperlink"/>
                <w:rFonts w:cs="Times New Roman"/>
                <w:noProof/>
              </w:rPr>
              <w:t>3.1. Bước 1 - Màn hình chào mừng</w:t>
            </w:r>
            <w:r>
              <w:rPr>
                <w:noProof/>
                <w:webHidden/>
              </w:rPr>
              <w:tab/>
            </w:r>
            <w:r>
              <w:rPr>
                <w:noProof/>
                <w:webHidden/>
              </w:rPr>
              <w:fldChar w:fldCharType="begin"/>
            </w:r>
            <w:r>
              <w:rPr>
                <w:noProof/>
                <w:webHidden/>
              </w:rPr>
              <w:instrText xml:space="preserve"> PAGEREF _Toc234595013 \h </w:instrText>
            </w:r>
            <w:r>
              <w:rPr>
                <w:noProof/>
                <w:webHidden/>
              </w:rPr>
            </w:r>
            <w:r>
              <w:rPr>
                <w:noProof/>
                <w:webHidden/>
              </w:rPr>
              <w:fldChar w:fldCharType="separate"/>
            </w:r>
            <w:r>
              <w:rPr>
                <w:noProof/>
                <w:webHidden/>
              </w:rPr>
              <w:t>3</w:t>
            </w:r>
            <w:r>
              <w:rPr>
                <w:noProof/>
                <w:webHidden/>
              </w:rPr>
              <w:fldChar w:fldCharType="end"/>
            </w:r>
          </w:hyperlink>
        </w:p>
        <w:p w14:paraId="71848B72" w14:textId="56FE8213"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14" w:history="1">
            <w:r w:rsidRPr="00194D6B">
              <w:rPr>
                <w:rStyle w:val="Hyperlink"/>
                <w:rFonts w:cs="Times New Roman"/>
                <w:noProof/>
              </w:rPr>
              <w:t>3.2. Bước 2 - Chọn thư mục cài đặt</w:t>
            </w:r>
            <w:r>
              <w:rPr>
                <w:noProof/>
                <w:webHidden/>
              </w:rPr>
              <w:tab/>
            </w:r>
            <w:r>
              <w:rPr>
                <w:noProof/>
                <w:webHidden/>
              </w:rPr>
              <w:fldChar w:fldCharType="begin"/>
            </w:r>
            <w:r>
              <w:rPr>
                <w:noProof/>
                <w:webHidden/>
              </w:rPr>
              <w:instrText xml:space="preserve"> PAGEREF _Toc234595014 \h </w:instrText>
            </w:r>
            <w:r>
              <w:rPr>
                <w:noProof/>
                <w:webHidden/>
              </w:rPr>
            </w:r>
            <w:r>
              <w:rPr>
                <w:noProof/>
                <w:webHidden/>
              </w:rPr>
              <w:fldChar w:fldCharType="separate"/>
            </w:r>
            <w:r>
              <w:rPr>
                <w:noProof/>
                <w:webHidden/>
              </w:rPr>
              <w:t>3</w:t>
            </w:r>
            <w:r>
              <w:rPr>
                <w:noProof/>
                <w:webHidden/>
              </w:rPr>
              <w:fldChar w:fldCharType="end"/>
            </w:r>
          </w:hyperlink>
        </w:p>
        <w:p w14:paraId="04E690CD" w14:textId="78392E1F"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15" w:history="1">
            <w:r w:rsidRPr="00194D6B">
              <w:rPr>
                <w:rStyle w:val="Hyperlink"/>
                <w:rFonts w:cs="Times New Roman"/>
                <w:noProof/>
              </w:rPr>
              <w:t>3.3. Bước 3 - Sẵn sàng cài đặt</w:t>
            </w:r>
            <w:r>
              <w:rPr>
                <w:noProof/>
                <w:webHidden/>
              </w:rPr>
              <w:tab/>
            </w:r>
            <w:r>
              <w:rPr>
                <w:noProof/>
                <w:webHidden/>
              </w:rPr>
              <w:fldChar w:fldCharType="begin"/>
            </w:r>
            <w:r>
              <w:rPr>
                <w:noProof/>
                <w:webHidden/>
              </w:rPr>
              <w:instrText xml:space="preserve"> PAGEREF _Toc234595015 \h </w:instrText>
            </w:r>
            <w:r>
              <w:rPr>
                <w:noProof/>
                <w:webHidden/>
              </w:rPr>
            </w:r>
            <w:r>
              <w:rPr>
                <w:noProof/>
                <w:webHidden/>
              </w:rPr>
              <w:fldChar w:fldCharType="separate"/>
            </w:r>
            <w:r>
              <w:rPr>
                <w:noProof/>
                <w:webHidden/>
              </w:rPr>
              <w:t>4</w:t>
            </w:r>
            <w:r>
              <w:rPr>
                <w:noProof/>
                <w:webHidden/>
              </w:rPr>
              <w:fldChar w:fldCharType="end"/>
            </w:r>
          </w:hyperlink>
        </w:p>
        <w:p w14:paraId="1C4DA9AB" w14:textId="7A73D1E9"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16" w:history="1">
            <w:r w:rsidRPr="00194D6B">
              <w:rPr>
                <w:rStyle w:val="Hyperlink"/>
                <w:rFonts w:cs="Times New Roman"/>
                <w:noProof/>
              </w:rPr>
              <w:t>3.4. Bước 3.1 - Xác nhận quyền Administrator</w:t>
            </w:r>
            <w:r>
              <w:rPr>
                <w:noProof/>
                <w:webHidden/>
              </w:rPr>
              <w:tab/>
            </w:r>
            <w:r>
              <w:rPr>
                <w:noProof/>
                <w:webHidden/>
              </w:rPr>
              <w:fldChar w:fldCharType="begin"/>
            </w:r>
            <w:r>
              <w:rPr>
                <w:noProof/>
                <w:webHidden/>
              </w:rPr>
              <w:instrText xml:space="preserve"> PAGEREF _Toc234595016 \h </w:instrText>
            </w:r>
            <w:r>
              <w:rPr>
                <w:noProof/>
                <w:webHidden/>
              </w:rPr>
            </w:r>
            <w:r>
              <w:rPr>
                <w:noProof/>
                <w:webHidden/>
              </w:rPr>
              <w:fldChar w:fldCharType="separate"/>
            </w:r>
            <w:r>
              <w:rPr>
                <w:noProof/>
                <w:webHidden/>
              </w:rPr>
              <w:t>4</w:t>
            </w:r>
            <w:r>
              <w:rPr>
                <w:noProof/>
                <w:webHidden/>
              </w:rPr>
              <w:fldChar w:fldCharType="end"/>
            </w:r>
          </w:hyperlink>
        </w:p>
        <w:p w14:paraId="6A72CA81" w14:textId="29F2BB2B"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17" w:history="1">
            <w:r w:rsidRPr="00194D6B">
              <w:rPr>
                <w:rStyle w:val="Hyperlink"/>
                <w:rFonts w:cs="Times New Roman"/>
                <w:noProof/>
              </w:rPr>
              <w:t>3.5. Bước 4 - Theo dõi tiến độ cài đặt</w:t>
            </w:r>
            <w:r>
              <w:rPr>
                <w:noProof/>
                <w:webHidden/>
              </w:rPr>
              <w:tab/>
            </w:r>
            <w:r>
              <w:rPr>
                <w:noProof/>
                <w:webHidden/>
              </w:rPr>
              <w:fldChar w:fldCharType="begin"/>
            </w:r>
            <w:r>
              <w:rPr>
                <w:noProof/>
                <w:webHidden/>
              </w:rPr>
              <w:instrText xml:space="preserve"> PAGEREF _Toc234595017 \h </w:instrText>
            </w:r>
            <w:r>
              <w:rPr>
                <w:noProof/>
                <w:webHidden/>
              </w:rPr>
            </w:r>
            <w:r>
              <w:rPr>
                <w:noProof/>
                <w:webHidden/>
              </w:rPr>
              <w:fldChar w:fldCharType="separate"/>
            </w:r>
            <w:r>
              <w:rPr>
                <w:noProof/>
                <w:webHidden/>
              </w:rPr>
              <w:t>5</w:t>
            </w:r>
            <w:r>
              <w:rPr>
                <w:noProof/>
                <w:webHidden/>
              </w:rPr>
              <w:fldChar w:fldCharType="end"/>
            </w:r>
          </w:hyperlink>
        </w:p>
        <w:p w14:paraId="50CF9858" w14:textId="75F23D87"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18" w:history="1">
            <w:r w:rsidRPr="00194D6B">
              <w:rPr>
                <w:rStyle w:val="Hyperlink"/>
                <w:rFonts w:cs="Times New Roman"/>
                <w:noProof/>
              </w:rPr>
              <w:t>3.6. Bước 5 - Hoàn tất cài đặt</w:t>
            </w:r>
            <w:r>
              <w:rPr>
                <w:noProof/>
                <w:webHidden/>
              </w:rPr>
              <w:tab/>
            </w:r>
            <w:r>
              <w:rPr>
                <w:noProof/>
                <w:webHidden/>
              </w:rPr>
              <w:fldChar w:fldCharType="begin"/>
            </w:r>
            <w:r>
              <w:rPr>
                <w:noProof/>
                <w:webHidden/>
              </w:rPr>
              <w:instrText xml:space="preserve"> PAGEREF _Toc234595018 \h </w:instrText>
            </w:r>
            <w:r>
              <w:rPr>
                <w:noProof/>
                <w:webHidden/>
              </w:rPr>
            </w:r>
            <w:r>
              <w:rPr>
                <w:noProof/>
                <w:webHidden/>
              </w:rPr>
              <w:fldChar w:fldCharType="separate"/>
            </w:r>
            <w:r>
              <w:rPr>
                <w:noProof/>
                <w:webHidden/>
              </w:rPr>
              <w:t>6</w:t>
            </w:r>
            <w:r>
              <w:rPr>
                <w:noProof/>
                <w:webHidden/>
              </w:rPr>
              <w:fldChar w:fldCharType="end"/>
            </w:r>
          </w:hyperlink>
        </w:p>
        <w:p w14:paraId="47144DDF" w14:textId="5AD4EEAB" w:rsidR="00E92585" w:rsidRDefault="00E92585">
          <w:pPr>
            <w:pStyle w:val="TOC1"/>
            <w:tabs>
              <w:tab w:val="right" w:leader="dot" w:pos="9062"/>
            </w:tabs>
            <w:rPr>
              <w:rFonts w:asciiTheme="minorHAnsi" w:eastAsiaTheme="minorEastAsia" w:hAnsiTheme="minorHAnsi"/>
              <w:noProof/>
              <w:kern w:val="2"/>
              <w:sz w:val="24"/>
              <w:szCs w:val="24"/>
              <w14:ligatures w14:val="standardContextual"/>
            </w:rPr>
          </w:pPr>
          <w:hyperlink w:anchor="_Toc234595019" w:history="1">
            <w:r w:rsidRPr="00194D6B">
              <w:rPr>
                <w:rStyle w:val="Hyperlink"/>
                <w:rFonts w:cs="Times New Roman"/>
                <w:noProof/>
              </w:rPr>
              <w:t>4. KIỂM TRA ỨNG DỤNG NỀN SAU KHI CÀI ĐẶT</w:t>
            </w:r>
            <w:r>
              <w:rPr>
                <w:noProof/>
                <w:webHidden/>
              </w:rPr>
              <w:tab/>
            </w:r>
            <w:r>
              <w:rPr>
                <w:noProof/>
                <w:webHidden/>
              </w:rPr>
              <w:fldChar w:fldCharType="begin"/>
            </w:r>
            <w:r>
              <w:rPr>
                <w:noProof/>
                <w:webHidden/>
              </w:rPr>
              <w:instrText xml:space="preserve"> PAGEREF _Toc234595019 \h </w:instrText>
            </w:r>
            <w:r>
              <w:rPr>
                <w:noProof/>
                <w:webHidden/>
              </w:rPr>
            </w:r>
            <w:r>
              <w:rPr>
                <w:noProof/>
                <w:webHidden/>
              </w:rPr>
              <w:fldChar w:fldCharType="separate"/>
            </w:r>
            <w:r>
              <w:rPr>
                <w:noProof/>
                <w:webHidden/>
              </w:rPr>
              <w:t>7</w:t>
            </w:r>
            <w:r>
              <w:rPr>
                <w:noProof/>
                <w:webHidden/>
              </w:rPr>
              <w:fldChar w:fldCharType="end"/>
            </w:r>
          </w:hyperlink>
        </w:p>
        <w:p w14:paraId="70FC3F0C" w14:textId="47878533"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20" w:history="1">
            <w:r w:rsidRPr="00194D6B">
              <w:rPr>
                <w:rStyle w:val="Hyperlink"/>
                <w:rFonts w:cs="Times New Roman"/>
                <w:noProof/>
              </w:rPr>
              <w:t>4.1. Cài đặt SSL sau khi cài đặt</w:t>
            </w:r>
            <w:r>
              <w:rPr>
                <w:noProof/>
                <w:webHidden/>
              </w:rPr>
              <w:tab/>
            </w:r>
            <w:r>
              <w:rPr>
                <w:noProof/>
                <w:webHidden/>
              </w:rPr>
              <w:fldChar w:fldCharType="begin"/>
            </w:r>
            <w:r>
              <w:rPr>
                <w:noProof/>
                <w:webHidden/>
              </w:rPr>
              <w:instrText xml:space="preserve"> PAGEREF _Toc234595020 \h </w:instrText>
            </w:r>
            <w:r>
              <w:rPr>
                <w:noProof/>
                <w:webHidden/>
              </w:rPr>
            </w:r>
            <w:r>
              <w:rPr>
                <w:noProof/>
                <w:webHidden/>
              </w:rPr>
              <w:fldChar w:fldCharType="separate"/>
            </w:r>
            <w:r>
              <w:rPr>
                <w:noProof/>
                <w:webHidden/>
              </w:rPr>
              <w:t>7</w:t>
            </w:r>
            <w:r>
              <w:rPr>
                <w:noProof/>
                <w:webHidden/>
              </w:rPr>
              <w:fldChar w:fldCharType="end"/>
            </w:r>
          </w:hyperlink>
        </w:p>
        <w:p w14:paraId="180BA3CD" w14:textId="6E09F89F"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21" w:history="1">
            <w:r w:rsidRPr="00194D6B">
              <w:rPr>
                <w:rStyle w:val="Hyperlink"/>
                <w:rFonts w:cs="Times New Roman"/>
                <w:noProof/>
              </w:rPr>
              <w:t>4.2. Kiểm tra tính sẵn sàng của các api bằng Swagger</w:t>
            </w:r>
            <w:r>
              <w:rPr>
                <w:noProof/>
                <w:webHidden/>
              </w:rPr>
              <w:tab/>
            </w:r>
            <w:r>
              <w:rPr>
                <w:noProof/>
                <w:webHidden/>
              </w:rPr>
              <w:fldChar w:fldCharType="begin"/>
            </w:r>
            <w:r>
              <w:rPr>
                <w:noProof/>
                <w:webHidden/>
              </w:rPr>
              <w:instrText xml:space="preserve"> PAGEREF _Toc234595021 \h </w:instrText>
            </w:r>
            <w:r>
              <w:rPr>
                <w:noProof/>
                <w:webHidden/>
              </w:rPr>
            </w:r>
            <w:r>
              <w:rPr>
                <w:noProof/>
                <w:webHidden/>
              </w:rPr>
              <w:fldChar w:fldCharType="separate"/>
            </w:r>
            <w:r>
              <w:rPr>
                <w:noProof/>
                <w:webHidden/>
              </w:rPr>
              <w:t>7</w:t>
            </w:r>
            <w:r>
              <w:rPr>
                <w:noProof/>
                <w:webHidden/>
              </w:rPr>
              <w:fldChar w:fldCharType="end"/>
            </w:r>
          </w:hyperlink>
        </w:p>
        <w:p w14:paraId="1197AD71" w14:textId="33FF0C09"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22" w:history="1">
            <w:r w:rsidRPr="00194D6B">
              <w:rPr>
                <w:rStyle w:val="Hyperlink"/>
                <w:rFonts w:cs="Times New Roman"/>
                <w:noProof/>
              </w:rPr>
              <w:t>4.3. Bật TLS 1.2 cho Windows 7</w:t>
            </w:r>
            <w:r>
              <w:rPr>
                <w:noProof/>
                <w:webHidden/>
              </w:rPr>
              <w:tab/>
            </w:r>
            <w:r>
              <w:rPr>
                <w:noProof/>
                <w:webHidden/>
              </w:rPr>
              <w:fldChar w:fldCharType="begin"/>
            </w:r>
            <w:r>
              <w:rPr>
                <w:noProof/>
                <w:webHidden/>
              </w:rPr>
              <w:instrText xml:space="preserve"> PAGEREF _Toc234595022 \h </w:instrText>
            </w:r>
            <w:r>
              <w:rPr>
                <w:noProof/>
                <w:webHidden/>
              </w:rPr>
            </w:r>
            <w:r>
              <w:rPr>
                <w:noProof/>
                <w:webHidden/>
              </w:rPr>
              <w:fldChar w:fldCharType="separate"/>
            </w:r>
            <w:r>
              <w:rPr>
                <w:noProof/>
                <w:webHidden/>
              </w:rPr>
              <w:t>9</w:t>
            </w:r>
            <w:r>
              <w:rPr>
                <w:noProof/>
                <w:webHidden/>
              </w:rPr>
              <w:fldChar w:fldCharType="end"/>
            </w:r>
          </w:hyperlink>
        </w:p>
        <w:p w14:paraId="02E583D9" w14:textId="1AA93C39"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23" w:history="1">
            <w:r w:rsidRPr="00194D6B">
              <w:rPr>
                <w:rStyle w:val="Hyperlink"/>
                <w:rFonts w:cs="Times New Roman"/>
                <w:noProof/>
              </w:rPr>
              <w:t>4.4. Cấu hình mẫu chữ ký sau khi cài đặt</w:t>
            </w:r>
            <w:r>
              <w:rPr>
                <w:noProof/>
                <w:webHidden/>
              </w:rPr>
              <w:tab/>
            </w:r>
            <w:r>
              <w:rPr>
                <w:noProof/>
                <w:webHidden/>
              </w:rPr>
              <w:fldChar w:fldCharType="begin"/>
            </w:r>
            <w:r>
              <w:rPr>
                <w:noProof/>
                <w:webHidden/>
              </w:rPr>
              <w:instrText xml:space="preserve"> PAGEREF _Toc234595023 \h </w:instrText>
            </w:r>
            <w:r>
              <w:rPr>
                <w:noProof/>
                <w:webHidden/>
              </w:rPr>
            </w:r>
            <w:r>
              <w:rPr>
                <w:noProof/>
                <w:webHidden/>
              </w:rPr>
              <w:fldChar w:fldCharType="separate"/>
            </w:r>
            <w:r>
              <w:rPr>
                <w:noProof/>
                <w:webHidden/>
              </w:rPr>
              <w:t>9</w:t>
            </w:r>
            <w:r>
              <w:rPr>
                <w:noProof/>
                <w:webHidden/>
              </w:rPr>
              <w:fldChar w:fldCharType="end"/>
            </w:r>
          </w:hyperlink>
        </w:p>
        <w:p w14:paraId="39FFCD5C" w14:textId="3D5C5C8C" w:rsidR="00E92585" w:rsidRDefault="00E92585">
          <w:pPr>
            <w:pStyle w:val="TOC2"/>
            <w:tabs>
              <w:tab w:val="right" w:leader="dot" w:pos="9062"/>
            </w:tabs>
            <w:rPr>
              <w:rFonts w:asciiTheme="minorHAnsi" w:eastAsiaTheme="minorEastAsia" w:hAnsiTheme="minorHAnsi"/>
              <w:noProof/>
              <w:kern w:val="2"/>
              <w:sz w:val="24"/>
              <w:szCs w:val="24"/>
              <w14:ligatures w14:val="standardContextual"/>
            </w:rPr>
          </w:pPr>
          <w:hyperlink w:anchor="_Toc234595024" w:history="1">
            <w:r w:rsidRPr="00194D6B">
              <w:rPr>
                <w:rStyle w:val="Hyperlink"/>
                <w:rFonts w:cs="Times New Roman"/>
                <w:noProof/>
              </w:rPr>
              <w:t>4.5. Ký số từ xa</w:t>
            </w:r>
            <w:r>
              <w:rPr>
                <w:noProof/>
                <w:webHidden/>
              </w:rPr>
              <w:tab/>
            </w:r>
            <w:r>
              <w:rPr>
                <w:noProof/>
                <w:webHidden/>
              </w:rPr>
              <w:fldChar w:fldCharType="begin"/>
            </w:r>
            <w:r>
              <w:rPr>
                <w:noProof/>
                <w:webHidden/>
              </w:rPr>
              <w:instrText xml:space="preserve"> PAGEREF _Toc234595024 \h </w:instrText>
            </w:r>
            <w:r>
              <w:rPr>
                <w:noProof/>
                <w:webHidden/>
              </w:rPr>
            </w:r>
            <w:r>
              <w:rPr>
                <w:noProof/>
                <w:webHidden/>
              </w:rPr>
              <w:fldChar w:fldCharType="separate"/>
            </w:r>
            <w:r>
              <w:rPr>
                <w:noProof/>
                <w:webHidden/>
              </w:rPr>
              <w:t>11</w:t>
            </w:r>
            <w:r>
              <w:rPr>
                <w:noProof/>
                <w:webHidden/>
              </w:rPr>
              <w:fldChar w:fldCharType="end"/>
            </w:r>
          </w:hyperlink>
        </w:p>
        <w:p w14:paraId="25761EBD" w14:textId="7E4879F6" w:rsidR="00E92585" w:rsidRDefault="00E92585">
          <w:pPr>
            <w:pStyle w:val="TOC3"/>
            <w:tabs>
              <w:tab w:val="right" w:leader="dot" w:pos="9062"/>
            </w:tabs>
            <w:rPr>
              <w:rFonts w:asciiTheme="minorHAnsi" w:eastAsiaTheme="minorEastAsia" w:hAnsiTheme="minorHAnsi"/>
              <w:noProof/>
              <w:kern w:val="2"/>
              <w:sz w:val="24"/>
              <w:szCs w:val="24"/>
              <w14:ligatures w14:val="standardContextual"/>
            </w:rPr>
          </w:pPr>
          <w:hyperlink w:anchor="_Toc234595025" w:history="1">
            <w:r w:rsidRPr="00194D6B">
              <w:rPr>
                <w:rStyle w:val="Hyperlink"/>
                <w:noProof/>
              </w:rPr>
              <w:t>4.5.1. Cấu hình kết nối dịch vụ ký số từ xa</w:t>
            </w:r>
            <w:r>
              <w:rPr>
                <w:noProof/>
                <w:webHidden/>
              </w:rPr>
              <w:tab/>
            </w:r>
            <w:r>
              <w:rPr>
                <w:noProof/>
                <w:webHidden/>
              </w:rPr>
              <w:fldChar w:fldCharType="begin"/>
            </w:r>
            <w:r>
              <w:rPr>
                <w:noProof/>
                <w:webHidden/>
              </w:rPr>
              <w:instrText xml:space="preserve"> PAGEREF _Toc234595025 \h </w:instrText>
            </w:r>
            <w:r>
              <w:rPr>
                <w:noProof/>
                <w:webHidden/>
              </w:rPr>
            </w:r>
            <w:r>
              <w:rPr>
                <w:noProof/>
                <w:webHidden/>
              </w:rPr>
              <w:fldChar w:fldCharType="separate"/>
            </w:r>
            <w:r>
              <w:rPr>
                <w:noProof/>
                <w:webHidden/>
              </w:rPr>
              <w:t>11</w:t>
            </w:r>
            <w:r>
              <w:rPr>
                <w:noProof/>
                <w:webHidden/>
              </w:rPr>
              <w:fldChar w:fldCharType="end"/>
            </w:r>
          </w:hyperlink>
        </w:p>
        <w:p w14:paraId="3F85FABF" w14:textId="52B457ED" w:rsidR="00E92585" w:rsidRDefault="00E92585">
          <w:pPr>
            <w:pStyle w:val="TOC3"/>
            <w:tabs>
              <w:tab w:val="right" w:leader="dot" w:pos="9062"/>
            </w:tabs>
            <w:rPr>
              <w:rFonts w:asciiTheme="minorHAnsi" w:eastAsiaTheme="minorEastAsia" w:hAnsiTheme="minorHAnsi"/>
              <w:noProof/>
              <w:kern w:val="2"/>
              <w:sz w:val="24"/>
              <w:szCs w:val="24"/>
              <w14:ligatures w14:val="standardContextual"/>
            </w:rPr>
          </w:pPr>
          <w:hyperlink w:anchor="_Toc234595026" w:history="1">
            <w:r w:rsidRPr="00194D6B">
              <w:rPr>
                <w:rStyle w:val="Hyperlink"/>
                <w:noProof/>
              </w:rPr>
              <w:t>4.5.2. Ký số từ xa khi nộp hồ sơ trên Cổng DVC BHXH</w:t>
            </w:r>
            <w:r>
              <w:rPr>
                <w:noProof/>
                <w:webHidden/>
              </w:rPr>
              <w:tab/>
            </w:r>
            <w:r>
              <w:rPr>
                <w:noProof/>
                <w:webHidden/>
              </w:rPr>
              <w:fldChar w:fldCharType="begin"/>
            </w:r>
            <w:r>
              <w:rPr>
                <w:noProof/>
                <w:webHidden/>
              </w:rPr>
              <w:instrText xml:space="preserve"> PAGEREF _Toc234595026 \h </w:instrText>
            </w:r>
            <w:r>
              <w:rPr>
                <w:noProof/>
                <w:webHidden/>
              </w:rPr>
            </w:r>
            <w:r>
              <w:rPr>
                <w:noProof/>
                <w:webHidden/>
              </w:rPr>
              <w:fldChar w:fldCharType="separate"/>
            </w:r>
            <w:r>
              <w:rPr>
                <w:noProof/>
                <w:webHidden/>
              </w:rPr>
              <w:t>12</w:t>
            </w:r>
            <w:r>
              <w:rPr>
                <w:noProof/>
                <w:webHidden/>
              </w:rPr>
              <w:fldChar w:fldCharType="end"/>
            </w:r>
          </w:hyperlink>
        </w:p>
        <w:p w14:paraId="11F1532C" w14:textId="2677FFF5" w:rsidR="00E92585" w:rsidRDefault="00E92585">
          <w:pPr>
            <w:pStyle w:val="TOC3"/>
            <w:tabs>
              <w:tab w:val="right" w:leader="dot" w:pos="9062"/>
            </w:tabs>
            <w:rPr>
              <w:rFonts w:asciiTheme="minorHAnsi" w:eastAsiaTheme="minorEastAsia" w:hAnsiTheme="minorHAnsi"/>
              <w:noProof/>
              <w:kern w:val="2"/>
              <w:sz w:val="24"/>
              <w:szCs w:val="24"/>
              <w14:ligatures w14:val="standardContextual"/>
            </w:rPr>
          </w:pPr>
          <w:hyperlink w:anchor="_Toc234595027" w:history="1">
            <w:r w:rsidRPr="00194D6B">
              <w:rPr>
                <w:rStyle w:val="Hyperlink"/>
                <w:noProof/>
              </w:rPr>
              <w:t>4.5.3. Ký số từ xa khi ký PDF trên Cổng tiếp nhận BHYT</w:t>
            </w:r>
            <w:r>
              <w:rPr>
                <w:noProof/>
                <w:webHidden/>
              </w:rPr>
              <w:tab/>
            </w:r>
            <w:r>
              <w:rPr>
                <w:noProof/>
                <w:webHidden/>
              </w:rPr>
              <w:fldChar w:fldCharType="begin"/>
            </w:r>
            <w:r>
              <w:rPr>
                <w:noProof/>
                <w:webHidden/>
              </w:rPr>
              <w:instrText xml:space="preserve"> PAGEREF _Toc234595027 \h </w:instrText>
            </w:r>
            <w:r>
              <w:rPr>
                <w:noProof/>
                <w:webHidden/>
              </w:rPr>
            </w:r>
            <w:r>
              <w:rPr>
                <w:noProof/>
                <w:webHidden/>
              </w:rPr>
              <w:fldChar w:fldCharType="separate"/>
            </w:r>
            <w:r>
              <w:rPr>
                <w:noProof/>
                <w:webHidden/>
              </w:rPr>
              <w:t>14</w:t>
            </w:r>
            <w:r>
              <w:rPr>
                <w:noProof/>
                <w:webHidden/>
              </w:rPr>
              <w:fldChar w:fldCharType="end"/>
            </w:r>
          </w:hyperlink>
        </w:p>
        <w:p w14:paraId="72107408" w14:textId="5FA7A993" w:rsidR="00E92585" w:rsidRDefault="00E92585">
          <w:pPr>
            <w:pStyle w:val="TOC1"/>
            <w:tabs>
              <w:tab w:val="right" w:leader="dot" w:pos="9062"/>
            </w:tabs>
            <w:rPr>
              <w:rFonts w:asciiTheme="minorHAnsi" w:eastAsiaTheme="minorEastAsia" w:hAnsiTheme="minorHAnsi"/>
              <w:noProof/>
              <w:kern w:val="2"/>
              <w:sz w:val="24"/>
              <w:szCs w:val="24"/>
              <w14:ligatures w14:val="standardContextual"/>
            </w:rPr>
          </w:pPr>
          <w:hyperlink w:anchor="_Toc234595028" w:history="1">
            <w:r w:rsidRPr="00194D6B">
              <w:rPr>
                <w:rStyle w:val="Hyperlink"/>
                <w:rFonts w:cs="Times New Roman"/>
                <w:noProof/>
              </w:rPr>
              <w:t>5. LỖI THƯỜNG GẶP VÀ CÁCH XỬ LÝ</w:t>
            </w:r>
            <w:r>
              <w:rPr>
                <w:noProof/>
                <w:webHidden/>
              </w:rPr>
              <w:tab/>
            </w:r>
            <w:r>
              <w:rPr>
                <w:noProof/>
                <w:webHidden/>
              </w:rPr>
              <w:fldChar w:fldCharType="begin"/>
            </w:r>
            <w:r>
              <w:rPr>
                <w:noProof/>
                <w:webHidden/>
              </w:rPr>
              <w:instrText xml:space="preserve"> PAGEREF _Toc234595028 \h </w:instrText>
            </w:r>
            <w:r>
              <w:rPr>
                <w:noProof/>
                <w:webHidden/>
              </w:rPr>
            </w:r>
            <w:r>
              <w:rPr>
                <w:noProof/>
                <w:webHidden/>
              </w:rPr>
              <w:fldChar w:fldCharType="separate"/>
            </w:r>
            <w:r>
              <w:rPr>
                <w:noProof/>
                <w:webHidden/>
              </w:rPr>
              <w:t>16</w:t>
            </w:r>
            <w:r>
              <w:rPr>
                <w:noProof/>
                <w:webHidden/>
              </w:rPr>
              <w:fldChar w:fldCharType="end"/>
            </w:r>
          </w:hyperlink>
        </w:p>
        <w:p w14:paraId="1ED4F0E3" w14:textId="7C4047D2" w:rsidR="00843660" w:rsidRDefault="00843660" w:rsidP="00B15BD3">
          <w:pPr>
            <w:tabs>
              <w:tab w:val="right" w:leader="dot" w:pos="9072"/>
            </w:tabs>
          </w:pPr>
          <w:r w:rsidRPr="00843660">
            <w:rPr>
              <w:rFonts w:cs="Times New Roman"/>
              <w:b/>
              <w:bCs/>
              <w:noProof/>
            </w:rPr>
            <w:fldChar w:fldCharType="end"/>
          </w:r>
        </w:p>
      </w:sdtContent>
    </w:sdt>
    <w:p w14:paraId="547AC388" w14:textId="77777777" w:rsidR="00FD68E4" w:rsidRPr="00A675B7" w:rsidRDefault="00000000">
      <w:pPr>
        <w:rPr>
          <w:rFonts w:cs="Times New Roman"/>
        </w:rPr>
      </w:pPr>
      <w:r w:rsidRPr="00A675B7">
        <w:rPr>
          <w:rFonts w:cs="Times New Roman"/>
        </w:rPr>
        <w:br w:type="page"/>
      </w:r>
    </w:p>
    <w:p w14:paraId="04AC1014" w14:textId="77777777" w:rsidR="00FD68E4" w:rsidRPr="00A675B7" w:rsidRDefault="00000000">
      <w:pPr>
        <w:pStyle w:val="Heading1"/>
        <w:rPr>
          <w:rFonts w:ascii="Times New Roman" w:hAnsi="Times New Roman" w:cs="Times New Roman"/>
        </w:rPr>
      </w:pPr>
      <w:bookmarkStart w:id="0" w:name="_Toc234595010"/>
      <w:r w:rsidRPr="00A675B7">
        <w:rPr>
          <w:rFonts w:ascii="Times New Roman" w:hAnsi="Times New Roman" w:cs="Times New Roman"/>
        </w:rPr>
        <w:lastRenderedPageBreak/>
        <w:t>1. GIỚI THIỆU</w:t>
      </w:r>
      <w:bookmarkEnd w:id="0"/>
    </w:p>
    <w:p w14:paraId="646E6482" w14:textId="19973AD7" w:rsidR="00FD68E4" w:rsidRPr="00CF1445" w:rsidRDefault="00000000" w:rsidP="00DE2177">
      <w:pPr>
        <w:rPr>
          <w:rFonts w:cs="Times New Roman"/>
          <w:sz w:val="26"/>
          <w:szCs w:val="26"/>
        </w:rPr>
      </w:pPr>
      <w:r w:rsidRPr="00CF1445">
        <w:rPr>
          <w:rFonts w:cs="Times New Roman"/>
          <w:sz w:val="26"/>
          <w:szCs w:val="26"/>
        </w:rPr>
        <w:t xml:space="preserve">Tài liệu này hướng dẫn cài đặt ứng dụng Windows Vietnam Social Security Declaration </w:t>
      </w:r>
      <w:proofErr w:type="spellStart"/>
      <w:r w:rsidRPr="00CF1445">
        <w:rPr>
          <w:rFonts w:cs="Times New Roman"/>
          <w:sz w:val="26"/>
          <w:szCs w:val="26"/>
        </w:rPr>
        <w:t>chạy</w:t>
      </w:r>
      <w:proofErr w:type="spellEnd"/>
      <w:r w:rsidRPr="00CF1445">
        <w:rPr>
          <w:rFonts w:cs="Times New Roman"/>
          <w:sz w:val="26"/>
          <w:szCs w:val="26"/>
        </w:rPr>
        <w:t xml:space="preserve"> </w:t>
      </w:r>
      <w:proofErr w:type="spellStart"/>
      <w:r w:rsidRPr="00CF1445">
        <w:rPr>
          <w:rFonts w:cs="Times New Roman"/>
          <w:sz w:val="26"/>
          <w:szCs w:val="26"/>
        </w:rPr>
        <w:t>trên</w:t>
      </w:r>
      <w:proofErr w:type="spellEnd"/>
      <w:r w:rsidRPr="00CF1445">
        <w:rPr>
          <w:rFonts w:cs="Times New Roman"/>
          <w:sz w:val="26"/>
          <w:szCs w:val="26"/>
        </w:rPr>
        <w:t xml:space="preserve"> </w:t>
      </w:r>
      <w:proofErr w:type="spellStart"/>
      <w:r w:rsidRPr="00CF1445">
        <w:rPr>
          <w:rFonts w:cs="Times New Roman"/>
          <w:sz w:val="26"/>
          <w:szCs w:val="26"/>
        </w:rPr>
        <w:t>máy</w:t>
      </w:r>
      <w:proofErr w:type="spellEnd"/>
      <w:r w:rsidRPr="00CF1445">
        <w:rPr>
          <w:rFonts w:cs="Times New Roman"/>
          <w:sz w:val="26"/>
          <w:szCs w:val="26"/>
        </w:rPr>
        <w:t xml:space="preserve"> </w:t>
      </w:r>
      <w:proofErr w:type="spellStart"/>
      <w:r w:rsidRPr="00CF1445">
        <w:rPr>
          <w:rFonts w:cs="Times New Roman"/>
          <w:sz w:val="26"/>
          <w:szCs w:val="26"/>
        </w:rPr>
        <w:t>người</w:t>
      </w:r>
      <w:proofErr w:type="spellEnd"/>
      <w:r w:rsidRPr="00CF1445">
        <w:rPr>
          <w:rFonts w:cs="Times New Roman"/>
          <w:sz w:val="26"/>
          <w:szCs w:val="26"/>
        </w:rPr>
        <w:t xml:space="preserve"> </w:t>
      </w:r>
      <w:proofErr w:type="spellStart"/>
      <w:r w:rsidRPr="00CF1445">
        <w:rPr>
          <w:rFonts w:cs="Times New Roman"/>
          <w:sz w:val="26"/>
          <w:szCs w:val="26"/>
        </w:rPr>
        <w:t>dùng</w:t>
      </w:r>
      <w:proofErr w:type="spellEnd"/>
      <w:r w:rsidRPr="00CF1445">
        <w:rPr>
          <w:rFonts w:cs="Times New Roman"/>
          <w:sz w:val="26"/>
          <w:szCs w:val="26"/>
        </w:rPr>
        <w:t>.</w:t>
      </w:r>
    </w:p>
    <w:p w14:paraId="404B8931" w14:textId="77777777" w:rsidR="00FD68E4" w:rsidRPr="00A675B7" w:rsidRDefault="00000000">
      <w:pPr>
        <w:pStyle w:val="Heading1"/>
        <w:rPr>
          <w:rFonts w:ascii="Times New Roman" w:hAnsi="Times New Roman" w:cs="Times New Roman"/>
        </w:rPr>
      </w:pPr>
      <w:bookmarkStart w:id="1" w:name="_Toc234595011"/>
      <w:r w:rsidRPr="00A675B7">
        <w:rPr>
          <w:rFonts w:ascii="Times New Roman" w:hAnsi="Times New Roman" w:cs="Times New Roman"/>
        </w:rPr>
        <w:t>2. ĐIỀU KIỆN TRƯỚC KHI CÀI ĐẶT</w:t>
      </w:r>
      <w:bookmarkEnd w:id="1"/>
    </w:p>
    <w:p w14:paraId="2CDAFBA9" w14:textId="77777777" w:rsidR="00FD68E4" w:rsidRPr="00CF1445" w:rsidRDefault="00000000">
      <w:pPr>
        <w:pStyle w:val="ListBullet"/>
        <w:rPr>
          <w:rFonts w:cs="Times New Roman"/>
          <w:sz w:val="26"/>
          <w:szCs w:val="26"/>
        </w:rPr>
      </w:pPr>
      <w:r w:rsidRPr="00CF1445">
        <w:rPr>
          <w:rFonts w:cs="Times New Roman"/>
          <w:sz w:val="26"/>
          <w:szCs w:val="26"/>
        </w:rPr>
        <w:t>Máy trạm sử dụng hệ điều hành Windows.</w:t>
      </w:r>
    </w:p>
    <w:p w14:paraId="67F55A95" w14:textId="77777777" w:rsidR="00FD68E4" w:rsidRPr="00CF1445" w:rsidRDefault="00000000">
      <w:pPr>
        <w:pStyle w:val="ListBullet"/>
        <w:rPr>
          <w:rFonts w:cs="Times New Roman"/>
          <w:sz w:val="26"/>
          <w:szCs w:val="26"/>
        </w:rPr>
      </w:pPr>
      <w:r w:rsidRPr="00CF1445">
        <w:rPr>
          <w:rFonts w:cs="Times New Roman"/>
          <w:sz w:val="26"/>
          <w:szCs w:val="26"/>
        </w:rPr>
        <w:t>Người dùng có quyền cài đặt phần mềm hoặc có tài khoản Administrator khi Windows yêu cầu.</w:t>
      </w:r>
    </w:p>
    <w:p w14:paraId="4AA0FE50" w14:textId="77777777" w:rsidR="00FD68E4" w:rsidRPr="00CF1445" w:rsidRDefault="00000000">
      <w:pPr>
        <w:pStyle w:val="ListBullet"/>
        <w:rPr>
          <w:rFonts w:cs="Times New Roman"/>
          <w:sz w:val="26"/>
          <w:szCs w:val="26"/>
        </w:rPr>
      </w:pPr>
      <w:r w:rsidRPr="00CF1445">
        <w:rPr>
          <w:rFonts w:cs="Times New Roman"/>
          <w:sz w:val="26"/>
          <w:szCs w:val="26"/>
        </w:rPr>
        <w:t>Trình duyệt cho phép gọi API cục bộ localhost theo cấu hình của hệ thống.</w:t>
      </w:r>
    </w:p>
    <w:p w14:paraId="1D492A64" w14:textId="77777777" w:rsidR="00FD68E4" w:rsidRPr="00CF1445" w:rsidRDefault="00000000">
      <w:pPr>
        <w:pStyle w:val="ListBullet"/>
        <w:rPr>
          <w:rFonts w:cs="Times New Roman"/>
          <w:sz w:val="26"/>
          <w:szCs w:val="26"/>
        </w:rPr>
      </w:pPr>
      <w:r w:rsidRPr="00CF1445">
        <w:rPr>
          <w:rFonts w:cs="Times New Roman"/>
          <w:sz w:val="26"/>
          <w:szCs w:val="26"/>
        </w:rPr>
        <w:t>Thiết bị ký số/USB Token và driver liên quan đã được cài đặt nếu chức năng ký số yêu cầu.</w:t>
      </w:r>
    </w:p>
    <w:p w14:paraId="1AEC0450" w14:textId="77777777" w:rsidR="00FD68E4" w:rsidRPr="00CF1445" w:rsidRDefault="00000000">
      <w:pPr>
        <w:pStyle w:val="ListBullet"/>
        <w:rPr>
          <w:rFonts w:cs="Times New Roman"/>
          <w:sz w:val="26"/>
          <w:szCs w:val="26"/>
        </w:rPr>
      </w:pPr>
      <w:r w:rsidRPr="00CF1445">
        <w:rPr>
          <w:rFonts w:cs="Times New Roman"/>
          <w:sz w:val="26"/>
          <w:szCs w:val="26"/>
        </w:rPr>
        <w:t>Có bộ cài Vietnam Social Security Declaration phiên bản phù hợp với hệ thống.</w:t>
      </w:r>
    </w:p>
    <w:p w14:paraId="6B6E3D90" w14:textId="77777777" w:rsidR="00FD68E4" w:rsidRPr="00A675B7" w:rsidRDefault="00000000">
      <w:pPr>
        <w:pStyle w:val="Heading1"/>
        <w:rPr>
          <w:rFonts w:ascii="Times New Roman" w:hAnsi="Times New Roman" w:cs="Times New Roman"/>
        </w:rPr>
      </w:pPr>
      <w:bookmarkStart w:id="2" w:name="_Toc234595012"/>
      <w:r w:rsidRPr="00A675B7">
        <w:rPr>
          <w:rFonts w:ascii="Times New Roman" w:hAnsi="Times New Roman" w:cs="Times New Roman"/>
        </w:rPr>
        <w:t>3. HƯỚNG DẪN CÀI ĐẶT ỨNG DỤNG WINDOWS</w:t>
      </w:r>
      <w:bookmarkEnd w:id="2"/>
    </w:p>
    <w:p w14:paraId="7F3CA89B" w14:textId="77777777" w:rsidR="00FD68E4" w:rsidRPr="00A675B7" w:rsidRDefault="00000000">
      <w:pPr>
        <w:pStyle w:val="Heading2"/>
        <w:rPr>
          <w:rFonts w:cs="Times New Roman"/>
        </w:rPr>
      </w:pPr>
      <w:bookmarkStart w:id="3" w:name="_Toc234595013"/>
      <w:r w:rsidRPr="00A675B7">
        <w:rPr>
          <w:rFonts w:cs="Times New Roman"/>
        </w:rPr>
        <w:t>3.1. Bước 1 - Màn hình chào mừng</w:t>
      </w:r>
      <w:bookmarkEnd w:id="3"/>
    </w:p>
    <w:p w14:paraId="551D46B5" w14:textId="77777777" w:rsidR="00FD68E4" w:rsidRPr="000D7427" w:rsidRDefault="00000000">
      <w:pPr>
        <w:rPr>
          <w:rFonts w:cs="Times New Roman"/>
          <w:sz w:val="26"/>
          <w:szCs w:val="26"/>
        </w:rPr>
      </w:pPr>
      <w:r w:rsidRPr="000D7427">
        <w:rPr>
          <w:rFonts w:cs="Times New Roman"/>
          <w:sz w:val="26"/>
          <w:szCs w:val="26"/>
        </w:rPr>
        <w:t>Người dùng chạy bộ cài đặt Vietnam Social Security Declaration. Tại màn hình chào mừng, nhấn Next để tiếp tục.</w:t>
      </w:r>
    </w:p>
    <w:p w14:paraId="5F2E6618" w14:textId="77777777" w:rsidR="00FD68E4" w:rsidRPr="00A675B7" w:rsidRDefault="00000000">
      <w:pPr>
        <w:jc w:val="center"/>
        <w:rPr>
          <w:rFonts w:cs="Times New Roman"/>
        </w:rPr>
      </w:pPr>
      <w:r w:rsidRPr="00A675B7">
        <w:rPr>
          <w:rFonts w:cs="Times New Roman"/>
          <w:noProof/>
        </w:rPr>
        <w:drawing>
          <wp:inline distT="0" distB="0" distL="0" distR="0" wp14:anchorId="7603C923" wp14:editId="0A483FA6">
            <wp:extent cx="5394960" cy="28993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welcome.png"/>
                    <pic:cNvPicPr/>
                  </pic:nvPicPr>
                  <pic:blipFill>
                    <a:blip r:embed="rId9"/>
                    <a:stretch>
                      <a:fillRect/>
                    </a:stretch>
                  </pic:blipFill>
                  <pic:spPr>
                    <a:xfrm>
                      <a:off x="0" y="0"/>
                      <a:ext cx="5394960" cy="2899332"/>
                    </a:xfrm>
                    <a:prstGeom prst="rect">
                      <a:avLst/>
                    </a:prstGeom>
                  </pic:spPr>
                </pic:pic>
              </a:graphicData>
            </a:graphic>
          </wp:inline>
        </w:drawing>
      </w:r>
    </w:p>
    <w:p w14:paraId="120F867B" w14:textId="77777777" w:rsidR="00FD68E4" w:rsidRPr="00A675B7" w:rsidRDefault="00000000">
      <w:pPr>
        <w:jc w:val="center"/>
        <w:rPr>
          <w:rFonts w:cs="Times New Roman"/>
        </w:rPr>
      </w:pPr>
      <w:r w:rsidRPr="00A675B7">
        <w:rPr>
          <w:rFonts w:cs="Times New Roman"/>
          <w:i/>
          <w:sz w:val="20"/>
        </w:rPr>
        <w:t>Hình 1. Màn hình chào mừng bộ cài đặt</w:t>
      </w:r>
    </w:p>
    <w:p w14:paraId="78A6D567" w14:textId="77777777" w:rsidR="00FD68E4" w:rsidRPr="00A675B7" w:rsidRDefault="00000000">
      <w:pPr>
        <w:pStyle w:val="Heading2"/>
        <w:rPr>
          <w:rFonts w:cs="Times New Roman"/>
        </w:rPr>
      </w:pPr>
      <w:bookmarkStart w:id="4" w:name="_Toc234595014"/>
      <w:r w:rsidRPr="00A675B7">
        <w:rPr>
          <w:rFonts w:cs="Times New Roman"/>
        </w:rPr>
        <w:t>3.2. Bước 2 - Chọn thư mục cài đặt</w:t>
      </w:r>
      <w:bookmarkEnd w:id="4"/>
    </w:p>
    <w:p w14:paraId="3355BD84" w14:textId="77777777" w:rsidR="00FD68E4" w:rsidRPr="00D92CAE" w:rsidRDefault="00000000">
      <w:pPr>
        <w:rPr>
          <w:rFonts w:cs="Times New Roman"/>
          <w:sz w:val="26"/>
          <w:szCs w:val="26"/>
        </w:rPr>
      </w:pPr>
      <w:r w:rsidRPr="00D92CAE">
        <w:rPr>
          <w:rFonts w:cs="Times New Roman"/>
          <w:sz w:val="26"/>
          <w:szCs w:val="26"/>
        </w:rPr>
        <w:t>Chọn thư mục cài đặt hoặc giữ nguyên thư mục mặc định do bộ cài đề xuất. Sau đó nhấn Next.</w:t>
      </w:r>
    </w:p>
    <w:p w14:paraId="7B543669" w14:textId="77777777" w:rsidR="00FD68E4" w:rsidRPr="00A675B7" w:rsidRDefault="00000000">
      <w:pPr>
        <w:jc w:val="center"/>
        <w:rPr>
          <w:rFonts w:cs="Times New Roman"/>
        </w:rPr>
      </w:pPr>
      <w:r w:rsidRPr="00A675B7">
        <w:rPr>
          <w:rFonts w:cs="Times New Roman"/>
          <w:noProof/>
        </w:rPr>
        <w:lastRenderedPageBreak/>
        <w:drawing>
          <wp:inline distT="0" distB="0" distL="0" distR="0" wp14:anchorId="10BE8791" wp14:editId="78638B5B">
            <wp:extent cx="5394960" cy="2888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folder.png"/>
                    <pic:cNvPicPr/>
                  </pic:nvPicPr>
                  <pic:blipFill>
                    <a:blip r:embed="rId10"/>
                    <a:stretch>
                      <a:fillRect/>
                    </a:stretch>
                  </pic:blipFill>
                  <pic:spPr>
                    <a:xfrm>
                      <a:off x="0" y="0"/>
                      <a:ext cx="5394960" cy="2888040"/>
                    </a:xfrm>
                    <a:prstGeom prst="rect">
                      <a:avLst/>
                    </a:prstGeom>
                  </pic:spPr>
                </pic:pic>
              </a:graphicData>
            </a:graphic>
          </wp:inline>
        </w:drawing>
      </w:r>
    </w:p>
    <w:p w14:paraId="68B84298" w14:textId="77777777" w:rsidR="00FD68E4" w:rsidRPr="00A675B7" w:rsidRDefault="00000000">
      <w:pPr>
        <w:jc w:val="center"/>
        <w:rPr>
          <w:rFonts w:cs="Times New Roman"/>
        </w:rPr>
      </w:pPr>
      <w:r w:rsidRPr="00A675B7">
        <w:rPr>
          <w:rFonts w:cs="Times New Roman"/>
          <w:i/>
          <w:sz w:val="20"/>
        </w:rPr>
        <w:t>Hình 2. Màn hình chọn thư mục cài đặt</w:t>
      </w:r>
    </w:p>
    <w:p w14:paraId="7FDFA325" w14:textId="77777777" w:rsidR="00FD68E4" w:rsidRPr="00A675B7" w:rsidRDefault="00000000">
      <w:pPr>
        <w:pStyle w:val="Heading2"/>
        <w:rPr>
          <w:rFonts w:cs="Times New Roman"/>
        </w:rPr>
      </w:pPr>
      <w:bookmarkStart w:id="5" w:name="_Toc234595015"/>
      <w:r w:rsidRPr="00A675B7">
        <w:rPr>
          <w:rFonts w:cs="Times New Roman"/>
        </w:rPr>
        <w:t>3.3. Bước 3 - Sẵn sàng cài đặt</w:t>
      </w:r>
      <w:bookmarkEnd w:id="5"/>
    </w:p>
    <w:p w14:paraId="4182D227" w14:textId="77777777" w:rsidR="00FD68E4" w:rsidRPr="00254D32" w:rsidRDefault="00000000">
      <w:pPr>
        <w:rPr>
          <w:rFonts w:cs="Times New Roman"/>
          <w:sz w:val="26"/>
          <w:szCs w:val="26"/>
        </w:rPr>
      </w:pPr>
      <w:r w:rsidRPr="00254D32">
        <w:rPr>
          <w:rFonts w:cs="Times New Roman"/>
          <w:sz w:val="26"/>
          <w:szCs w:val="26"/>
        </w:rPr>
        <w:t>Tại màn hình xác nhận, nhấn Install/Cài đặt để bắt đầu cài đặt ứng dụng.</w:t>
      </w:r>
    </w:p>
    <w:p w14:paraId="52C50AFE" w14:textId="77777777" w:rsidR="00FD68E4" w:rsidRPr="00A675B7" w:rsidRDefault="00000000">
      <w:pPr>
        <w:jc w:val="center"/>
        <w:rPr>
          <w:rFonts w:cs="Times New Roman"/>
        </w:rPr>
      </w:pPr>
      <w:r w:rsidRPr="00A675B7">
        <w:rPr>
          <w:rFonts w:cs="Times New Roman"/>
          <w:noProof/>
        </w:rPr>
        <w:drawing>
          <wp:inline distT="0" distB="0" distL="0" distR="0" wp14:anchorId="1DE61F6B" wp14:editId="204FFB01">
            <wp:extent cx="5394960" cy="29012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ready-install.png"/>
                    <pic:cNvPicPr/>
                  </pic:nvPicPr>
                  <pic:blipFill>
                    <a:blip r:embed="rId11"/>
                    <a:stretch>
                      <a:fillRect/>
                    </a:stretch>
                  </pic:blipFill>
                  <pic:spPr>
                    <a:xfrm>
                      <a:off x="0" y="0"/>
                      <a:ext cx="5394960" cy="2901277"/>
                    </a:xfrm>
                    <a:prstGeom prst="rect">
                      <a:avLst/>
                    </a:prstGeom>
                  </pic:spPr>
                </pic:pic>
              </a:graphicData>
            </a:graphic>
          </wp:inline>
        </w:drawing>
      </w:r>
    </w:p>
    <w:p w14:paraId="6C439088" w14:textId="77777777" w:rsidR="00FD68E4" w:rsidRPr="00A675B7" w:rsidRDefault="00000000">
      <w:pPr>
        <w:jc w:val="center"/>
        <w:rPr>
          <w:rFonts w:cs="Times New Roman"/>
        </w:rPr>
      </w:pPr>
      <w:r w:rsidRPr="00A675B7">
        <w:rPr>
          <w:rFonts w:cs="Times New Roman"/>
          <w:i/>
          <w:sz w:val="20"/>
        </w:rPr>
        <w:t>Hình 3. Màn hình sẵn sàng cài đặt</w:t>
      </w:r>
    </w:p>
    <w:p w14:paraId="770C9E93" w14:textId="77777777" w:rsidR="00FD68E4" w:rsidRPr="00A675B7" w:rsidRDefault="00000000">
      <w:pPr>
        <w:pStyle w:val="Heading2"/>
        <w:rPr>
          <w:rFonts w:cs="Times New Roman"/>
        </w:rPr>
      </w:pPr>
      <w:bookmarkStart w:id="6" w:name="_Toc234595016"/>
      <w:r w:rsidRPr="00A675B7">
        <w:rPr>
          <w:rFonts w:cs="Times New Roman"/>
        </w:rPr>
        <w:t>3.4. Bước 3.1 - Xác nhận quyền Administrator</w:t>
      </w:r>
      <w:bookmarkEnd w:id="6"/>
    </w:p>
    <w:p w14:paraId="3A2C6045" w14:textId="77777777" w:rsidR="00FD68E4" w:rsidRPr="00EF6C5D" w:rsidRDefault="00000000">
      <w:pPr>
        <w:rPr>
          <w:rFonts w:cs="Times New Roman"/>
          <w:sz w:val="26"/>
          <w:szCs w:val="26"/>
        </w:rPr>
      </w:pPr>
      <w:r w:rsidRPr="00EF6C5D">
        <w:rPr>
          <w:rFonts w:cs="Times New Roman"/>
          <w:sz w:val="26"/>
          <w:szCs w:val="26"/>
        </w:rPr>
        <w:t>Sau khi nhấn Cài đặt, Windows có thể hiển thị hộp thoại User Account Control. Người dùng chọn Yes để cấp quyền Administrator. Nếu chọn No, quá trình cài đặt sẽ bị hủy.</w:t>
      </w:r>
    </w:p>
    <w:p w14:paraId="5375FC13" w14:textId="313B5439" w:rsidR="00FD68E4" w:rsidRPr="00A675B7" w:rsidRDefault="00685F49" w:rsidP="00685F49">
      <w:pPr>
        <w:jc w:val="center"/>
        <w:rPr>
          <w:rFonts w:cs="Times New Roman"/>
          <w:noProof/>
        </w:rPr>
      </w:pPr>
      <w:r w:rsidRPr="00685F49">
        <w:rPr>
          <w:rFonts w:cs="Times New Roman"/>
          <w:noProof/>
        </w:rPr>
        <w:lastRenderedPageBreak/>
        <w:drawing>
          <wp:inline distT="0" distB="0" distL="0" distR="0" wp14:anchorId="4959B7FA" wp14:editId="7131598C">
            <wp:extent cx="6152515" cy="5163820"/>
            <wp:effectExtent l="0" t="0" r="635" b="0"/>
            <wp:docPr id="12896709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2515" cy="5163820"/>
                    </a:xfrm>
                    <a:prstGeom prst="rect">
                      <a:avLst/>
                    </a:prstGeom>
                    <a:noFill/>
                    <a:ln>
                      <a:noFill/>
                    </a:ln>
                  </pic:spPr>
                </pic:pic>
              </a:graphicData>
            </a:graphic>
          </wp:inline>
        </w:drawing>
      </w:r>
    </w:p>
    <w:p w14:paraId="705449E7" w14:textId="77777777" w:rsidR="00FD68E4" w:rsidRPr="00A675B7" w:rsidRDefault="00000000">
      <w:pPr>
        <w:jc w:val="center"/>
        <w:rPr>
          <w:rFonts w:cs="Times New Roman"/>
        </w:rPr>
      </w:pPr>
      <w:r w:rsidRPr="00A675B7">
        <w:rPr>
          <w:rFonts w:cs="Times New Roman"/>
          <w:i/>
          <w:sz w:val="20"/>
        </w:rPr>
        <w:t>Hình 4. Hộp thoại xác nhận quyền Administrator của Windows</w:t>
      </w:r>
    </w:p>
    <w:p w14:paraId="6CA41D6C" w14:textId="77777777" w:rsidR="00FD68E4" w:rsidRPr="00A675B7" w:rsidRDefault="00000000">
      <w:pPr>
        <w:pStyle w:val="Heading2"/>
        <w:rPr>
          <w:rFonts w:cs="Times New Roman"/>
        </w:rPr>
      </w:pPr>
      <w:bookmarkStart w:id="7" w:name="_Toc234595017"/>
      <w:r w:rsidRPr="00A675B7">
        <w:rPr>
          <w:rFonts w:cs="Times New Roman"/>
        </w:rPr>
        <w:t>3.5. Bước 4 - Theo dõi tiến độ cài đặt</w:t>
      </w:r>
      <w:bookmarkEnd w:id="7"/>
    </w:p>
    <w:p w14:paraId="6F09B7D6" w14:textId="77777777" w:rsidR="00FD68E4" w:rsidRPr="00F35A1E" w:rsidRDefault="00000000">
      <w:pPr>
        <w:rPr>
          <w:rFonts w:cs="Times New Roman"/>
          <w:sz w:val="26"/>
          <w:szCs w:val="26"/>
        </w:rPr>
      </w:pPr>
      <w:r w:rsidRPr="00F35A1E">
        <w:rPr>
          <w:rFonts w:cs="Times New Roman"/>
          <w:sz w:val="26"/>
          <w:szCs w:val="26"/>
        </w:rPr>
        <w:t>Chờ bộ cài sao chép tệp và cấu hình ứng dụng nền. Không tắt cửa sổ cài đặt khi thanh tiến trình đang chạy.</w:t>
      </w:r>
    </w:p>
    <w:p w14:paraId="62DE7378" w14:textId="77777777" w:rsidR="00FD68E4" w:rsidRPr="00A675B7" w:rsidRDefault="00000000">
      <w:pPr>
        <w:jc w:val="center"/>
        <w:rPr>
          <w:rFonts w:cs="Times New Roman"/>
        </w:rPr>
      </w:pPr>
      <w:r w:rsidRPr="00A675B7">
        <w:rPr>
          <w:rFonts w:cs="Times New Roman"/>
          <w:noProof/>
        </w:rPr>
        <w:lastRenderedPageBreak/>
        <w:drawing>
          <wp:inline distT="0" distB="0" distL="0" distR="0" wp14:anchorId="5A4B9494" wp14:editId="208FC9F5">
            <wp:extent cx="5394960" cy="2920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installing.png"/>
                    <pic:cNvPicPr/>
                  </pic:nvPicPr>
                  <pic:blipFill>
                    <a:blip r:embed="rId13"/>
                    <a:stretch>
                      <a:fillRect/>
                    </a:stretch>
                  </pic:blipFill>
                  <pic:spPr>
                    <a:xfrm>
                      <a:off x="0" y="0"/>
                      <a:ext cx="5394960" cy="2920260"/>
                    </a:xfrm>
                    <a:prstGeom prst="rect">
                      <a:avLst/>
                    </a:prstGeom>
                  </pic:spPr>
                </pic:pic>
              </a:graphicData>
            </a:graphic>
          </wp:inline>
        </w:drawing>
      </w:r>
    </w:p>
    <w:p w14:paraId="0B009DA3" w14:textId="77777777" w:rsidR="00FD68E4" w:rsidRPr="00A675B7" w:rsidRDefault="00000000">
      <w:pPr>
        <w:jc w:val="center"/>
        <w:rPr>
          <w:rFonts w:cs="Times New Roman"/>
        </w:rPr>
      </w:pPr>
      <w:r w:rsidRPr="00A675B7">
        <w:rPr>
          <w:rFonts w:cs="Times New Roman"/>
          <w:i/>
          <w:sz w:val="20"/>
        </w:rPr>
        <w:t>Hình 5. Màn hình tiến độ cài đặt</w:t>
      </w:r>
    </w:p>
    <w:p w14:paraId="31AC1DEE" w14:textId="77777777" w:rsidR="00FD68E4" w:rsidRPr="00A675B7" w:rsidRDefault="00000000">
      <w:pPr>
        <w:pStyle w:val="Heading2"/>
        <w:rPr>
          <w:rFonts w:cs="Times New Roman"/>
        </w:rPr>
      </w:pPr>
      <w:bookmarkStart w:id="8" w:name="_Toc234595018"/>
      <w:r w:rsidRPr="00A675B7">
        <w:rPr>
          <w:rFonts w:cs="Times New Roman"/>
        </w:rPr>
        <w:t>3.6. Bước 5 - Hoàn tất cài đặt</w:t>
      </w:r>
      <w:bookmarkEnd w:id="8"/>
    </w:p>
    <w:p w14:paraId="3304F147" w14:textId="77777777" w:rsidR="00FD68E4" w:rsidRPr="000C37B8" w:rsidRDefault="00000000">
      <w:pPr>
        <w:rPr>
          <w:rFonts w:cs="Times New Roman"/>
          <w:sz w:val="26"/>
          <w:szCs w:val="26"/>
        </w:rPr>
      </w:pPr>
      <w:r w:rsidRPr="000C37B8">
        <w:rPr>
          <w:rFonts w:cs="Times New Roman"/>
          <w:sz w:val="26"/>
          <w:szCs w:val="26"/>
        </w:rPr>
        <w:t>Khi màn hình hoàn tất hiển thị, nhấn Finish/Kết thúc. Ứng dụng nền sẽ được khởi động để phục vụ các API ký số trên localhost.</w:t>
      </w:r>
    </w:p>
    <w:p w14:paraId="5FA90503" w14:textId="77777777" w:rsidR="00FD68E4" w:rsidRPr="00A675B7" w:rsidRDefault="00000000">
      <w:pPr>
        <w:jc w:val="center"/>
        <w:rPr>
          <w:rFonts w:cs="Times New Roman"/>
        </w:rPr>
      </w:pPr>
      <w:r w:rsidRPr="00A675B7">
        <w:rPr>
          <w:rFonts w:cs="Times New Roman"/>
          <w:noProof/>
        </w:rPr>
        <w:drawing>
          <wp:inline distT="0" distB="0" distL="0" distR="0" wp14:anchorId="47438DD3" wp14:editId="05A4BEFB">
            <wp:extent cx="5394960" cy="40934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finish.png"/>
                    <pic:cNvPicPr/>
                  </pic:nvPicPr>
                  <pic:blipFill>
                    <a:blip r:embed="rId14"/>
                    <a:stretch>
                      <a:fillRect/>
                    </a:stretch>
                  </pic:blipFill>
                  <pic:spPr>
                    <a:xfrm>
                      <a:off x="0" y="0"/>
                      <a:ext cx="5394960" cy="4093413"/>
                    </a:xfrm>
                    <a:prstGeom prst="rect">
                      <a:avLst/>
                    </a:prstGeom>
                  </pic:spPr>
                </pic:pic>
              </a:graphicData>
            </a:graphic>
          </wp:inline>
        </w:drawing>
      </w:r>
    </w:p>
    <w:p w14:paraId="72322438" w14:textId="77777777" w:rsidR="00FD68E4" w:rsidRPr="00A675B7" w:rsidRDefault="00000000">
      <w:pPr>
        <w:jc w:val="center"/>
        <w:rPr>
          <w:rFonts w:cs="Times New Roman"/>
        </w:rPr>
      </w:pPr>
      <w:r w:rsidRPr="00A675B7">
        <w:rPr>
          <w:rFonts w:cs="Times New Roman"/>
          <w:i/>
          <w:sz w:val="20"/>
        </w:rPr>
        <w:t>Hình 6. Màn hình hoàn tất cài đặt</w:t>
      </w:r>
    </w:p>
    <w:p w14:paraId="08A47A46" w14:textId="77777777" w:rsidR="00FD68E4" w:rsidRPr="00A675B7" w:rsidRDefault="00000000">
      <w:pPr>
        <w:pStyle w:val="Heading1"/>
        <w:rPr>
          <w:rFonts w:ascii="Times New Roman" w:hAnsi="Times New Roman" w:cs="Times New Roman"/>
        </w:rPr>
      </w:pPr>
      <w:bookmarkStart w:id="9" w:name="_Toc234595019"/>
      <w:r w:rsidRPr="00A675B7">
        <w:rPr>
          <w:rFonts w:ascii="Times New Roman" w:hAnsi="Times New Roman" w:cs="Times New Roman"/>
        </w:rPr>
        <w:lastRenderedPageBreak/>
        <w:t>4. KIỂM TRA ỨNG DỤNG NỀN SAU KHI CÀI ĐẶT</w:t>
      </w:r>
      <w:bookmarkEnd w:id="9"/>
    </w:p>
    <w:p w14:paraId="3191EB04" w14:textId="540FC166" w:rsidR="00974AFF" w:rsidRPr="007D53D0" w:rsidRDefault="00974AFF" w:rsidP="002739D8">
      <w:pPr>
        <w:pStyle w:val="Heading2"/>
        <w:rPr>
          <w:rFonts w:cs="Times New Roman"/>
        </w:rPr>
      </w:pPr>
      <w:bookmarkStart w:id="10" w:name="_Toc234595020"/>
      <w:r w:rsidRPr="007D53D0">
        <w:rPr>
          <w:rFonts w:cs="Times New Roman"/>
        </w:rPr>
        <w:t xml:space="preserve">4.1. </w:t>
      </w:r>
      <w:r w:rsidR="00DE2177">
        <w:rPr>
          <w:rFonts w:cs="Times New Roman"/>
        </w:rPr>
        <w:t xml:space="preserve">Cài </w:t>
      </w:r>
      <w:proofErr w:type="spellStart"/>
      <w:r w:rsidR="00DE2177">
        <w:rPr>
          <w:rFonts w:cs="Times New Roman"/>
        </w:rPr>
        <w:t>đặt</w:t>
      </w:r>
      <w:proofErr w:type="spellEnd"/>
      <w:r w:rsidR="00DE2177">
        <w:rPr>
          <w:rFonts w:cs="Times New Roman"/>
        </w:rPr>
        <w:t xml:space="preserve"> SSL</w:t>
      </w:r>
      <w:r w:rsidRPr="007D53D0">
        <w:rPr>
          <w:rFonts w:cs="Times New Roman"/>
        </w:rPr>
        <w:t xml:space="preserve"> </w:t>
      </w:r>
      <w:proofErr w:type="spellStart"/>
      <w:r w:rsidRPr="007D53D0">
        <w:rPr>
          <w:rFonts w:cs="Times New Roman"/>
        </w:rPr>
        <w:t>sau</w:t>
      </w:r>
      <w:proofErr w:type="spellEnd"/>
      <w:r w:rsidRPr="007D53D0">
        <w:rPr>
          <w:rFonts w:cs="Times New Roman"/>
        </w:rPr>
        <w:t xml:space="preserve"> </w:t>
      </w:r>
      <w:proofErr w:type="spellStart"/>
      <w:r w:rsidRPr="007D53D0">
        <w:rPr>
          <w:rFonts w:cs="Times New Roman"/>
        </w:rPr>
        <w:t>khi</w:t>
      </w:r>
      <w:proofErr w:type="spellEnd"/>
      <w:r w:rsidRPr="007D53D0">
        <w:rPr>
          <w:rFonts w:cs="Times New Roman"/>
        </w:rPr>
        <w:t xml:space="preserve"> </w:t>
      </w:r>
      <w:proofErr w:type="spellStart"/>
      <w:r w:rsidRPr="007D53D0">
        <w:rPr>
          <w:rFonts w:cs="Times New Roman"/>
        </w:rPr>
        <w:t>cài</w:t>
      </w:r>
      <w:proofErr w:type="spellEnd"/>
      <w:r w:rsidRPr="007D53D0">
        <w:rPr>
          <w:rFonts w:cs="Times New Roman"/>
        </w:rPr>
        <w:t xml:space="preserve"> </w:t>
      </w:r>
      <w:proofErr w:type="spellStart"/>
      <w:r w:rsidRPr="007D53D0">
        <w:rPr>
          <w:rFonts w:cs="Times New Roman"/>
        </w:rPr>
        <w:t>đặt</w:t>
      </w:r>
      <w:bookmarkEnd w:id="10"/>
      <w:proofErr w:type="spellEnd"/>
    </w:p>
    <w:p w14:paraId="45F1BDD6" w14:textId="2AB84B06" w:rsidR="00974AFF" w:rsidRPr="000C37B8" w:rsidRDefault="00974AFF" w:rsidP="00974AFF">
      <w:pPr>
        <w:rPr>
          <w:rFonts w:cs="Times New Roman"/>
          <w:sz w:val="26"/>
          <w:szCs w:val="26"/>
        </w:rPr>
      </w:pPr>
      <w:r w:rsidRPr="000C37B8">
        <w:rPr>
          <w:rFonts w:cs="Times New Roman"/>
          <w:sz w:val="26"/>
          <w:szCs w:val="26"/>
        </w:rPr>
        <w:t xml:space="preserve">Sau </w:t>
      </w:r>
      <w:proofErr w:type="spellStart"/>
      <w:r w:rsidRPr="000C37B8">
        <w:rPr>
          <w:rFonts w:cs="Times New Roman"/>
          <w:sz w:val="26"/>
          <w:szCs w:val="26"/>
        </w:rPr>
        <w:t>khi</w:t>
      </w:r>
      <w:proofErr w:type="spellEnd"/>
      <w:r w:rsidRPr="000C37B8">
        <w:rPr>
          <w:rFonts w:cs="Times New Roman"/>
          <w:sz w:val="26"/>
          <w:szCs w:val="26"/>
        </w:rPr>
        <w:t xml:space="preserve"> </w:t>
      </w:r>
      <w:proofErr w:type="spellStart"/>
      <w:r w:rsidRPr="000C37B8">
        <w:rPr>
          <w:rFonts w:cs="Times New Roman"/>
          <w:sz w:val="26"/>
          <w:szCs w:val="26"/>
        </w:rPr>
        <w:t>cài</w:t>
      </w:r>
      <w:proofErr w:type="spellEnd"/>
      <w:r w:rsidRPr="000C37B8">
        <w:rPr>
          <w:rFonts w:cs="Times New Roman"/>
          <w:sz w:val="26"/>
          <w:szCs w:val="26"/>
        </w:rPr>
        <w:t xml:space="preserve"> </w:t>
      </w:r>
      <w:proofErr w:type="spellStart"/>
      <w:r w:rsidRPr="000C37B8">
        <w:rPr>
          <w:rFonts w:cs="Times New Roman"/>
          <w:sz w:val="26"/>
          <w:szCs w:val="26"/>
        </w:rPr>
        <w:t>đặt</w:t>
      </w:r>
      <w:proofErr w:type="spellEnd"/>
      <w:r w:rsidRPr="000C37B8">
        <w:rPr>
          <w:rFonts w:cs="Times New Roman"/>
          <w:sz w:val="26"/>
          <w:szCs w:val="26"/>
        </w:rPr>
        <w:t xml:space="preserve"> </w:t>
      </w:r>
      <w:proofErr w:type="spellStart"/>
      <w:r w:rsidRPr="000C37B8">
        <w:rPr>
          <w:rFonts w:cs="Times New Roman"/>
          <w:sz w:val="26"/>
          <w:szCs w:val="26"/>
        </w:rPr>
        <w:t>thành</w:t>
      </w:r>
      <w:proofErr w:type="spellEnd"/>
      <w:r w:rsidRPr="000C37B8">
        <w:rPr>
          <w:rFonts w:cs="Times New Roman"/>
          <w:sz w:val="26"/>
          <w:szCs w:val="26"/>
        </w:rPr>
        <w:t xml:space="preserve"> </w:t>
      </w:r>
      <w:proofErr w:type="spellStart"/>
      <w:r w:rsidRPr="000C37B8">
        <w:rPr>
          <w:rFonts w:cs="Times New Roman"/>
          <w:sz w:val="26"/>
          <w:szCs w:val="26"/>
        </w:rPr>
        <w:t>công</w:t>
      </w:r>
      <w:proofErr w:type="spellEnd"/>
      <w:r w:rsidRPr="000C37B8">
        <w:rPr>
          <w:rFonts w:cs="Times New Roman"/>
          <w:sz w:val="26"/>
          <w:szCs w:val="26"/>
        </w:rPr>
        <w:t xml:space="preserve">, </w:t>
      </w:r>
      <w:proofErr w:type="spellStart"/>
      <w:r w:rsidRPr="000C37B8">
        <w:rPr>
          <w:rFonts w:cs="Times New Roman"/>
          <w:sz w:val="26"/>
          <w:szCs w:val="26"/>
        </w:rPr>
        <w:t>nhấp</w:t>
      </w:r>
      <w:proofErr w:type="spellEnd"/>
      <w:r w:rsidRPr="000C37B8">
        <w:rPr>
          <w:rFonts w:cs="Times New Roman"/>
          <w:sz w:val="26"/>
          <w:szCs w:val="26"/>
        </w:rPr>
        <w:t xml:space="preserve"> </w:t>
      </w:r>
      <w:proofErr w:type="spellStart"/>
      <w:r w:rsidRPr="000C37B8">
        <w:rPr>
          <w:rFonts w:cs="Times New Roman"/>
          <w:sz w:val="26"/>
          <w:szCs w:val="26"/>
        </w:rPr>
        <w:t>chuột</w:t>
      </w:r>
      <w:proofErr w:type="spellEnd"/>
      <w:r w:rsidRPr="000C37B8">
        <w:rPr>
          <w:rFonts w:cs="Times New Roman"/>
          <w:sz w:val="26"/>
          <w:szCs w:val="26"/>
        </w:rPr>
        <w:t xml:space="preserve"> </w:t>
      </w:r>
      <w:proofErr w:type="spellStart"/>
      <w:r w:rsidRPr="000C37B8">
        <w:rPr>
          <w:rFonts w:cs="Times New Roman"/>
          <w:sz w:val="26"/>
          <w:szCs w:val="26"/>
        </w:rPr>
        <w:t>phải</w:t>
      </w:r>
      <w:proofErr w:type="spellEnd"/>
      <w:r w:rsidRPr="000C37B8">
        <w:rPr>
          <w:rFonts w:cs="Times New Roman"/>
          <w:sz w:val="26"/>
          <w:szCs w:val="26"/>
        </w:rPr>
        <w:t xml:space="preserve"> </w:t>
      </w:r>
      <w:proofErr w:type="spellStart"/>
      <w:r w:rsidRPr="000C37B8">
        <w:rPr>
          <w:rFonts w:cs="Times New Roman"/>
          <w:sz w:val="26"/>
          <w:szCs w:val="26"/>
        </w:rPr>
        <w:t>vào</w:t>
      </w:r>
      <w:proofErr w:type="spellEnd"/>
      <w:r w:rsidRPr="000C37B8">
        <w:rPr>
          <w:rFonts w:cs="Times New Roman"/>
          <w:sz w:val="26"/>
          <w:szCs w:val="26"/>
        </w:rPr>
        <w:t xml:space="preserve"> </w:t>
      </w:r>
      <w:proofErr w:type="spellStart"/>
      <w:r w:rsidRPr="000C37B8">
        <w:rPr>
          <w:rFonts w:cs="Times New Roman"/>
          <w:sz w:val="26"/>
          <w:szCs w:val="26"/>
        </w:rPr>
        <w:t>biểu</w:t>
      </w:r>
      <w:proofErr w:type="spellEnd"/>
      <w:r w:rsidRPr="000C37B8">
        <w:rPr>
          <w:rFonts w:cs="Times New Roman"/>
          <w:sz w:val="26"/>
          <w:szCs w:val="26"/>
        </w:rPr>
        <w:t xml:space="preserve"> </w:t>
      </w:r>
      <w:proofErr w:type="spellStart"/>
      <w:r w:rsidRPr="000C37B8">
        <w:rPr>
          <w:rFonts w:cs="Times New Roman"/>
          <w:sz w:val="26"/>
          <w:szCs w:val="26"/>
        </w:rPr>
        <w:t>tượng</w:t>
      </w:r>
      <w:proofErr w:type="spellEnd"/>
      <w:r w:rsidRPr="000C37B8">
        <w:rPr>
          <w:rFonts w:cs="Times New Roman"/>
          <w:sz w:val="26"/>
          <w:szCs w:val="26"/>
        </w:rPr>
        <w:t xml:space="preserve"> Vietnam Social Security Declaration </w:t>
      </w:r>
      <w:proofErr w:type="spellStart"/>
      <w:r w:rsidRPr="000C37B8">
        <w:rPr>
          <w:rFonts w:cs="Times New Roman"/>
          <w:sz w:val="26"/>
          <w:szCs w:val="26"/>
        </w:rPr>
        <w:t>tại</w:t>
      </w:r>
      <w:proofErr w:type="spellEnd"/>
      <w:r w:rsidRPr="000C37B8">
        <w:rPr>
          <w:rFonts w:cs="Times New Roman"/>
          <w:sz w:val="26"/>
          <w:szCs w:val="26"/>
        </w:rPr>
        <w:t xml:space="preserve"> </w:t>
      </w:r>
      <w:proofErr w:type="spellStart"/>
      <w:r w:rsidRPr="000C37B8">
        <w:rPr>
          <w:rFonts w:cs="Times New Roman"/>
          <w:sz w:val="26"/>
          <w:szCs w:val="26"/>
        </w:rPr>
        <w:t>khu</w:t>
      </w:r>
      <w:proofErr w:type="spellEnd"/>
      <w:r w:rsidRPr="000C37B8">
        <w:rPr>
          <w:rFonts w:cs="Times New Roman"/>
          <w:sz w:val="26"/>
          <w:szCs w:val="26"/>
        </w:rPr>
        <w:t xml:space="preserve"> </w:t>
      </w:r>
      <w:proofErr w:type="spellStart"/>
      <w:r w:rsidRPr="000C37B8">
        <w:rPr>
          <w:rFonts w:cs="Times New Roman"/>
          <w:sz w:val="26"/>
          <w:szCs w:val="26"/>
        </w:rPr>
        <w:t>vực</w:t>
      </w:r>
      <w:proofErr w:type="spellEnd"/>
      <w:r w:rsidRPr="000C37B8">
        <w:rPr>
          <w:rFonts w:cs="Times New Roman"/>
          <w:sz w:val="26"/>
          <w:szCs w:val="26"/>
        </w:rPr>
        <w:t xml:space="preserve"> </w:t>
      </w:r>
      <w:proofErr w:type="spellStart"/>
      <w:r w:rsidRPr="000C37B8">
        <w:rPr>
          <w:rFonts w:cs="Times New Roman"/>
          <w:sz w:val="26"/>
          <w:szCs w:val="26"/>
        </w:rPr>
        <w:t>khay</w:t>
      </w:r>
      <w:proofErr w:type="spellEnd"/>
      <w:r w:rsidRPr="000C37B8">
        <w:rPr>
          <w:rFonts w:cs="Times New Roman"/>
          <w:sz w:val="26"/>
          <w:szCs w:val="26"/>
        </w:rPr>
        <w:t xml:space="preserve"> </w:t>
      </w:r>
      <w:proofErr w:type="spellStart"/>
      <w:r w:rsidRPr="000C37B8">
        <w:rPr>
          <w:rFonts w:cs="Times New Roman"/>
          <w:sz w:val="26"/>
          <w:szCs w:val="26"/>
        </w:rPr>
        <w:t>hệ</w:t>
      </w:r>
      <w:proofErr w:type="spellEnd"/>
      <w:r w:rsidRPr="000C37B8">
        <w:rPr>
          <w:rFonts w:cs="Times New Roman"/>
          <w:sz w:val="26"/>
          <w:szCs w:val="26"/>
        </w:rPr>
        <w:t xml:space="preserve"> </w:t>
      </w:r>
      <w:proofErr w:type="spellStart"/>
      <w:r w:rsidRPr="000C37B8">
        <w:rPr>
          <w:rFonts w:cs="Times New Roman"/>
          <w:sz w:val="26"/>
          <w:szCs w:val="26"/>
        </w:rPr>
        <w:t>thống</w:t>
      </w:r>
      <w:proofErr w:type="spellEnd"/>
      <w:r w:rsidRPr="000C37B8">
        <w:rPr>
          <w:rFonts w:cs="Times New Roman"/>
          <w:sz w:val="26"/>
          <w:szCs w:val="26"/>
        </w:rPr>
        <w:t xml:space="preserve"> (System Tray) ở </w:t>
      </w:r>
      <w:proofErr w:type="spellStart"/>
      <w:r w:rsidRPr="000C37B8">
        <w:rPr>
          <w:rFonts w:cs="Times New Roman"/>
          <w:sz w:val="26"/>
          <w:szCs w:val="26"/>
        </w:rPr>
        <w:t>góc</w:t>
      </w:r>
      <w:proofErr w:type="spellEnd"/>
      <w:r w:rsidRPr="000C37B8">
        <w:rPr>
          <w:rFonts w:cs="Times New Roman"/>
          <w:sz w:val="26"/>
          <w:szCs w:val="26"/>
        </w:rPr>
        <w:t xml:space="preserve"> </w:t>
      </w:r>
      <w:proofErr w:type="spellStart"/>
      <w:r w:rsidRPr="000C37B8">
        <w:rPr>
          <w:rFonts w:cs="Times New Roman"/>
          <w:sz w:val="26"/>
          <w:szCs w:val="26"/>
        </w:rPr>
        <w:t>phải</w:t>
      </w:r>
      <w:proofErr w:type="spellEnd"/>
      <w:r w:rsidRPr="000C37B8">
        <w:rPr>
          <w:rFonts w:cs="Times New Roman"/>
          <w:sz w:val="26"/>
          <w:szCs w:val="26"/>
        </w:rPr>
        <w:t xml:space="preserve"> </w:t>
      </w:r>
      <w:proofErr w:type="spellStart"/>
      <w:r w:rsidRPr="000C37B8">
        <w:rPr>
          <w:rFonts w:cs="Times New Roman"/>
          <w:sz w:val="26"/>
          <w:szCs w:val="26"/>
        </w:rPr>
        <w:t>thanh</w:t>
      </w:r>
      <w:proofErr w:type="spellEnd"/>
      <w:r w:rsidRPr="000C37B8">
        <w:rPr>
          <w:rFonts w:cs="Times New Roman"/>
          <w:sz w:val="26"/>
          <w:szCs w:val="26"/>
        </w:rPr>
        <w:t xml:space="preserve"> Taskbar, </w:t>
      </w:r>
      <w:proofErr w:type="spellStart"/>
      <w:r w:rsidRPr="000C37B8">
        <w:rPr>
          <w:rFonts w:cs="Times New Roman"/>
          <w:sz w:val="26"/>
          <w:szCs w:val="26"/>
        </w:rPr>
        <w:t>sau</w:t>
      </w:r>
      <w:proofErr w:type="spellEnd"/>
      <w:r w:rsidRPr="000C37B8">
        <w:rPr>
          <w:rFonts w:cs="Times New Roman"/>
          <w:sz w:val="26"/>
          <w:szCs w:val="26"/>
        </w:rPr>
        <w:t xml:space="preserve"> </w:t>
      </w:r>
      <w:proofErr w:type="spellStart"/>
      <w:r w:rsidRPr="000C37B8">
        <w:rPr>
          <w:rFonts w:cs="Times New Roman"/>
          <w:sz w:val="26"/>
          <w:szCs w:val="26"/>
        </w:rPr>
        <w:t>đó</w:t>
      </w:r>
      <w:proofErr w:type="spellEnd"/>
      <w:r w:rsidRPr="000C37B8">
        <w:rPr>
          <w:rFonts w:cs="Times New Roman"/>
          <w:sz w:val="26"/>
          <w:szCs w:val="26"/>
        </w:rPr>
        <w:t xml:space="preserve"> </w:t>
      </w:r>
      <w:proofErr w:type="spellStart"/>
      <w:r w:rsidRPr="000C37B8">
        <w:rPr>
          <w:rFonts w:cs="Times New Roman"/>
          <w:sz w:val="26"/>
          <w:szCs w:val="26"/>
        </w:rPr>
        <w:t>chọn</w:t>
      </w:r>
      <w:proofErr w:type="spellEnd"/>
      <w:r w:rsidRPr="000C37B8">
        <w:rPr>
          <w:rFonts w:cs="Times New Roman"/>
          <w:sz w:val="26"/>
          <w:szCs w:val="26"/>
        </w:rPr>
        <w:t xml:space="preserve"> "</w:t>
      </w:r>
      <w:r w:rsidR="00DE2177">
        <w:rPr>
          <w:rFonts w:cs="Times New Roman"/>
          <w:sz w:val="26"/>
          <w:szCs w:val="26"/>
        </w:rPr>
        <w:t xml:space="preserve">Cài </w:t>
      </w:r>
      <w:proofErr w:type="spellStart"/>
      <w:r w:rsidR="00DE2177">
        <w:rPr>
          <w:rFonts w:cs="Times New Roman"/>
          <w:sz w:val="26"/>
          <w:szCs w:val="26"/>
        </w:rPr>
        <w:t>đặt</w:t>
      </w:r>
      <w:proofErr w:type="spellEnd"/>
      <w:r w:rsidR="00DE2177">
        <w:rPr>
          <w:rFonts w:cs="Times New Roman"/>
          <w:sz w:val="26"/>
          <w:szCs w:val="26"/>
        </w:rPr>
        <w:t xml:space="preserve"> SSL</w:t>
      </w:r>
      <w:r w:rsidRPr="000C37B8">
        <w:rPr>
          <w:rFonts w:cs="Times New Roman"/>
          <w:sz w:val="26"/>
          <w:szCs w:val="26"/>
        </w:rPr>
        <w:t>".</w:t>
      </w:r>
    </w:p>
    <w:p w14:paraId="660C9C39" w14:textId="3AAEB068" w:rsidR="00974AFF" w:rsidRPr="00974AFF" w:rsidRDefault="00DE2177" w:rsidP="00974AFF">
      <w:pPr>
        <w:jc w:val="center"/>
        <w:rPr>
          <w:rFonts w:cs="Times New Roman"/>
        </w:rPr>
      </w:pPr>
      <w:r w:rsidRPr="00DE2177">
        <w:rPr>
          <w:rFonts w:cs="Times New Roman"/>
          <w:noProof/>
        </w:rPr>
        <w:drawing>
          <wp:inline distT="0" distB="0" distL="0" distR="0" wp14:anchorId="5AB25ECB" wp14:editId="07EB89DC">
            <wp:extent cx="2838846" cy="3200847"/>
            <wp:effectExtent l="0" t="0" r="0" b="0"/>
            <wp:docPr id="1095891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91932" name=""/>
                    <pic:cNvPicPr/>
                  </pic:nvPicPr>
                  <pic:blipFill>
                    <a:blip r:embed="rId15"/>
                    <a:stretch>
                      <a:fillRect/>
                    </a:stretch>
                  </pic:blipFill>
                  <pic:spPr>
                    <a:xfrm>
                      <a:off x="0" y="0"/>
                      <a:ext cx="2838846" cy="3200847"/>
                    </a:xfrm>
                    <a:prstGeom prst="rect">
                      <a:avLst/>
                    </a:prstGeom>
                  </pic:spPr>
                </pic:pic>
              </a:graphicData>
            </a:graphic>
          </wp:inline>
        </w:drawing>
      </w:r>
    </w:p>
    <w:p w14:paraId="0CD21C9D" w14:textId="7B8A2560" w:rsidR="00974AFF" w:rsidRPr="000C37B8" w:rsidRDefault="00974AFF" w:rsidP="00974AFF">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7. </w:t>
      </w:r>
      <w:proofErr w:type="spellStart"/>
      <w:r w:rsidRPr="000C37B8">
        <w:rPr>
          <w:rFonts w:cs="Times New Roman"/>
          <w:i/>
          <w:iCs/>
        </w:rPr>
        <w:t>Chọn</w:t>
      </w:r>
      <w:proofErr w:type="spellEnd"/>
      <w:r w:rsidRPr="000C37B8">
        <w:rPr>
          <w:rFonts w:cs="Times New Roman"/>
          <w:i/>
          <w:iCs/>
        </w:rPr>
        <w:t xml:space="preserve"> </w:t>
      </w:r>
      <w:proofErr w:type="spellStart"/>
      <w:r w:rsidRPr="000C37B8">
        <w:rPr>
          <w:rFonts w:cs="Times New Roman"/>
          <w:i/>
          <w:iCs/>
        </w:rPr>
        <w:t>chức</w:t>
      </w:r>
      <w:proofErr w:type="spellEnd"/>
      <w:r w:rsidRPr="000C37B8">
        <w:rPr>
          <w:rFonts w:cs="Times New Roman"/>
          <w:i/>
          <w:iCs/>
        </w:rPr>
        <w:t xml:space="preserve"> </w:t>
      </w:r>
      <w:proofErr w:type="spellStart"/>
      <w:r w:rsidRPr="000C37B8">
        <w:rPr>
          <w:rFonts w:cs="Times New Roman"/>
          <w:i/>
          <w:iCs/>
        </w:rPr>
        <w:t>năng</w:t>
      </w:r>
      <w:proofErr w:type="spellEnd"/>
      <w:r w:rsidRPr="000C37B8">
        <w:rPr>
          <w:rFonts w:cs="Times New Roman"/>
          <w:i/>
          <w:iCs/>
        </w:rPr>
        <w:t xml:space="preserve"> "</w:t>
      </w:r>
      <w:r w:rsidR="00DE2177" w:rsidRPr="00DE2177">
        <w:rPr>
          <w:rFonts w:cs="Times New Roman"/>
          <w:i/>
          <w:iCs/>
        </w:rPr>
        <w:t xml:space="preserve">Cài </w:t>
      </w:r>
      <w:proofErr w:type="spellStart"/>
      <w:r w:rsidR="00DE2177" w:rsidRPr="00DE2177">
        <w:rPr>
          <w:rFonts w:cs="Times New Roman"/>
          <w:i/>
          <w:iCs/>
        </w:rPr>
        <w:t>đặt</w:t>
      </w:r>
      <w:proofErr w:type="spellEnd"/>
      <w:r w:rsidR="00DE2177" w:rsidRPr="00DE2177">
        <w:rPr>
          <w:rFonts w:cs="Times New Roman"/>
          <w:i/>
          <w:iCs/>
        </w:rPr>
        <w:t xml:space="preserve"> SSL</w:t>
      </w:r>
      <w:r w:rsidRPr="000C37B8">
        <w:rPr>
          <w:rFonts w:cs="Times New Roman"/>
          <w:i/>
          <w:iCs/>
        </w:rPr>
        <w:t xml:space="preserve">" </w:t>
      </w:r>
      <w:proofErr w:type="spellStart"/>
      <w:r w:rsidRPr="000C37B8">
        <w:rPr>
          <w:rFonts w:cs="Times New Roman"/>
          <w:i/>
          <w:iCs/>
        </w:rPr>
        <w:t>từ</w:t>
      </w:r>
      <w:proofErr w:type="spellEnd"/>
      <w:r w:rsidRPr="000C37B8">
        <w:rPr>
          <w:rFonts w:cs="Times New Roman"/>
          <w:i/>
          <w:iCs/>
        </w:rPr>
        <w:t xml:space="preserve"> </w:t>
      </w:r>
      <w:proofErr w:type="spellStart"/>
      <w:r w:rsidRPr="000C37B8">
        <w:rPr>
          <w:rFonts w:cs="Times New Roman"/>
          <w:i/>
          <w:iCs/>
        </w:rPr>
        <w:t>biểu</w:t>
      </w:r>
      <w:proofErr w:type="spellEnd"/>
      <w:r w:rsidRPr="000C37B8">
        <w:rPr>
          <w:rFonts w:cs="Times New Roman"/>
          <w:i/>
          <w:iCs/>
        </w:rPr>
        <w:t xml:space="preserve"> </w:t>
      </w:r>
      <w:proofErr w:type="spellStart"/>
      <w:r w:rsidRPr="000C37B8">
        <w:rPr>
          <w:rFonts w:cs="Times New Roman"/>
          <w:i/>
          <w:iCs/>
        </w:rPr>
        <w:t>tượng</w:t>
      </w:r>
      <w:proofErr w:type="spellEnd"/>
      <w:r w:rsidRPr="000C37B8">
        <w:rPr>
          <w:rFonts w:cs="Times New Roman"/>
          <w:i/>
          <w:iCs/>
        </w:rPr>
        <w:t xml:space="preserve"> </w:t>
      </w:r>
      <w:proofErr w:type="spellStart"/>
      <w:r w:rsidRPr="000C37B8">
        <w:rPr>
          <w:rFonts w:cs="Times New Roman"/>
          <w:i/>
          <w:iCs/>
        </w:rPr>
        <w:t>ứng</w:t>
      </w:r>
      <w:proofErr w:type="spellEnd"/>
      <w:r w:rsidRPr="000C37B8">
        <w:rPr>
          <w:rFonts w:cs="Times New Roman"/>
          <w:i/>
          <w:iCs/>
        </w:rPr>
        <w:t xml:space="preserve"> </w:t>
      </w:r>
      <w:proofErr w:type="spellStart"/>
      <w:r w:rsidRPr="000C37B8">
        <w:rPr>
          <w:rFonts w:cs="Times New Roman"/>
          <w:i/>
          <w:iCs/>
        </w:rPr>
        <w:t>dụng</w:t>
      </w:r>
      <w:proofErr w:type="spellEnd"/>
      <w:r w:rsidRPr="000C37B8">
        <w:rPr>
          <w:rFonts w:cs="Times New Roman"/>
          <w:i/>
          <w:iCs/>
        </w:rPr>
        <w:t>.</w:t>
      </w:r>
    </w:p>
    <w:p w14:paraId="1FF6E658" w14:textId="68A20575" w:rsidR="00974AFF" w:rsidRPr="000C37B8" w:rsidRDefault="00974AFF" w:rsidP="00DE2177">
      <w:pPr>
        <w:rPr>
          <w:rFonts w:cs="Times New Roman"/>
          <w:i/>
          <w:iCs/>
        </w:rPr>
      </w:pPr>
    </w:p>
    <w:p w14:paraId="30705B9F" w14:textId="77777777" w:rsidR="00734F47" w:rsidRDefault="007F2621" w:rsidP="00734F47">
      <w:pPr>
        <w:pStyle w:val="Heading2"/>
        <w:rPr>
          <w:rFonts w:cs="Times New Roman"/>
        </w:rPr>
      </w:pPr>
      <w:bookmarkStart w:id="11" w:name="_Toc234595021"/>
      <w:r w:rsidRPr="008D22E0">
        <w:rPr>
          <w:rFonts w:cs="Times New Roman"/>
        </w:rPr>
        <w:t xml:space="preserve">4.2. </w:t>
      </w:r>
      <w:proofErr w:type="spellStart"/>
      <w:r w:rsidRPr="008D22E0">
        <w:rPr>
          <w:rFonts w:cs="Times New Roman"/>
        </w:rPr>
        <w:t>Kiểm</w:t>
      </w:r>
      <w:proofErr w:type="spellEnd"/>
      <w:r w:rsidRPr="008D22E0">
        <w:rPr>
          <w:rFonts w:cs="Times New Roman"/>
        </w:rPr>
        <w:t xml:space="preserve"> </w:t>
      </w:r>
      <w:proofErr w:type="spellStart"/>
      <w:r w:rsidRPr="008D22E0">
        <w:rPr>
          <w:rFonts w:cs="Times New Roman"/>
        </w:rPr>
        <w:t>tra</w:t>
      </w:r>
      <w:proofErr w:type="spellEnd"/>
      <w:r w:rsidRPr="008D22E0">
        <w:rPr>
          <w:rFonts w:cs="Times New Roman"/>
        </w:rPr>
        <w:t xml:space="preserve"> </w:t>
      </w:r>
      <w:proofErr w:type="spellStart"/>
      <w:r w:rsidR="00F6635E">
        <w:rPr>
          <w:rFonts w:cs="Times New Roman"/>
        </w:rPr>
        <w:t>tính</w:t>
      </w:r>
      <w:proofErr w:type="spellEnd"/>
      <w:r w:rsidR="00F6635E">
        <w:rPr>
          <w:rFonts w:cs="Times New Roman"/>
        </w:rPr>
        <w:t xml:space="preserve"> </w:t>
      </w:r>
      <w:proofErr w:type="spellStart"/>
      <w:r w:rsidRPr="008D22E0">
        <w:rPr>
          <w:rFonts w:cs="Times New Roman"/>
        </w:rPr>
        <w:t>sẵn</w:t>
      </w:r>
      <w:proofErr w:type="spellEnd"/>
      <w:r w:rsidRPr="008D22E0">
        <w:rPr>
          <w:rFonts w:cs="Times New Roman"/>
        </w:rPr>
        <w:t xml:space="preserve"> </w:t>
      </w:r>
      <w:proofErr w:type="spellStart"/>
      <w:r w:rsidRPr="008D22E0">
        <w:rPr>
          <w:rFonts w:cs="Times New Roman"/>
        </w:rPr>
        <w:t>sàng</w:t>
      </w:r>
      <w:proofErr w:type="spellEnd"/>
      <w:r w:rsidR="00F6635E">
        <w:rPr>
          <w:rFonts w:cs="Times New Roman"/>
        </w:rPr>
        <w:t xml:space="preserve"> </w:t>
      </w:r>
      <w:proofErr w:type="spellStart"/>
      <w:r w:rsidR="00F6635E">
        <w:rPr>
          <w:rFonts w:cs="Times New Roman"/>
        </w:rPr>
        <w:t>của</w:t>
      </w:r>
      <w:proofErr w:type="spellEnd"/>
      <w:r w:rsidR="00F6635E">
        <w:rPr>
          <w:rFonts w:cs="Times New Roman"/>
        </w:rPr>
        <w:t xml:space="preserve"> </w:t>
      </w:r>
      <w:proofErr w:type="spellStart"/>
      <w:r w:rsidR="00F6635E" w:rsidRPr="008D22E0">
        <w:rPr>
          <w:rFonts w:cs="Times New Roman"/>
        </w:rPr>
        <w:t>các</w:t>
      </w:r>
      <w:proofErr w:type="spellEnd"/>
      <w:r w:rsidR="00F6635E" w:rsidRPr="008D22E0">
        <w:rPr>
          <w:rFonts w:cs="Times New Roman"/>
        </w:rPr>
        <w:t xml:space="preserve"> </w:t>
      </w:r>
      <w:proofErr w:type="spellStart"/>
      <w:r w:rsidR="00F6635E" w:rsidRPr="008D22E0">
        <w:rPr>
          <w:rFonts w:cs="Times New Roman"/>
        </w:rPr>
        <w:t>api</w:t>
      </w:r>
      <w:proofErr w:type="spellEnd"/>
      <w:r w:rsidRPr="008D22E0">
        <w:rPr>
          <w:rFonts w:cs="Times New Roman"/>
        </w:rPr>
        <w:t xml:space="preserve"> </w:t>
      </w:r>
      <w:proofErr w:type="spellStart"/>
      <w:r w:rsidRPr="008D22E0">
        <w:rPr>
          <w:rFonts w:cs="Times New Roman"/>
        </w:rPr>
        <w:t>bằng</w:t>
      </w:r>
      <w:proofErr w:type="spellEnd"/>
      <w:r w:rsidRPr="008D22E0">
        <w:rPr>
          <w:rFonts w:cs="Times New Roman"/>
        </w:rPr>
        <w:t xml:space="preserve"> Swagger</w:t>
      </w:r>
      <w:bookmarkEnd w:id="11"/>
    </w:p>
    <w:p w14:paraId="46D379EC" w14:textId="5D4B650C" w:rsidR="00DE2177" w:rsidRPr="00734F47" w:rsidRDefault="007F2621" w:rsidP="00734F47">
      <w:pPr>
        <w:rPr>
          <w:rFonts w:asciiTheme="majorHAnsi" w:hAnsiTheme="majorHAnsi" w:cstheme="majorBidi"/>
          <w:b/>
          <w:bCs/>
          <w:color w:val="4F81BD" w:themeColor="accent1"/>
          <w:sz w:val="26"/>
          <w:szCs w:val="26"/>
        </w:rPr>
      </w:pPr>
      <w:r w:rsidRPr="00734F47">
        <w:rPr>
          <w:sz w:val="26"/>
          <w:szCs w:val="26"/>
        </w:rPr>
        <w:t xml:space="preserve">Sau </w:t>
      </w:r>
      <w:proofErr w:type="spellStart"/>
      <w:r w:rsidRPr="00734F47">
        <w:rPr>
          <w:sz w:val="26"/>
          <w:szCs w:val="26"/>
        </w:rPr>
        <w:t>khi</w:t>
      </w:r>
      <w:proofErr w:type="spellEnd"/>
      <w:r w:rsidRPr="00734F47">
        <w:rPr>
          <w:sz w:val="26"/>
          <w:szCs w:val="26"/>
        </w:rPr>
        <w:t xml:space="preserve"> </w:t>
      </w:r>
      <w:proofErr w:type="spellStart"/>
      <w:r w:rsidRPr="00734F47">
        <w:rPr>
          <w:sz w:val="26"/>
          <w:szCs w:val="26"/>
        </w:rPr>
        <w:t>cài</w:t>
      </w:r>
      <w:proofErr w:type="spellEnd"/>
      <w:r w:rsidRPr="00734F47">
        <w:rPr>
          <w:sz w:val="26"/>
          <w:szCs w:val="26"/>
        </w:rPr>
        <w:t xml:space="preserve"> </w:t>
      </w:r>
      <w:proofErr w:type="spellStart"/>
      <w:r w:rsidRPr="00734F47">
        <w:rPr>
          <w:sz w:val="26"/>
          <w:szCs w:val="26"/>
        </w:rPr>
        <w:t>đặt</w:t>
      </w:r>
      <w:proofErr w:type="spellEnd"/>
      <w:r w:rsidRPr="00734F47">
        <w:rPr>
          <w:sz w:val="26"/>
          <w:szCs w:val="26"/>
        </w:rPr>
        <w:t xml:space="preserve"> </w:t>
      </w:r>
      <w:proofErr w:type="spellStart"/>
      <w:r w:rsidRPr="00734F47">
        <w:rPr>
          <w:sz w:val="26"/>
          <w:szCs w:val="26"/>
        </w:rPr>
        <w:t>xong</w:t>
      </w:r>
      <w:proofErr w:type="spellEnd"/>
      <w:r w:rsidRPr="00734F47">
        <w:rPr>
          <w:sz w:val="26"/>
          <w:szCs w:val="26"/>
        </w:rPr>
        <w:t xml:space="preserve">, </w:t>
      </w:r>
      <w:proofErr w:type="spellStart"/>
      <w:r w:rsidR="00DE2177" w:rsidRPr="00734F47">
        <w:rPr>
          <w:sz w:val="26"/>
          <w:szCs w:val="26"/>
        </w:rPr>
        <w:t>nhấp</w:t>
      </w:r>
      <w:proofErr w:type="spellEnd"/>
      <w:r w:rsidR="00DE2177" w:rsidRPr="00734F47">
        <w:rPr>
          <w:sz w:val="26"/>
          <w:szCs w:val="26"/>
        </w:rPr>
        <w:t xml:space="preserve"> </w:t>
      </w:r>
      <w:proofErr w:type="spellStart"/>
      <w:r w:rsidR="00DE2177" w:rsidRPr="00734F47">
        <w:rPr>
          <w:sz w:val="26"/>
          <w:szCs w:val="26"/>
        </w:rPr>
        <w:t>chuột</w:t>
      </w:r>
      <w:proofErr w:type="spellEnd"/>
      <w:r w:rsidR="00DE2177" w:rsidRPr="00734F47">
        <w:rPr>
          <w:sz w:val="26"/>
          <w:szCs w:val="26"/>
        </w:rPr>
        <w:t xml:space="preserve"> </w:t>
      </w:r>
      <w:proofErr w:type="spellStart"/>
      <w:r w:rsidR="00DE2177" w:rsidRPr="00734F47">
        <w:rPr>
          <w:sz w:val="26"/>
          <w:szCs w:val="26"/>
        </w:rPr>
        <w:t>phải</w:t>
      </w:r>
      <w:proofErr w:type="spellEnd"/>
      <w:r w:rsidR="00DE2177" w:rsidRPr="00734F47">
        <w:rPr>
          <w:sz w:val="26"/>
          <w:szCs w:val="26"/>
        </w:rPr>
        <w:t xml:space="preserve"> </w:t>
      </w:r>
      <w:proofErr w:type="spellStart"/>
      <w:r w:rsidR="00DE2177" w:rsidRPr="00734F47">
        <w:rPr>
          <w:sz w:val="26"/>
          <w:szCs w:val="26"/>
        </w:rPr>
        <w:t>vào</w:t>
      </w:r>
      <w:proofErr w:type="spellEnd"/>
      <w:r w:rsidR="00DE2177" w:rsidRPr="00734F47">
        <w:rPr>
          <w:sz w:val="26"/>
          <w:szCs w:val="26"/>
        </w:rPr>
        <w:t xml:space="preserve"> </w:t>
      </w:r>
      <w:proofErr w:type="spellStart"/>
      <w:r w:rsidR="00DE2177" w:rsidRPr="00734F47">
        <w:rPr>
          <w:sz w:val="26"/>
          <w:szCs w:val="26"/>
        </w:rPr>
        <w:t>biểu</w:t>
      </w:r>
      <w:proofErr w:type="spellEnd"/>
      <w:r w:rsidR="00DE2177" w:rsidRPr="00734F47">
        <w:rPr>
          <w:sz w:val="26"/>
          <w:szCs w:val="26"/>
        </w:rPr>
        <w:t xml:space="preserve"> </w:t>
      </w:r>
      <w:proofErr w:type="spellStart"/>
      <w:r w:rsidR="00DE2177" w:rsidRPr="00734F47">
        <w:rPr>
          <w:sz w:val="26"/>
          <w:szCs w:val="26"/>
        </w:rPr>
        <w:t>tượng</w:t>
      </w:r>
      <w:proofErr w:type="spellEnd"/>
      <w:r w:rsidR="00DE2177" w:rsidRPr="00734F47">
        <w:rPr>
          <w:sz w:val="26"/>
          <w:szCs w:val="26"/>
        </w:rPr>
        <w:t xml:space="preserve"> Vietnam Social Security Declaration </w:t>
      </w:r>
      <w:proofErr w:type="spellStart"/>
      <w:r w:rsidR="00DE2177" w:rsidRPr="00734F47">
        <w:rPr>
          <w:sz w:val="26"/>
          <w:szCs w:val="26"/>
        </w:rPr>
        <w:t>tại</w:t>
      </w:r>
      <w:proofErr w:type="spellEnd"/>
      <w:r w:rsidR="00DE2177" w:rsidRPr="00734F47">
        <w:rPr>
          <w:sz w:val="26"/>
          <w:szCs w:val="26"/>
        </w:rPr>
        <w:t xml:space="preserve"> </w:t>
      </w:r>
      <w:proofErr w:type="spellStart"/>
      <w:r w:rsidR="00DE2177" w:rsidRPr="00734F47">
        <w:rPr>
          <w:sz w:val="26"/>
          <w:szCs w:val="26"/>
        </w:rPr>
        <w:t>khu</w:t>
      </w:r>
      <w:proofErr w:type="spellEnd"/>
      <w:r w:rsidR="00DE2177" w:rsidRPr="00734F47">
        <w:rPr>
          <w:sz w:val="26"/>
          <w:szCs w:val="26"/>
        </w:rPr>
        <w:t xml:space="preserve"> </w:t>
      </w:r>
      <w:proofErr w:type="spellStart"/>
      <w:r w:rsidR="00DE2177" w:rsidRPr="00734F47">
        <w:rPr>
          <w:sz w:val="26"/>
          <w:szCs w:val="26"/>
        </w:rPr>
        <w:t>vực</w:t>
      </w:r>
      <w:proofErr w:type="spellEnd"/>
      <w:r w:rsidR="00DE2177" w:rsidRPr="00734F47">
        <w:rPr>
          <w:sz w:val="26"/>
          <w:szCs w:val="26"/>
        </w:rPr>
        <w:t xml:space="preserve"> </w:t>
      </w:r>
      <w:proofErr w:type="spellStart"/>
      <w:r w:rsidR="00DE2177" w:rsidRPr="00734F47">
        <w:rPr>
          <w:sz w:val="26"/>
          <w:szCs w:val="26"/>
        </w:rPr>
        <w:t>khay</w:t>
      </w:r>
      <w:proofErr w:type="spellEnd"/>
      <w:r w:rsidR="00DE2177" w:rsidRPr="00734F47">
        <w:rPr>
          <w:sz w:val="26"/>
          <w:szCs w:val="26"/>
        </w:rPr>
        <w:t xml:space="preserve"> </w:t>
      </w:r>
      <w:proofErr w:type="spellStart"/>
      <w:r w:rsidR="00DE2177" w:rsidRPr="00734F47">
        <w:rPr>
          <w:sz w:val="26"/>
          <w:szCs w:val="26"/>
        </w:rPr>
        <w:t>hệ</w:t>
      </w:r>
      <w:proofErr w:type="spellEnd"/>
      <w:r w:rsidR="00DE2177" w:rsidRPr="00734F47">
        <w:rPr>
          <w:sz w:val="26"/>
          <w:szCs w:val="26"/>
        </w:rPr>
        <w:t xml:space="preserve"> </w:t>
      </w:r>
      <w:proofErr w:type="spellStart"/>
      <w:r w:rsidR="00DE2177" w:rsidRPr="00734F47">
        <w:rPr>
          <w:sz w:val="26"/>
          <w:szCs w:val="26"/>
        </w:rPr>
        <w:t>thống</w:t>
      </w:r>
      <w:proofErr w:type="spellEnd"/>
      <w:r w:rsidR="00DE2177" w:rsidRPr="00734F47">
        <w:rPr>
          <w:sz w:val="26"/>
          <w:szCs w:val="26"/>
        </w:rPr>
        <w:t xml:space="preserve"> (System Tray) ở </w:t>
      </w:r>
      <w:proofErr w:type="spellStart"/>
      <w:r w:rsidR="00DE2177" w:rsidRPr="00734F47">
        <w:rPr>
          <w:sz w:val="26"/>
          <w:szCs w:val="26"/>
        </w:rPr>
        <w:t>góc</w:t>
      </w:r>
      <w:proofErr w:type="spellEnd"/>
      <w:r w:rsidR="00DE2177" w:rsidRPr="00734F47">
        <w:rPr>
          <w:sz w:val="26"/>
          <w:szCs w:val="26"/>
        </w:rPr>
        <w:t xml:space="preserve"> </w:t>
      </w:r>
      <w:proofErr w:type="spellStart"/>
      <w:r w:rsidR="00DE2177" w:rsidRPr="00734F47">
        <w:rPr>
          <w:sz w:val="26"/>
          <w:szCs w:val="26"/>
        </w:rPr>
        <w:t>phải</w:t>
      </w:r>
      <w:proofErr w:type="spellEnd"/>
      <w:r w:rsidR="00DE2177" w:rsidRPr="00734F47">
        <w:rPr>
          <w:sz w:val="26"/>
          <w:szCs w:val="26"/>
        </w:rPr>
        <w:t xml:space="preserve"> </w:t>
      </w:r>
      <w:proofErr w:type="spellStart"/>
      <w:r w:rsidR="00DE2177" w:rsidRPr="00734F47">
        <w:rPr>
          <w:sz w:val="26"/>
          <w:szCs w:val="26"/>
        </w:rPr>
        <w:t>thanh</w:t>
      </w:r>
      <w:proofErr w:type="spellEnd"/>
      <w:r w:rsidR="00DE2177" w:rsidRPr="00734F47">
        <w:rPr>
          <w:sz w:val="26"/>
          <w:szCs w:val="26"/>
        </w:rPr>
        <w:t xml:space="preserve"> Taskbar, </w:t>
      </w:r>
      <w:proofErr w:type="spellStart"/>
      <w:r w:rsidR="00DE2177" w:rsidRPr="00734F47">
        <w:rPr>
          <w:sz w:val="26"/>
          <w:szCs w:val="26"/>
        </w:rPr>
        <w:t>sau</w:t>
      </w:r>
      <w:proofErr w:type="spellEnd"/>
      <w:r w:rsidR="00DE2177" w:rsidRPr="00734F47">
        <w:rPr>
          <w:sz w:val="26"/>
          <w:szCs w:val="26"/>
        </w:rPr>
        <w:t xml:space="preserve"> </w:t>
      </w:r>
      <w:proofErr w:type="spellStart"/>
      <w:r w:rsidR="00DE2177" w:rsidRPr="00734F47">
        <w:rPr>
          <w:sz w:val="26"/>
          <w:szCs w:val="26"/>
        </w:rPr>
        <w:t>đó</w:t>
      </w:r>
      <w:proofErr w:type="spellEnd"/>
      <w:r w:rsidR="00DE2177" w:rsidRPr="00734F47">
        <w:rPr>
          <w:sz w:val="26"/>
          <w:szCs w:val="26"/>
        </w:rPr>
        <w:t xml:space="preserve"> </w:t>
      </w:r>
      <w:proofErr w:type="spellStart"/>
      <w:r w:rsidR="00DE2177" w:rsidRPr="00734F47">
        <w:rPr>
          <w:sz w:val="26"/>
          <w:szCs w:val="26"/>
        </w:rPr>
        <w:t>chọn</w:t>
      </w:r>
      <w:proofErr w:type="spellEnd"/>
      <w:r w:rsidR="00DE2177" w:rsidRPr="00734F47">
        <w:rPr>
          <w:sz w:val="26"/>
          <w:szCs w:val="26"/>
        </w:rPr>
        <w:t xml:space="preserve"> "</w:t>
      </w:r>
      <w:proofErr w:type="spellStart"/>
      <w:r w:rsidR="00DE2177" w:rsidRPr="00734F47">
        <w:rPr>
          <w:b/>
          <w:bCs/>
          <w:sz w:val="26"/>
          <w:szCs w:val="26"/>
        </w:rPr>
        <w:t>Mở</w:t>
      </w:r>
      <w:proofErr w:type="spellEnd"/>
      <w:r w:rsidR="00DE2177" w:rsidRPr="00734F47">
        <w:rPr>
          <w:b/>
          <w:bCs/>
          <w:sz w:val="26"/>
          <w:szCs w:val="26"/>
        </w:rPr>
        <w:t xml:space="preserve"> </w:t>
      </w:r>
      <w:proofErr w:type="spellStart"/>
      <w:r w:rsidR="00DE2177" w:rsidRPr="00734F47">
        <w:rPr>
          <w:b/>
          <w:bCs/>
          <w:sz w:val="26"/>
          <w:szCs w:val="26"/>
        </w:rPr>
        <w:t>trình</w:t>
      </w:r>
      <w:proofErr w:type="spellEnd"/>
      <w:r w:rsidR="00DE2177" w:rsidRPr="00734F47">
        <w:rPr>
          <w:b/>
          <w:bCs/>
          <w:sz w:val="26"/>
          <w:szCs w:val="26"/>
        </w:rPr>
        <w:t xml:space="preserve"> </w:t>
      </w:r>
      <w:proofErr w:type="spellStart"/>
      <w:r w:rsidR="00DE2177" w:rsidRPr="00734F47">
        <w:rPr>
          <w:b/>
          <w:bCs/>
          <w:sz w:val="26"/>
          <w:szCs w:val="26"/>
        </w:rPr>
        <w:t>duyệt</w:t>
      </w:r>
      <w:proofErr w:type="spellEnd"/>
      <w:r w:rsidR="00DE2177" w:rsidRPr="00734F47">
        <w:rPr>
          <w:sz w:val="26"/>
          <w:szCs w:val="26"/>
        </w:rPr>
        <w:t>".</w:t>
      </w:r>
      <w:r w:rsidR="00DE2177" w:rsidRPr="00734F47">
        <w:rPr>
          <w:b/>
          <w:bCs/>
          <w:sz w:val="26"/>
          <w:szCs w:val="26"/>
        </w:rPr>
        <w:t xml:space="preserve"> </w:t>
      </w:r>
    </w:p>
    <w:p w14:paraId="29D9166D" w14:textId="69BDFCD9" w:rsidR="00DE2177" w:rsidRDefault="00DE2177" w:rsidP="00DE2177">
      <w:pPr>
        <w:jc w:val="center"/>
      </w:pPr>
      <w:r w:rsidRPr="00DE2177">
        <w:rPr>
          <w:noProof/>
        </w:rPr>
        <w:lastRenderedPageBreak/>
        <w:drawing>
          <wp:inline distT="0" distB="0" distL="0" distR="0" wp14:anchorId="3899FD54" wp14:editId="069859F5">
            <wp:extent cx="2476846" cy="3048425"/>
            <wp:effectExtent l="0" t="0" r="0" b="0"/>
            <wp:docPr id="1432755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55857" name=""/>
                    <pic:cNvPicPr/>
                  </pic:nvPicPr>
                  <pic:blipFill>
                    <a:blip r:embed="rId16"/>
                    <a:stretch>
                      <a:fillRect/>
                    </a:stretch>
                  </pic:blipFill>
                  <pic:spPr>
                    <a:xfrm>
                      <a:off x="0" y="0"/>
                      <a:ext cx="2476846" cy="3048425"/>
                    </a:xfrm>
                    <a:prstGeom prst="rect">
                      <a:avLst/>
                    </a:prstGeom>
                  </pic:spPr>
                </pic:pic>
              </a:graphicData>
            </a:graphic>
          </wp:inline>
        </w:drawing>
      </w:r>
    </w:p>
    <w:p w14:paraId="61833372" w14:textId="6DF399AF" w:rsidR="00DE2177" w:rsidRPr="00DE2177" w:rsidRDefault="00DE2177" w:rsidP="00DE2177">
      <w:pPr>
        <w:jc w:val="center"/>
        <w:rPr>
          <w:sz w:val="26"/>
          <w:szCs w:val="26"/>
        </w:rPr>
      </w:pPr>
      <w:proofErr w:type="spellStart"/>
      <w:r w:rsidRPr="00DE2177">
        <w:rPr>
          <w:rFonts w:cs="Times New Roman"/>
          <w:i/>
          <w:iCs/>
          <w:sz w:val="26"/>
          <w:szCs w:val="26"/>
        </w:rPr>
        <w:t>Hình</w:t>
      </w:r>
      <w:proofErr w:type="spellEnd"/>
      <w:r w:rsidRPr="00DE2177">
        <w:rPr>
          <w:rFonts w:cs="Times New Roman"/>
          <w:i/>
          <w:iCs/>
          <w:sz w:val="26"/>
          <w:szCs w:val="26"/>
        </w:rPr>
        <w:t xml:space="preserve"> 8. </w:t>
      </w:r>
      <w:proofErr w:type="spellStart"/>
      <w:r w:rsidRPr="00DE2177">
        <w:rPr>
          <w:rFonts w:cs="Times New Roman"/>
          <w:i/>
          <w:iCs/>
          <w:sz w:val="26"/>
          <w:szCs w:val="26"/>
        </w:rPr>
        <w:t>Chọn</w:t>
      </w:r>
      <w:proofErr w:type="spellEnd"/>
      <w:r w:rsidRPr="00DE2177">
        <w:rPr>
          <w:rFonts w:cs="Times New Roman"/>
          <w:i/>
          <w:iCs/>
          <w:sz w:val="26"/>
          <w:szCs w:val="26"/>
        </w:rPr>
        <w:t xml:space="preserve"> </w:t>
      </w:r>
      <w:proofErr w:type="spellStart"/>
      <w:r w:rsidRPr="00DE2177">
        <w:rPr>
          <w:rFonts w:cs="Times New Roman"/>
          <w:i/>
          <w:iCs/>
          <w:sz w:val="26"/>
          <w:szCs w:val="26"/>
        </w:rPr>
        <w:t>chức</w:t>
      </w:r>
      <w:proofErr w:type="spellEnd"/>
      <w:r w:rsidRPr="00DE2177">
        <w:rPr>
          <w:rFonts w:cs="Times New Roman"/>
          <w:i/>
          <w:iCs/>
          <w:sz w:val="26"/>
          <w:szCs w:val="26"/>
        </w:rPr>
        <w:t xml:space="preserve"> </w:t>
      </w:r>
      <w:proofErr w:type="spellStart"/>
      <w:r w:rsidRPr="00DE2177">
        <w:rPr>
          <w:rFonts w:cs="Times New Roman"/>
          <w:i/>
          <w:iCs/>
          <w:sz w:val="26"/>
          <w:szCs w:val="26"/>
        </w:rPr>
        <w:t>năng</w:t>
      </w:r>
      <w:proofErr w:type="spellEnd"/>
      <w:r w:rsidRPr="00DE2177">
        <w:rPr>
          <w:rFonts w:cs="Times New Roman"/>
          <w:i/>
          <w:iCs/>
          <w:sz w:val="26"/>
          <w:szCs w:val="26"/>
        </w:rPr>
        <w:t xml:space="preserve"> "</w:t>
      </w:r>
      <w:proofErr w:type="spellStart"/>
      <w:r w:rsidRPr="00DE2177">
        <w:rPr>
          <w:rFonts w:cs="Times New Roman"/>
          <w:i/>
          <w:iCs/>
          <w:sz w:val="26"/>
          <w:szCs w:val="26"/>
        </w:rPr>
        <w:t>Mở</w:t>
      </w:r>
      <w:proofErr w:type="spellEnd"/>
      <w:r w:rsidRPr="00DE2177">
        <w:rPr>
          <w:rFonts w:cs="Times New Roman"/>
          <w:i/>
          <w:iCs/>
          <w:sz w:val="26"/>
          <w:szCs w:val="26"/>
        </w:rPr>
        <w:t xml:space="preserve"> </w:t>
      </w:r>
      <w:proofErr w:type="spellStart"/>
      <w:r w:rsidRPr="00DE2177">
        <w:rPr>
          <w:rFonts w:cs="Times New Roman"/>
          <w:i/>
          <w:iCs/>
          <w:sz w:val="26"/>
          <w:szCs w:val="26"/>
        </w:rPr>
        <w:t>trình</w:t>
      </w:r>
      <w:proofErr w:type="spellEnd"/>
      <w:r w:rsidRPr="00DE2177">
        <w:rPr>
          <w:rFonts w:cs="Times New Roman"/>
          <w:i/>
          <w:iCs/>
          <w:sz w:val="26"/>
          <w:szCs w:val="26"/>
        </w:rPr>
        <w:t xml:space="preserve"> </w:t>
      </w:r>
      <w:proofErr w:type="spellStart"/>
      <w:r w:rsidRPr="00DE2177">
        <w:rPr>
          <w:rFonts w:cs="Times New Roman"/>
          <w:i/>
          <w:iCs/>
          <w:sz w:val="26"/>
          <w:szCs w:val="26"/>
        </w:rPr>
        <w:t>duyệt</w:t>
      </w:r>
      <w:proofErr w:type="spellEnd"/>
      <w:r w:rsidRPr="00DE2177">
        <w:rPr>
          <w:rFonts w:cs="Times New Roman"/>
          <w:i/>
          <w:iCs/>
          <w:sz w:val="26"/>
          <w:szCs w:val="26"/>
        </w:rPr>
        <w:t xml:space="preserve">" </w:t>
      </w:r>
      <w:proofErr w:type="spellStart"/>
      <w:r w:rsidRPr="00DE2177">
        <w:rPr>
          <w:rFonts w:cs="Times New Roman"/>
          <w:i/>
          <w:iCs/>
          <w:sz w:val="26"/>
          <w:szCs w:val="26"/>
        </w:rPr>
        <w:t>từ</w:t>
      </w:r>
      <w:proofErr w:type="spellEnd"/>
      <w:r w:rsidRPr="00DE2177">
        <w:rPr>
          <w:rFonts w:cs="Times New Roman"/>
          <w:i/>
          <w:iCs/>
          <w:sz w:val="26"/>
          <w:szCs w:val="26"/>
        </w:rPr>
        <w:t xml:space="preserve"> </w:t>
      </w:r>
      <w:proofErr w:type="spellStart"/>
      <w:r w:rsidRPr="00DE2177">
        <w:rPr>
          <w:rFonts w:cs="Times New Roman"/>
          <w:i/>
          <w:iCs/>
          <w:sz w:val="26"/>
          <w:szCs w:val="26"/>
        </w:rPr>
        <w:t>biểu</w:t>
      </w:r>
      <w:proofErr w:type="spellEnd"/>
      <w:r w:rsidRPr="00DE2177">
        <w:rPr>
          <w:rFonts w:cs="Times New Roman"/>
          <w:i/>
          <w:iCs/>
          <w:sz w:val="26"/>
          <w:szCs w:val="26"/>
        </w:rPr>
        <w:t xml:space="preserve"> </w:t>
      </w:r>
      <w:proofErr w:type="spellStart"/>
      <w:r w:rsidRPr="00DE2177">
        <w:rPr>
          <w:rFonts w:cs="Times New Roman"/>
          <w:i/>
          <w:iCs/>
          <w:sz w:val="26"/>
          <w:szCs w:val="26"/>
        </w:rPr>
        <w:t>tượng</w:t>
      </w:r>
      <w:proofErr w:type="spellEnd"/>
      <w:r w:rsidRPr="00DE2177">
        <w:rPr>
          <w:rFonts w:cs="Times New Roman"/>
          <w:i/>
          <w:iCs/>
          <w:sz w:val="26"/>
          <w:szCs w:val="26"/>
        </w:rPr>
        <w:t xml:space="preserve"> </w:t>
      </w:r>
      <w:proofErr w:type="spellStart"/>
      <w:r w:rsidRPr="00DE2177">
        <w:rPr>
          <w:rFonts w:cs="Times New Roman"/>
          <w:i/>
          <w:iCs/>
          <w:sz w:val="26"/>
          <w:szCs w:val="26"/>
        </w:rPr>
        <w:t>ứng</w:t>
      </w:r>
      <w:proofErr w:type="spellEnd"/>
      <w:r w:rsidRPr="00DE2177">
        <w:rPr>
          <w:rFonts w:cs="Times New Roman"/>
          <w:i/>
          <w:iCs/>
          <w:sz w:val="26"/>
          <w:szCs w:val="26"/>
        </w:rPr>
        <w:t xml:space="preserve"> </w:t>
      </w:r>
      <w:proofErr w:type="spellStart"/>
      <w:r w:rsidRPr="00DE2177">
        <w:rPr>
          <w:rFonts w:cs="Times New Roman"/>
          <w:i/>
          <w:iCs/>
          <w:sz w:val="26"/>
          <w:szCs w:val="26"/>
        </w:rPr>
        <w:t>dụng</w:t>
      </w:r>
      <w:proofErr w:type="spellEnd"/>
    </w:p>
    <w:p w14:paraId="613350BF" w14:textId="1DA9D4D4" w:rsidR="007F2621" w:rsidRPr="00DE2177" w:rsidRDefault="00DE2177" w:rsidP="00DE2177">
      <w:pPr>
        <w:rPr>
          <w:b/>
          <w:bCs/>
          <w:sz w:val="26"/>
          <w:szCs w:val="26"/>
        </w:rPr>
      </w:pPr>
      <w:proofErr w:type="spellStart"/>
      <w:r>
        <w:rPr>
          <w:sz w:val="26"/>
          <w:szCs w:val="26"/>
        </w:rPr>
        <w:t>Ứng</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sẽ</w:t>
      </w:r>
      <w:proofErr w:type="spellEnd"/>
      <w:r>
        <w:rPr>
          <w:sz w:val="26"/>
          <w:szCs w:val="26"/>
        </w:rPr>
        <w:t xml:space="preserve"> </w:t>
      </w:r>
      <w:proofErr w:type="spellStart"/>
      <w:r>
        <w:rPr>
          <w:sz w:val="26"/>
          <w:szCs w:val="26"/>
        </w:rPr>
        <w:t>tự</w:t>
      </w:r>
      <w:proofErr w:type="spellEnd"/>
      <w:r>
        <w:rPr>
          <w:sz w:val="26"/>
          <w:szCs w:val="26"/>
        </w:rPr>
        <w:t xml:space="preserve"> </w:t>
      </w:r>
      <w:proofErr w:type="spellStart"/>
      <w:r>
        <w:rPr>
          <w:sz w:val="26"/>
          <w:szCs w:val="26"/>
        </w:rPr>
        <w:t>động</w:t>
      </w:r>
      <w:proofErr w:type="spellEnd"/>
      <w:r>
        <w:rPr>
          <w:sz w:val="26"/>
          <w:szCs w:val="26"/>
        </w:rPr>
        <w:t xml:space="preserve"> </w:t>
      </w:r>
      <w:proofErr w:type="spellStart"/>
      <w:r w:rsidR="007F2621" w:rsidRPr="00DE2177">
        <w:rPr>
          <w:sz w:val="26"/>
          <w:szCs w:val="26"/>
        </w:rPr>
        <w:t>mở</w:t>
      </w:r>
      <w:proofErr w:type="spellEnd"/>
      <w:r w:rsidR="007F2621" w:rsidRPr="00DE2177">
        <w:rPr>
          <w:sz w:val="26"/>
          <w:szCs w:val="26"/>
        </w:rPr>
        <w:t xml:space="preserve"> </w:t>
      </w:r>
      <w:proofErr w:type="spellStart"/>
      <w:r w:rsidR="007F2621" w:rsidRPr="00DE2177">
        <w:rPr>
          <w:sz w:val="26"/>
          <w:szCs w:val="26"/>
        </w:rPr>
        <w:t>trình</w:t>
      </w:r>
      <w:proofErr w:type="spellEnd"/>
      <w:r w:rsidR="007F2621" w:rsidRPr="00DE2177">
        <w:rPr>
          <w:sz w:val="26"/>
          <w:szCs w:val="26"/>
        </w:rPr>
        <w:t xml:space="preserve"> </w:t>
      </w:r>
      <w:proofErr w:type="spellStart"/>
      <w:r w:rsidR="007F2621" w:rsidRPr="00DE2177">
        <w:rPr>
          <w:sz w:val="26"/>
          <w:szCs w:val="26"/>
        </w:rPr>
        <w:t>duyệt</w:t>
      </w:r>
      <w:proofErr w:type="spellEnd"/>
      <w:r w:rsidR="007F2621" w:rsidRPr="00DE2177">
        <w:rPr>
          <w:sz w:val="26"/>
          <w:szCs w:val="26"/>
        </w:rPr>
        <w:t xml:space="preserve"> </w:t>
      </w:r>
      <w:proofErr w:type="spellStart"/>
      <w:r w:rsidR="007F2621" w:rsidRPr="00DE2177">
        <w:rPr>
          <w:sz w:val="26"/>
          <w:szCs w:val="26"/>
        </w:rPr>
        <w:t>trên</w:t>
      </w:r>
      <w:proofErr w:type="spellEnd"/>
      <w:r w:rsidR="007F2621" w:rsidRPr="00DE2177">
        <w:rPr>
          <w:sz w:val="26"/>
          <w:szCs w:val="26"/>
        </w:rPr>
        <w:t xml:space="preserve"> </w:t>
      </w:r>
      <w:proofErr w:type="spellStart"/>
      <w:r w:rsidR="007F2621" w:rsidRPr="00DE2177">
        <w:rPr>
          <w:sz w:val="26"/>
          <w:szCs w:val="26"/>
        </w:rPr>
        <w:t>máy</w:t>
      </w:r>
      <w:proofErr w:type="spellEnd"/>
      <w:r w:rsidR="007F2621" w:rsidRPr="00DE2177">
        <w:rPr>
          <w:sz w:val="26"/>
          <w:szCs w:val="26"/>
        </w:rPr>
        <w:t xml:space="preserve"> </w:t>
      </w:r>
      <w:proofErr w:type="spellStart"/>
      <w:r w:rsidR="007F2621" w:rsidRPr="00DE2177">
        <w:rPr>
          <w:sz w:val="26"/>
          <w:szCs w:val="26"/>
        </w:rPr>
        <w:t>người</w:t>
      </w:r>
      <w:proofErr w:type="spellEnd"/>
      <w:r w:rsidR="007F2621" w:rsidRPr="00DE2177">
        <w:rPr>
          <w:sz w:val="26"/>
          <w:szCs w:val="26"/>
        </w:rPr>
        <w:t xml:space="preserve"> </w:t>
      </w:r>
      <w:proofErr w:type="spellStart"/>
      <w:r w:rsidR="007F2621" w:rsidRPr="00DE2177">
        <w:rPr>
          <w:sz w:val="26"/>
          <w:szCs w:val="26"/>
        </w:rPr>
        <w:t>dùng</w:t>
      </w:r>
      <w:proofErr w:type="spellEnd"/>
      <w:r w:rsidR="007F2621" w:rsidRPr="00DE2177">
        <w:rPr>
          <w:sz w:val="26"/>
          <w:szCs w:val="26"/>
        </w:rPr>
        <w:t xml:space="preserve"> </w:t>
      </w:r>
      <w:proofErr w:type="spellStart"/>
      <w:r w:rsidR="007F2621" w:rsidRPr="00DE2177">
        <w:rPr>
          <w:sz w:val="26"/>
          <w:szCs w:val="26"/>
        </w:rPr>
        <w:t>và</w:t>
      </w:r>
      <w:proofErr w:type="spellEnd"/>
      <w:r w:rsidR="007F2621" w:rsidRPr="00DE2177">
        <w:rPr>
          <w:sz w:val="26"/>
          <w:szCs w:val="26"/>
        </w:rPr>
        <w:t xml:space="preserve"> </w:t>
      </w:r>
      <w:proofErr w:type="spellStart"/>
      <w:r w:rsidR="007F2621" w:rsidRPr="00DE2177">
        <w:rPr>
          <w:sz w:val="26"/>
          <w:szCs w:val="26"/>
        </w:rPr>
        <w:t>kiểm</w:t>
      </w:r>
      <w:proofErr w:type="spellEnd"/>
      <w:r w:rsidR="007F2621" w:rsidRPr="00DE2177">
        <w:rPr>
          <w:sz w:val="26"/>
          <w:szCs w:val="26"/>
        </w:rPr>
        <w:t xml:space="preserve"> </w:t>
      </w:r>
      <w:proofErr w:type="spellStart"/>
      <w:r w:rsidR="007F2621" w:rsidRPr="00DE2177">
        <w:rPr>
          <w:sz w:val="26"/>
          <w:szCs w:val="26"/>
        </w:rPr>
        <w:t>tra</w:t>
      </w:r>
      <w:proofErr w:type="spellEnd"/>
      <w:r w:rsidR="007F2621" w:rsidRPr="00DE2177">
        <w:rPr>
          <w:sz w:val="26"/>
          <w:szCs w:val="26"/>
        </w:rPr>
        <w:t xml:space="preserve"> </w:t>
      </w:r>
      <w:proofErr w:type="spellStart"/>
      <w:r w:rsidR="007F2621" w:rsidRPr="00DE2177">
        <w:rPr>
          <w:sz w:val="26"/>
          <w:szCs w:val="26"/>
        </w:rPr>
        <w:t>một</w:t>
      </w:r>
      <w:proofErr w:type="spellEnd"/>
      <w:r w:rsidR="007F2621" w:rsidRPr="00DE2177">
        <w:rPr>
          <w:sz w:val="26"/>
          <w:szCs w:val="26"/>
        </w:rPr>
        <w:t xml:space="preserve"> </w:t>
      </w:r>
      <w:proofErr w:type="spellStart"/>
      <w:r w:rsidR="007F2621" w:rsidRPr="00DE2177">
        <w:rPr>
          <w:sz w:val="26"/>
          <w:szCs w:val="26"/>
        </w:rPr>
        <w:t>trong</w:t>
      </w:r>
      <w:proofErr w:type="spellEnd"/>
      <w:r w:rsidR="007F2621" w:rsidRPr="00DE2177">
        <w:rPr>
          <w:sz w:val="26"/>
          <w:szCs w:val="26"/>
        </w:rPr>
        <w:t xml:space="preserve"> </w:t>
      </w:r>
      <w:proofErr w:type="spellStart"/>
      <w:r w:rsidR="007F2621" w:rsidRPr="00DE2177">
        <w:rPr>
          <w:sz w:val="26"/>
          <w:szCs w:val="26"/>
        </w:rPr>
        <w:t>các</w:t>
      </w:r>
      <w:proofErr w:type="spellEnd"/>
      <w:r w:rsidR="007F2621" w:rsidRPr="00DE2177">
        <w:rPr>
          <w:sz w:val="26"/>
          <w:szCs w:val="26"/>
        </w:rPr>
        <w:t xml:space="preserve"> </w:t>
      </w:r>
      <w:proofErr w:type="spellStart"/>
      <w:r w:rsidR="007F2621" w:rsidRPr="00DE2177">
        <w:rPr>
          <w:sz w:val="26"/>
          <w:szCs w:val="26"/>
        </w:rPr>
        <w:t>địa</w:t>
      </w:r>
      <w:proofErr w:type="spellEnd"/>
      <w:r w:rsidR="007F2621" w:rsidRPr="00DE2177">
        <w:rPr>
          <w:sz w:val="26"/>
          <w:szCs w:val="26"/>
        </w:rPr>
        <w:t xml:space="preserve"> </w:t>
      </w:r>
      <w:proofErr w:type="spellStart"/>
      <w:r w:rsidR="007F2621" w:rsidRPr="00DE2177">
        <w:rPr>
          <w:sz w:val="26"/>
          <w:szCs w:val="26"/>
        </w:rPr>
        <w:t>chỉ</w:t>
      </w:r>
      <w:proofErr w:type="spellEnd"/>
      <w:r w:rsidR="007F2621" w:rsidRPr="00DE2177">
        <w:rPr>
          <w:sz w:val="26"/>
          <w:szCs w:val="26"/>
        </w:rPr>
        <w:t xml:space="preserve"> </w:t>
      </w:r>
      <w:proofErr w:type="spellStart"/>
      <w:r w:rsidR="007F2621" w:rsidRPr="00DE2177">
        <w:rPr>
          <w:sz w:val="26"/>
          <w:szCs w:val="26"/>
        </w:rPr>
        <w:t>sau</w:t>
      </w:r>
      <w:proofErr w:type="spellEnd"/>
      <w:r w:rsidR="007F2621" w:rsidRPr="00DE2177">
        <w:rPr>
          <w:sz w:val="26"/>
          <w:szCs w:val="26"/>
        </w:rPr>
        <w:t>:</w:t>
      </w:r>
    </w:p>
    <w:p w14:paraId="08ADA328" w14:textId="77777777" w:rsidR="007F2621" w:rsidRPr="000C37B8" w:rsidRDefault="007F2621" w:rsidP="007F2621">
      <w:pPr>
        <w:pStyle w:val="ListParagraph"/>
        <w:numPr>
          <w:ilvl w:val="0"/>
          <w:numId w:val="12"/>
        </w:numPr>
        <w:rPr>
          <w:rFonts w:cs="Times New Roman"/>
          <w:sz w:val="26"/>
          <w:szCs w:val="26"/>
        </w:rPr>
      </w:pPr>
      <w:r w:rsidRPr="000C37B8">
        <w:rPr>
          <w:rFonts w:cs="Times New Roman"/>
          <w:sz w:val="26"/>
          <w:szCs w:val="26"/>
        </w:rPr>
        <w:t>http://localhost:61505/swagger</w:t>
      </w:r>
    </w:p>
    <w:p w14:paraId="0858DB00" w14:textId="3285CFD1" w:rsidR="007F2621" w:rsidRPr="00DF74DE" w:rsidRDefault="00DF74DE" w:rsidP="00DF74DE">
      <w:pPr>
        <w:pStyle w:val="ListParagraph"/>
        <w:numPr>
          <w:ilvl w:val="0"/>
          <w:numId w:val="12"/>
        </w:numPr>
        <w:rPr>
          <w:rFonts w:cs="Times New Roman"/>
          <w:sz w:val="26"/>
          <w:szCs w:val="26"/>
        </w:rPr>
      </w:pPr>
      <w:hyperlink r:id="rId17" w:history="1">
        <w:r w:rsidRPr="00DF74DE">
          <w:rPr>
            <w:rStyle w:val="Hyperlink"/>
            <w:rFonts w:cs="Times New Roman"/>
            <w:sz w:val="26"/>
            <w:szCs w:val="26"/>
          </w:rPr>
          <w:t>https://localhost:61505/swagger</w:t>
        </w:r>
      </w:hyperlink>
    </w:p>
    <w:p w14:paraId="64CB1EE1" w14:textId="77777777" w:rsidR="00DF74DE" w:rsidRDefault="00DF74DE" w:rsidP="00DF74DE">
      <w:pPr>
        <w:pStyle w:val="ListParagraph"/>
        <w:rPr>
          <w:rFonts w:cs="Times New Roman"/>
          <w:sz w:val="26"/>
          <w:szCs w:val="26"/>
        </w:rPr>
      </w:pPr>
    </w:p>
    <w:p w14:paraId="0DCB4F3B" w14:textId="3D98A2C4" w:rsidR="00DF74DE" w:rsidRDefault="00DF74DE" w:rsidP="00DF74DE">
      <w:pPr>
        <w:pStyle w:val="ListParagraph"/>
        <w:ind w:left="0"/>
        <w:rPr>
          <w:rFonts w:cs="Times New Roman"/>
          <w:sz w:val="26"/>
          <w:szCs w:val="26"/>
        </w:rPr>
      </w:pPr>
      <w:r w:rsidRPr="00DF74DE">
        <w:rPr>
          <w:rFonts w:cs="Times New Roman"/>
          <w:noProof/>
          <w:sz w:val="26"/>
          <w:szCs w:val="26"/>
        </w:rPr>
        <w:drawing>
          <wp:inline distT="0" distB="0" distL="0" distR="0" wp14:anchorId="23A9209B" wp14:editId="6DC6AFB5">
            <wp:extent cx="6152515" cy="2430145"/>
            <wp:effectExtent l="0" t="0" r="635" b="8255"/>
            <wp:docPr id="1056385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85828" name=""/>
                    <pic:cNvPicPr/>
                  </pic:nvPicPr>
                  <pic:blipFill>
                    <a:blip r:embed="rId18"/>
                    <a:stretch>
                      <a:fillRect/>
                    </a:stretch>
                  </pic:blipFill>
                  <pic:spPr>
                    <a:xfrm>
                      <a:off x="0" y="0"/>
                      <a:ext cx="6152515" cy="2430145"/>
                    </a:xfrm>
                    <a:prstGeom prst="rect">
                      <a:avLst/>
                    </a:prstGeom>
                  </pic:spPr>
                </pic:pic>
              </a:graphicData>
            </a:graphic>
          </wp:inline>
        </w:drawing>
      </w:r>
    </w:p>
    <w:p w14:paraId="53B26CC3" w14:textId="6062378F" w:rsidR="00DF74DE" w:rsidRPr="00B118C9" w:rsidRDefault="00DF74DE" w:rsidP="00DF74DE">
      <w:pPr>
        <w:jc w:val="center"/>
        <w:rPr>
          <w:sz w:val="26"/>
          <w:szCs w:val="26"/>
        </w:rPr>
      </w:pPr>
      <w:proofErr w:type="spellStart"/>
      <w:r w:rsidRPr="00B118C9">
        <w:rPr>
          <w:i/>
          <w:sz w:val="26"/>
          <w:szCs w:val="26"/>
        </w:rPr>
        <w:t>Hình</w:t>
      </w:r>
      <w:proofErr w:type="spellEnd"/>
      <w:r w:rsidRPr="00B118C9">
        <w:rPr>
          <w:i/>
          <w:sz w:val="26"/>
          <w:szCs w:val="26"/>
        </w:rPr>
        <w:t xml:space="preserve"> </w:t>
      </w:r>
      <w:r w:rsidR="00B118C9" w:rsidRPr="00B118C9">
        <w:rPr>
          <w:i/>
          <w:sz w:val="26"/>
          <w:szCs w:val="26"/>
        </w:rPr>
        <w:t>9</w:t>
      </w:r>
      <w:r w:rsidRPr="00B118C9">
        <w:rPr>
          <w:i/>
          <w:sz w:val="26"/>
          <w:szCs w:val="26"/>
        </w:rPr>
        <w:t xml:space="preserve">. </w:t>
      </w:r>
      <w:proofErr w:type="spellStart"/>
      <w:r w:rsidR="00B118C9" w:rsidRPr="00B118C9">
        <w:rPr>
          <w:i/>
          <w:sz w:val="26"/>
          <w:szCs w:val="26"/>
        </w:rPr>
        <w:t>Kiểm</w:t>
      </w:r>
      <w:proofErr w:type="spellEnd"/>
      <w:r w:rsidR="00B118C9" w:rsidRPr="00B118C9">
        <w:rPr>
          <w:i/>
          <w:sz w:val="26"/>
          <w:szCs w:val="26"/>
        </w:rPr>
        <w:t xml:space="preserve"> </w:t>
      </w:r>
      <w:proofErr w:type="spellStart"/>
      <w:r w:rsidR="00B118C9" w:rsidRPr="00B118C9">
        <w:rPr>
          <w:i/>
          <w:sz w:val="26"/>
          <w:szCs w:val="26"/>
        </w:rPr>
        <w:t>tra</w:t>
      </w:r>
      <w:proofErr w:type="spellEnd"/>
      <w:r w:rsidR="00B118C9" w:rsidRPr="00B118C9">
        <w:rPr>
          <w:i/>
          <w:sz w:val="26"/>
          <w:szCs w:val="26"/>
        </w:rPr>
        <w:t xml:space="preserve"> </w:t>
      </w:r>
      <w:proofErr w:type="spellStart"/>
      <w:r w:rsidR="00B118C9" w:rsidRPr="00B118C9">
        <w:rPr>
          <w:i/>
          <w:sz w:val="26"/>
          <w:szCs w:val="26"/>
        </w:rPr>
        <w:t>tính</w:t>
      </w:r>
      <w:proofErr w:type="spellEnd"/>
      <w:r w:rsidR="00B118C9" w:rsidRPr="00B118C9">
        <w:rPr>
          <w:i/>
          <w:sz w:val="26"/>
          <w:szCs w:val="26"/>
        </w:rPr>
        <w:t xml:space="preserve"> </w:t>
      </w:r>
      <w:proofErr w:type="spellStart"/>
      <w:r w:rsidR="00B118C9" w:rsidRPr="00B118C9">
        <w:rPr>
          <w:i/>
          <w:sz w:val="26"/>
          <w:szCs w:val="26"/>
        </w:rPr>
        <w:t>sẵn</w:t>
      </w:r>
      <w:proofErr w:type="spellEnd"/>
      <w:r w:rsidR="00B118C9" w:rsidRPr="00B118C9">
        <w:rPr>
          <w:i/>
          <w:sz w:val="26"/>
          <w:szCs w:val="26"/>
        </w:rPr>
        <w:t xml:space="preserve"> </w:t>
      </w:r>
      <w:proofErr w:type="spellStart"/>
      <w:r w:rsidR="00B118C9" w:rsidRPr="00B118C9">
        <w:rPr>
          <w:i/>
          <w:sz w:val="26"/>
          <w:szCs w:val="26"/>
        </w:rPr>
        <w:t>sàng</w:t>
      </w:r>
      <w:proofErr w:type="spellEnd"/>
      <w:r w:rsidR="00B118C9" w:rsidRPr="00B118C9">
        <w:rPr>
          <w:i/>
          <w:sz w:val="26"/>
          <w:szCs w:val="26"/>
        </w:rPr>
        <w:t xml:space="preserve"> </w:t>
      </w:r>
      <w:proofErr w:type="spellStart"/>
      <w:r w:rsidR="00B118C9" w:rsidRPr="00B118C9">
        <w:rPr>
          <w:i/>
          <w:sz w:val="26"/>
          <w:szCs w:val="26"/>
        </w:rPr>
        <w:t>của</w:t>
      </w:r>
      <w:proofErr w:type="spellEnd"/>
      <w:r w:rsidR="00B118C9" w:rsidRPr="00B118C9">
        <w:rPr>
          <w:i/>
          <w:sz w:val="26"/>
          <w:szCs w:val="26"/>
        </w:rPr>
        <w:t xml:space="preserve"> API</w:t>
      </w:r>
      <w:r w:rsidRPr="00B118C9">
        <w:rPr>
          <w:i/>
          <w:sz w:val="26"/>
          <w:szCs w:val="26"/>
        </w:rPr>
        <w:t xml:space="preserve"> </w:t>
      </w:r>
      <w:proofErr w:type="spellStart"/>
      <w:r w:rsidRPr="00B118C9">
        <w:rPr>
          <w:i/>
          <w:sz w:val="26"/>
          <w:szCs w:val="26"/>
        </w:rPr>
        <w:t>trên</w:t>
      </w:r>
      <w:proofErr w:type="spellEnd"/>
      <w:r w:rsidRPr="00B118C9">
        <w:rPr>
          <w:i/>
          <w:sz w:val="26"/>
          <w:szCs w:val="26"/>
        </w:rPr>
        <w:t xml:space="preserve"> Swagger</w:t>
      </w:r>
    </w:p>
    <w:p w14:paraId="2DE20A50" w14:textId="77777777" w:rsidR="00DF74DE" w:rsidRPr="000C37B8" w:rsidRDefault="00DF74DE" w:rsidP="00DF74DE">
      <w:pPr>
        <w:pStyle w:val="ListParagraph"/>
        <w:ind w:left="0"/>
        <w:rPr>
          <w:rFonts w:cs="Times New Roman"/>
          <w:sz w:val="26"/>
          <w:szCs w:val="26"/>
        </w:rPr>
      </w:pPr>
    </w:p>
    <w:p w14:paraId="06A111B1" w14:textId="3B18F35A" w:rsidR="007D4A4A" w:rsidRDefault="007F2621">
      <w:pPr>
        <w:rPr>
          <w:rFonts w:cs="Times New Roman"/>
          <w:sz w:val="26"/>
          <w:szCs w:val="26"/>
        </w:rPr>
      </w:pPr>
      <w:proofErr w:type="spellStart"/>
      <w:r w:rsidRPr="000C37B8">
        <w:rPr>
          <w:rFonts w:cs="Times New Roman"/>
          <w:sz w:val="26"/>
          <w:szCs w:val="26"/>
        </w:rPr>
        <w:t>Nếu</w:t>
      </w:r>
      <w:proofErr w:type="spellEnd"/>
      <w:r w:rsidRPr="000C37B8">
        <w:rPr>
          <w:rFonts w:cs="Times New Roman"/>
          <w:sz w:val="26"/>
          <w:szCs w:val="26"/>
        </w:rPr>
        <w:t xml:space="preserve"> </w:t>
      </w:r>
      <w:proofErr w:type="spellStart"/>
      <w:r w:rsidRPr="000C37B8">
        <w:rPr>
          <w:rFonts w:cs="Times New Roman"/>
          <w:sz w:val="26"/>
          <w:szCs w:val="26"/>
        </w:rPr>
        <w:t>màn</w:t>
      </w:r>
      <w:proofErr w:type="spellEnd"/>
      <w:r w:rsidRPr="000C37B8">
        <w:rPr>
          <w:rFonts w:cs="Times New Roman"/>
          <w:sz w:val="26"/>
          <w:szCs w:val="26"/>
        </w:rPr>
        <w:t xml:space="preserve"> </w:t>
      </w:r>
      <w:proofErr w:type="spellStart"/>
      <w:r w:rsidRPr="000C37B8">
        <w:rPr>
          <w:rFonts w:cs="Times New Roman"/>
          <w:sz w:val="26"/>
          <w:szCs w:val="26"/>
        </w:rPr>
        <w:t>hình</w:t>
      </w:r>
      <w:proofErr w:type="spellEnd"/>
      <w:r w:rsidRPr="000C37B8">
        <w:rPr>
          <w:rFonts w:cs="Times New Roman"/>
          <w:sz w:val="26"/>
          <w:szCs w:val="26"/>
        </w:rPr>
        <w:t xml:space="preserve"> Swagger </w:t>
      </w:r>
      <w:proofErr w:type="spellStart"/>
      <w:r w:rsidRPr="000C37B8">
        <w:rPr>
          <w:rFonts w:cs="Times New Roman"/>
          <w:sz w:val="26"/>
          <w:szCs w:val="26"/>
        </w:rPr>
        <w:t>hiển</w:t>
      </w:r>
      <w:proofErr w:type="spellEnd"/>
      <w:r w:rsidRPr="000C37B8">
        <w:rPr>
          <w:rFonts w:cs="Times New Roman"/>
          <w:sz w:val="26"/>
          <w:szCs w:val="26"/>
        </w:rPr>
        <w:t xml:space="preserve"> </w:t>
      </w:r>
      <w:proofErr w:type="spellStart"/>
      <w:r w:rsidRPr="000C37B8">
        <w:rPr>
          <w:rFonts w:cs="Times New Roman"/>
          <w:sz w:val="26"/>
          <w:szCs w:val="26"/>
        </w:rPr>
        <w:t>thị</w:t>
      </w:r>
      <w:proofErr w:type="spellEnd"/>
      <w:r w:rsidRPr="000C37B8">
        <w:rPr>
          <w:rFonts w:cs="Times New Roman"/>
          <w:sz w:val="26"/>
          <w:szCs w:val="26"/>
        </w:rPr>
        <w:t xml:space="preserve"> </w:t>
      </w:r>
      <w:proofErr w:type="spellStart"/>
      <w:r w:rsidRPr="000C37B8">
        <w:rPr>
          <w:rFonts w:cs="Times New Roman"/>
          <w:sz w:val="26"/>
          <w:szCs w:val="26"/>
        </w:rPr>
        <w:t>danh</w:t>
      </w:r>
      <w:proofErr w:type="spellEnd"/>
      <w:r w:rsidRPr="000C37B8">
        <w:rPr>
          <w:rFonts w:cs="Times New Roman"/>
          <w:sz w:val="26"/>
          <w:szCs w:val="26"/>
        </w:rPr>
        <w:t xml:space="preserve"> </w:t>
      </w:r>
      <w:proofErr w:type="spellStart"/>
      <w:r w:rsidRPr="000C37B8">
        <w:rPr>
          <w:rFonts w:cs="Times New Roman"/>
          <w:sz w:val="26"/>
          <w:szCs w:val="26"/>
        </w:rPr>
        <w:t>sách</w:t>
      </w:r>
      <w:proofErr w:type="spellEnd"/>
      <w:r w:rsidRPr="000C37B8">
        <w:rPr>
          <w:rFonts w:cs="Times New Roman"/>
          <w:sz w:val="26"/>
          <w:szCs w:val="26"/>
        </w:rPr>
        <w:t xml:space="preserve"> API, </w:t>
      </w:r>
      <w:proofErr w:type="spellStart"/>
      <w:r w:rsidRPr="000C37B8">
        <w:rPr>
          <w:rFonts w:cs="Times New Roman"/>
          <w:sz w:val="26"/>
          <w:szCs w:val="26"/>
        </w:rPr>
        <w:t>ứng</w:t>
      </w:r>
      <w:proofErr w:type="spellEnd"/>
      <w:r w:rsidRPr="000C37B8">
        <w:rPr>
          <w:rFonts w:cs="Times New Roman"/>
          <w:sz w:val="26"/>
          <w:szCs w:val="26"/>
        </w:rPr>
        <w:t xml:space="preserve"> </w:t>
      </w:r>
      <w:proofErr w:type="spellStart"/>
      <w:r w:rsidRPr="000C37B8">
        <w:rPr>
          <w:rFonts w:cs="Times New Roman"/>
          <w:sz w:val="26"/>
          <w:szCs w:val="26"/>
        </w:rPr>
        <w:t>dụng</w:t>
      </w:r>
      <w:proofErr w:type="spellEnd"/>
      <w:r w:rsidRPr="000C37B8">
        <w:rPr>
          <w:rFonts w:cs="Times New Roman"/>
          <w:sz w:val="26"/>
          <w:szCs w:val="26"/>
        </w:rPr>
        <w:t xml:space="preserve"> </w:t>
      </w:r>
      <w:proofErr w:type="spellStart"/>
      <w:r w:rsidRPr="000C37B8">
        <w:rPr>
          <w:rFonts w:cs="Times New Roman"/>
          <w:sz w:val="26"/>
          <w:szCs w:val="26"/>
        </w:rPr>
        <w:t>nền</w:t>
      </w:r>
      <w:proofErr w:type="spellEnd"/>
      <w:r w:rsidRPr="000C37B8">
        <w:rPr>
          <w:rFonts w:cs="Times New Roman"/>
          <w:sz w:val="26"/>
          <w:szCs w:val="26"/>
        </w:rPr>
        <w:t xml:space="preserve"> </w:t>
      </w:r>
      <w:proofErr w:type="spellStart"/>
      <w:r w:rsidRPr="000C37B8">
        <w:rPr>
          <w:rFonts w:cs="Times New Roman"/>
          <w:sz w:val="26"/>
          <w:szCs w:val="26"/>
        </w:rPr>
        <w:t>đã</w:t>
      </w:r>
      <w:proofErr w:type="spellEnd"/>
      <w:r w:rsidRPr="000C37B8">
        <w:rPr>
          <w:rFonts w:cs="Times New Roman"/>
          <w:sz w:val="26"/>
          <w:szCs w:val="26"/>
        </w:rPr>
        <w:t xml:space="preserve"> </w:t>
      </w:r>
      <w:proofErr w:type="spellStart"/>
      <w:r w:rsidRPr="000C37B8">
        <w:rPr>
          <w:rFonts w:cs="Times New Roman"/>
          <w:sz w:val="26"/>
          <w:szCs w:val="26"/>
        </w:rPr>
        <w:t>khởi</w:t>
      </w:r>
      <w:proofErr w:type="spellEnd"/>
      <w:r w:rsidRPr="000C37B8">
        <w:rPr>
          <w:rFonts w:cs="Times New Roman"/>
          <w:sz w:val="26"/>
          <w:szCs w:val="26"/>
        </w:rPr>
        <w:t xml:space="preserve"> </w:t>
      </w:r>
      <w:proofErr w:type="spellStart"/>
      <w:r w:rsidRPr="000C37B8">
        <w:rPr>
          <w:rFonts w:cs="Times New Roman"/>
          <w:sz w:val="26"/>
          <w:szCs w:val="26"/>
        </w:rPr>
        <w:t>động</w:t>
      </w:r>
      <w:proofErr w:type="spellEnd"/>
      <w:r w:rsidRPr="000C37B8">
        <w:rPr>
          <w:rFonts w:cs="Times New Roman"/>
          <w:sz w:val="26"/>
          <w:szCs w:val="26"/>
        </w:rPr>
        <w:t xml:space="preserve"> </w:t>
      </w:r>
      <w:proofErr w:type="spellStart"/>
      <w:r w:rsidRPr="000C37B8">
        <w:rPr>
          <w:rFonts w:cs="Times New Roman"/>
          <w:sz w:val="26"/>
          <w:szCs w:val="26"/>
        </w:rPr>
        <w:t>thành</w:t>
      </w:r>
      <w:proofErr w:type="spellEnd"/>
      <w:r w:rsidRPr="000C37B8">
        <w:rPr>
          <w:rFonts w:cs="Times New Roman"/>
          <w:sz w:val="26"/>
          <w:szCs w:val="26"/>
        </w:rPr>
        <w:t xml:space="preserve"> </w:t>
      </w:r>
      <w:proofErr w:type="spellStart"/>
      <w:r w:rsidRPr="000C37B8">
        <w:rPr>
          <w:rFonts w:cs="Times New Roman"/>
          <w:sz w:val="26"/>
          <w:szCs w:val="26"/>
        </w:rPr>
        <w:t>công</w:t>
      </w:r>
      <w:proofErr w:type="spellEnd"/>
      <w:r w:rsidRPr="000C37B8">
        <w:rPr>
          <w:rFonts w:cs="Times New Roman"/>
          <w:sz w:val="26"/>
          <w:szCs w:val="26"/>
        </w:rPr>
        <w:t xml:space="preserve">. </w:t>
      </w:r>
      <w:proofErr w:type="spellStart"/>
      <w:r w:rsidRPr="000C37B8">
        <w:rPr>
          <w:rFonts w:cs="Times New Roman"/>
          <w:sz w:val="26"/>
          <w:szCs w:val="26"/>
        </w:rPr>
        <w:t>Nếu</w:t>
      </w:r>
      <w:proofErr w:type="spellEnd"/>
      <w:r w:rsidRPr="000C37B8">
        <w:rPr>
          <w:rFonts w:cs="Times New Roman"/>
          <w:sz w:val="26"/>
          <w:szCs w:val="26"/>
        </w:rPr>
        <w:t xml:space="preserve"> </w:t>
      </w:r>
      <w:proofErr w:type="spellStart"/>
      <w:r w:rsidRPr="000C37B8">
        <w:rPr>
          <w:rFonts w:cs="Times New Roman"/>
          <w:sz w:val="26"/>
          <w:szCs w:val="26"/>
        </w:rPr>
        <w:t>không</w:t>
      </w:r>
      <w:proofErr w:type="spellEnd"/>
      <w:r w:rsidRPr="000C37B8">
        <w:rPr>
          <w:rFonts w:cs="Times New Roman"/>
          <w:sz w:val="26"/>
          <w:szCs w:val="26"/>
        </w:rPr>
        <w:t xml:space="preserve"> </w:t>
      </w:r>
      <w:proofErr w:type="spellStart"/>
      <w:r w:rsidRPr="000C37B8">
        <w:rPr>
          <w:rFonts w:cs="Times New Roman"/>
          <w:sz w:val="26"/>
          <w:szCs w:val="26"/>
        </w:rPr>
        <w:t>truy</w:t>
      </w:r>
      <w:proofErr w:type="spellEnd"/>
      <w:r w:rsidRPr="000C37B8">
        <w:rPr>
          <w:rFonts w:cs="Times New Roman"/>
          <w:sz w:val="26"/>
          <w:szCs w:val="26"/>
        </w:rPr>
        <w:t xml:space="preserve"> </w:t>
      </w:r>
      <w:proofErr w:type="spellStart"/>
      <w:r w:rsidRPr="000C37B8">
        <w:rPr>
          <w:rFonts w:cs="Times New Roman"/>
          <w:sz w:val="26"/>
          <w:szCs w:val="26"/>
        </w:rPr>
        <w:t>cập</w:t>
      </w:r>
      <w:proofErr w:type="spellEnd"/>
      <w:r w:rsidRPr="000C37B8">
        <w:rPr>
          <w:rFonts w:cs="Times New Roman"/>
          <w:sz w:val="26"/>
          <w:szCs w:val="26"/>
        </w:rPr>
        <w:t xml:space="preserve"> </w:t>
      </w:r>
      <w:proofErr w:type="spellStart"/>
      <w:r w:rsidRPr="000C37B8">
        <w:rPr>
          <w:rFonts w:cs="Times New Roman"/>
          <w:sz w:val="26"/>
          <w:szCs w:val="26"/>
        </w:rPr>
        <w:t>được</w:t>
      </w:r>
      <w:proofErr w:type="spellEnd"/>
      <w:r w:rsidRPr="000C37B8">
        <w:rPr>
          <w:rFonts w:cs="Times New Roman"/>
          <w:sz w:val="26"/>
          <w:szCs w:val="26"/>
        </w:rPr>
        <w:t xml:space="preserve">, </w:t>
      </w:r>
      <w:proofErr w:type="spellStart"/>
      <w:r w:rsidRPr="000C37B8">
        <w:rPr>
          <w:rFonts w:cs="Times New Roman"/>
          <w:sz w:val="26"/>
          <w:szCs w:val="26"/>
        </w:rPr>
        <w:t>cần</w:t>
      </w:r>
      <w:proofErr w:type="spellEnd"/>
      <w:r w:rsidRPr="000C37B8">
        <w:rPr>
          <w:rFonts w:cs="Times New Roman"/>
          <w:sz w:val="26"/>
          <w:szCs w:val="26"/>
        </w:rPr>
        <w:t xml:space="preserve"> </w:t>
      </w:r>
      <w:proofErr w:type="spellStart"/>
      <w:r w:rsidRPr="000C37B8">
        <w:rPr>
          <w:rFonts w:cs="Times New Roman"/>
          <w:sz w:val="26"/>
          <w:szCs w:val="26"/>
        </w:rPr>
        <w:t>kiểm</w:t>
      </w:r>
      <w:proofErr w:type="spellEnd"/>
      <w:r w:rsidRPr="000C37B8">
        <w:rPr>
          <w:rFonts w:cs="Times New Roman"/>
          <w:sz w:val="26"/>
          <w:szCs w:val="26"/>
        </w:rPr>
        <w:t xml:space="preserve"> </w:t>
      </w:r>
      <w:proofErr w:type="spellStart"/>
      <w:r w:rsidRPr="000C37B8">
        <w:rPr>
          <w:rFonts w:cs="Times New Roman"/>
          <w:sz w:val="26"/>
          <w:szCs w:val="26"/>
        </w:rPr>
        <w:t>tra</w:t>
      </w:r>
      <w:proofErr w:type="spellEnd"/>
      <w:r w:rsidRPr="000C37B8">
        <w:rPr>
          <w:rFonts w:cs="Times New Roman"/>
          <w:sz w:val="26"/>
          <w:szCs w:val="26"/>
        </w:rPr>
        <w:t xml:space="preserve"> </w:t>
      </w:r>
      <w:proofErr w:type="spellStart"/>
      <w:r w:rsidRPr="000C37B8">
        <w:rPr>
          <w:rFonts w:cs="Times New Roman"/>
          <w:sz w:val="26"/>
          <w:szCs w:val="26"/>
        </w:rPr>
        <w:t>ứng</w:t>
      </w:r>
      <w:proofErr w:type="spellEnd"/>
      <w:r w:rsidRPr="000C37B8">
        <w:rPr>
          <w:rFonts w:cs="Times New Roman"/>
          <w:sz w:val="26"/>
          <w:szCs w:val="26"/>
        </w:rPr>
        <w:t xml:space="preserve"> </w:t>
      </w:r>
      <w:proofErr w:type="spellStart"/>
      <w:r w:rsidRPr="000C37B8">
        <w:rPr>
          <w:rFonts w:cs="Times New Roman"/>
          <w:sz w:val="26"/>
          <w:szCs w:val="26"/>
        </w:rPr>
        <w:t>dụng</w:t>
      </w:r>
      <w:proofErr w:type="spellEnd"/>
      <w:r w:rsidRPr="000C37B8">
        <w:rPr>
          <w:rFonts w:cs="Times New Roman"/>
          <w:sz w:val="26"/>
          <w:szCs w:val="26"/>
        </w:rPr>
        <w:t xml:space="preserve"> </w:t>
      </w:r>
      <w:proofErr w:type="spellStart"/>
      <w:r w:rsidRPr="000C37B8">
        <w:rPr>
          <w:rFonts w:cs="Times New Roman"/>
          <w:sz w:val="26"/>
          <w:szCs w:val="26"/>
        </w:rPr>
        <w:t>đã</w:t>
      </w:r>
      <w:proofErr w:type="spellEnd"/>
      <w:r w:rsidRPr="000C37B8">
        <w:rPr>
          <w:rFonts w:cs="Times New Roman"/>
          <w:sz w:val="26"/>
          <w:szCs w:val="26"/>
        </w:rPr>
        <w:t xml:space="preserve"> </w:t>
      </w:r>
      <w:proofErr w:type="spellStart"/>
      <w:r w:rsidRPr="000C37B8">
        <w:rPr>
          <w:rFonts w:cs="Times New Roman"/>
          <w:sz w:val="26"/>
          <w:szCs w:val="26"/>
        </w:rPr>
        <w:t>chạy</w:t>
      </w:r>
      <w:proofErr w:type="spellEnd"/>
      <w:r w:rsidRPr="000C37B8">
        <w:rPr>
          <w:rFonts w:cs="Times New Roman"/>
          <w:sz w:val="26"/>
          <w:szCs w:val="26"/>
        </w:rPr>
        <w:t xml:space="preserve"> hay </w:t>
      </w:r>
      <w:proofErr w:type="spellStart"/>
      <w:r w:rsidRPr="000C37B8">
        <w:rPr>
          <w:rFonts w:cs="Times New Roman"/>
          <w:sz w:val="26"/>
          <w:szCs w:val="26"/>
        </w:rPr>
        <w:t>chưa</w:t>
      </w:r>
      <w:proofErr w:type="spellEnd"/>
      <w:r w:rsidRPr="000C37B8">
        <w:rPr>
          <w:rFonts w:cs="Times New Roman"/>
          <w:sz w:val="26"/>
          <w:szCs w:val="26"/>
        </w:rPr>
        <w:t xml:space="preserve">, </w:t>
      </w:r>
      <w:proofErr w:type="spellStart"/>
      <w:r w:rsidRPr="000C37B8">
        <w:rPr>
          <w:rFonts w:cs="Times New Roman"/>
          <w:sz w:val="26"/>
          <w:szCs w:val="26"/>
        </w:rPr>
        <w:t>cổng</w:t>
      </w:r>
      <w:proofErr w:type="spellEnd"/>
      <w:r w:rsidRPr="000C37B8">
        <w:rPr>
          <w:rFonts w:cs="Times New Roman"/>
          <w:sz w:val="26"/>
          <w:szCs w:val="26"/>
        </w:rPr>
        <w:t xml:space="preserve"> localhost </w:t>
      </w:r>
      <w:proofErr w:type="spellStart"/>
      <w:r w:rsidRPr="000C37B8">
        <w:rPr>
          <w:rFonts w:cs="Times New Roman"/>
          <w:sz w:val="26"/>
          <w:szCs w:val="26"/>
        </w:rPr>
        <w:t>có</w:t>
      </w:r>
      <w:proofErr w:type="spellEnd"/>
      <w:r w:rsidRPr="000C37B8">
        <w:rPr>
          <w:rFonts w:cs="Times New Roman"/>
          <w:sz w:val="26"/>
          <w:szCs w:val="26"/>
        </w:rPr>
        <w:t xml:space="preserve"> </w:t>
      </w:r>
      <w:proofErr w:type="spellStart"/>
      <w:r w:rsidRPr="000C37B8">
        <w:rPr>
          <w:rFonts w:cs="Times New Roman"/>
          <w:sz w:val="26"/>
          <w:szCs w:val="26"/>
        </w:rPr>
        <w:t>bị</w:t>
      </w:r>
      <w:proofErr w:type="spellEnd"/>
      <w:r w:rsidRPr="000C37B8">
        <w:rPr>
          <w:rFonts w:cs="Times New Roman"/>
          <w:sz w:val="26"/>
          <w:szCs w:val="26"/>
        </w:rPr>
        <w:t xml:space="preserve"> </w:t>
      </w:r>
      <w:proofErr w:type="spellStart"/>
      <w:r w:rsidRPr="000C37B8">
        <w:rPr>
          <w:rFonts w:cs="Times New Roman"/>
          <w:sz w:val="26"/>
          <w:szCs w:val="26"/>
        </w:rPr>
        <w:t>chặn</w:t>
      </w:r>
      <w:proofErr w:type="spellEnd"/>
      <w:r w:rsidRPr="000C37B8">
        <w:rPr>
          <w:rFonts w:cs="Times New Roman"/>
          <w:sz w:val="26"/>
          <w:szCs w:val="26"/>
        </w:rPr>
        <w:t xml:space="preserve"> hay </w:t>
      </w:r>
      <w:proofErr w:type="spellStart"/>
      <w:r w:rsidRPr="000C37B8">
        <w:rPr>
          <w:rFonts w:cs="Times New Roman"/>
          <w:sz w:val="26"/>
          <w:szCs w:val="26"/>
        </w:rPr>
        <w:t>không</w:t>
      </w:r>
      <w:proofErr w:type="spellEnd"/>
      <w:r w:rsidRPr="000C37B8">
        <w:rPr>
          <w:rFonts w:cs="Times New Roman"/>
          <w:sz w:val="26"/>
          <w:szCs w:val="26"/>
        </w:rPr>
        <w:t xml:space="preserve">, </w:t>
      </w:r>
      <w:proofErr w:type="spellStart"/>
      <w:r w:rsidRPr="000C37B8">
        <w:rPr>
          <w:rFonts w:cs="Times New Roman"/>
          <w:sz w:val="26"/>
          <w:szCs w:val="26"/>
        </w:rPr>
        <w:t>hoặc</w:t>
      </w:r>
      <w:proofErr w:type="spellEnd"/>
      <w:r w:rsidRPr="000C37B8">
        <w:rPr>
          <w:rFonts w:cs="Times New Roman"/>
          <w:sz w:val="26"/>
          <w:szCs w:val="26"/>
        </w:rPr>
        <w:t xml:space="preserve"> </w:t>
      </w:r>
      <w:proofErr w:type="spellStart"/>
      <w:r w:rsidRPr="000C37B8">
        <w:rPr>
          <w:rFonts w:cs="Times New Roman"/>
          <w:sz w:val="26"/>
          <w:szCs w:val="26"/>
        </w:rPr>
        <w:t>thử</w:t>
      </w:r>
      <w:proofErr w:type="spellEnd"/>
      <w:r w:rsidR="0060738A">
        <w:rPr>
          <w:rFonts w:cs="Times New Roman"/>
          <w:sz w:val="26"/>
          <w:szCs w:val="26"/>
        </w:rPr>
        <w:t xml:space="preserve"> </w:t>
      </w:r>
      <w:proofErr w:type="spellStart"/>
      <w:r w:rsidR="0060738A">
        <w:rPr>
          <w:rFonts w:cs="Times New Roman"/>
          <w:sz w:val="26"/>
          <w:szCs w:val="26"/>
        </w:rPr>
        <w:t>thoát</w:t>
      </w:r>
      <w:proofErr w:type="spellEnd"/>
      <w:r w:rsidR="0060738A">
        <w:rPr>
          <w:rFonts w:cs="Times New Roman"/>
          <w:sz w:val="26"/>
          <w:szCs w:val="26"/>
        </w:rPr>
        <w:t xml:space="preserve"> </w:t>
      </w:r>
      <w:proofErr w:type="spellStart"/>
      <w:r w:rsidR="0060738A">
        <w:rPr>
          <w:rFonts w:cs="Times New Roman"/>
          <w:sz w:val="26"/>
          <w:szCs w:val="26"/>
        </w:rPr>
        <w:t>hẳn</w:t>
      </w:r>
      <w:proofErr w:type="spellEnd"/>
      <w:r w:rsidR="0060738A">
        <w:rPr>
          <w:rFonts w:cs="Times New Roman"/>
          <w:sz w:val="26"/>
          <w:szCs w:val="26"/>
        </w:rPr>
        <w:t xml:space="preserve"> </w:t>
      </w:r>
      <w:proofErr w:type="spellStart"/>
      <w:r w:rsidR="0060738A">
        <w:rPr>
          <w:rFonts w:cs="Times New Roman"/>
          <w:sz w:val="26"/>
          <w:szCs w:val="26"/>
        </w:rPr>
        <w:t>ứng</w:t>
      </w:r>
      <w:proofErr w:type="spellEnd"/>
      <w:r w:rsidR="0060738A">
        <w:rPr>
          <w:rFonts w:cs="Times New Roman"/>
          <w:sz w:val="26"/>
          <w:szCs w:val="26"/>
        </w:rPr>
        <w:t xml:space="preserve"> </w:t>
      </w:r>
      <w:proofErr w:type="spellStart"/>
      <w:r w:rsidR="0060738A">
        <w:rPr>
          <w:rFonts w:cs="Times New Roman"/>
          <w:sz w:val="26"/>
          <w:szCs w:val="26"/>
        </w:rPr>
        <w:t>dụng</w:t>
      </w:r>
      <w:proofErr w:type="spellEnd"/>
      <w:r w:rsidR="0060738A">
        <w:rPr>
          <w:rFonts w:cs="Times New Roman"/>
          <w:sz w:val="26"/>
          <w:szCs w:val="26"/>
        </w:rPr>
        <w:t xml:space="preserve"> </w:t>
      </w:r>
      <w:proofErr w:type="spellStart"/>
      <w:r w:rsidR="0060738A">
        <w:rPr>
          <w:rFonts w:cs="Times New Roman"/>
          <w:sz w:val="26"/>
          <w:szCs w:val="26"/>
        </w:rPr>
        <w:t>rồi</w:t>
      </w:r>
      <w:proofErr w:type="spellEnd"/>
      <w:r w:rsidR="0060738A">
        <w:rPr>
          <w:rFonts w:cs="Times New Roman"/>
          <w:sz w:val="26"/>
          <w:szCs w:val="26"/>
        </w:rPr>
        <w:t xml:space="preserve"> </w:t>
      </w:r>
      <w:proofErr w:type="spellStart"/>
      <w:r w:rsidR="0060738A">
        <w:rPr>
          <w:rFonts w:cs="Times New Roman"/>
          <w:sz w:val="26"/>
          <w:szCs w:val="26"/>
        </w:rPr>
        <w:t>vào</w:t>
      </w:r>
      <w:proofErr w:type="spellEnd"/>
      <w:r w:rsidR="0060738A">
        <w:rPr>
          <w:rFonts w:cs="Times New Roman"/>
          <w:sz w:val="26"/>
          <w:szCs w:val="26"/>
        </w:rPr>
        <w:t xml:space="preserve"> </w:t>
      </w:r>
      <w:proofErr w:type="spellStart"/>
      <w:r w:rsidR="0060738A">
        <w:rPr>
          <w:rFonts w:cs="Times New Roman"/>
          <w:sz w:val="26"/>
          <w:szCs w:val="26"/>
        </w:rPr>
        <w:t>thư</w:t>
      </w:r>
      <w:proofErr w:type="spellEnd"/>
      <w:r w:rsidR="0060738A">
        <w:rPr>
          <w:rFonts w:cs="Times New Roman"/>
          <w:sz w:val="26"/>
          <w:szCs w:val="26"/>
        </w:rPr>
        <w:t xml:space="preserve"> </w:t>
      </w:r>
      <w:proofErr w:type="spellStart"/>
      <w:r w:rsidR="0060738A">
        <w:rPr>
          <w:rFonts w:cs="Times New Roman"/>
          <w:sz w:val="26"/>
          <w:szCs w:val="26"/>
        </w:rPr>
        <w:t>mục</w:t>
      </w:r>
      <w:proofErr w:type="spellEnd"/>
      <w:r w:rsidR="0060738A">
        <w:rPr>
          <w:rFonts w:cs="Times New Roman"/>
          <w:sz w:val="26"/>
          <w:szCs w:val="26"/>
        </w:rPr>
        <w:t xml:space="preserve"> </w:t>
      </w:r>
      <w:proofErr w:type="spellStart"/>
      <w:r w:rsidR="0060738A">
        <w:rPr>
          <w:rFonts w:cs="Times New Roman"/>
          <w:sz w:val="26"/>
          <w:szCs w:val="26"/>
        </w:rPr>
        <w:t>cài</w:t>
      </w:r>
      <w:proofErr w:type="spellEnd"/>
      <w:r w:rsidR="0060738A">
        <w:rPr>
          <w:rFonts w:cs="Times New Roman"/>
          <w:sz w:val="26"/>
          <w:szCs w:val="26"/>
        </w:rPr>
        <w:t xml:space="preserve"> </w:t>
      </w:r>
      <w:proofErr w:type="spellStart"/>
      <w:r w:rsidR="0060738A">
        <w:rPr>
          <w:rFonts w:cs="Times New Roman"/>
          <w:sz w:val="26"/>
          <w:szCs w:val="26"/>
        </w:rPr>
        <w:t>đặt</w:t>
      </w:r>
      <w:proofErr w:type="spellEnd"/>
      <w:r w:rsidR="0060738A">
        <w:rPr>
          <w:rFonts w:cs="Times New Roman"/>
          <w:sz w:val="26"/>
          <w:szCs w:val="26"/>
        </w:rPr>
        <w:t xml:space="preserve"> </w:t>
      </w:r>
      <w:proofErr w:type="spellStart"/>
      <w:r w:rsidR="0060738A">
        <w:rPr>
          <w:rFonts w:cs="Times New Roman"/>
          <w:sz w:val="26"/>
          <w:szCs w:val="26"/>
        </w:rPr>
        <w:t>ứng</w:t>
      </w:r>
      <w:proofErr w:type="spellEnd"/>
      <w:r w:rsidR="0060738A">
        <w:rPr>
          <w:rFonts w:cs="Times New Roman"/>
          <w:sz w:val="26"/>
          <w:szCs w:val="26"/>
        </w:rPr>
        <w:t xml:space="preserve"> </w:t>
      </w:r>
      <w:proofErr w:type="spellStart"/>
      <w:r w:rsidR="0060738A">
        <w:rPr>
          <w:rFonts w:cs="Times New Roman"/>
          <w:sz w:val="26"/>
          <w:szCs w:val="26"/>
        </w:rPr>
        <w:t>dụng</w:t>
      </w:r>
      <w:proofErr w:type="spellEnd"/>
      <w:r w:rsidR="0060738A">
        <w:rPr>
          <w:rFonts w:cs="Times New Roman"/>
          <w:sz w:val="26"/>
          <w:szCs w:val="26"/>
        </w:rPr>
        <w:t xml:space="preserve"> </w:t>
      </w:r>
      <w:proofErr w:type="spellStart"/>
      <w:r w:rsidR="0060738A">
        <w:rPr>
          <w:rFonts w:cs="Times New Roman"/>
          <w:sz w:val="26"/>
          <w:szCs w:val="26"/>
        </w:rPr>
        <w:t>và</w:t>
      </w:r>
      <w:proofErr w:type="spellEnd"/>
      <w:r w:rsidRPr="000C37B8">
        <w:rPr>
          <w:rFonts w:cs="Times New Roman"/>
          <w:sz w:val="26"/>
          <w:szCs w:val="26"/>
        </w:rPr>
        <w:t xml:space="preserve"> </w:t>
      </w:r>
      <w:proofErr w:type="spellStart"/>
      <w:r w:rsidRPr="000C37B8">
        <w:rPr>
          <w:rFonts w:cs="Times New Roman"/>
          <w:sz w:val="26"/>
          <w:szCs w:val="26"/>
        </w:rPr>
        <w:t>khởi</w:t>
      </w:r>
      <w:proofErr w:type="spellEnd"/>
      <w:r w:rsidRPr="000C37B8">
        <w:rPr>
          <w:rFonts w:cs="Times New Roman"/>
          <w:sz w:val="26"/>
          <w:szCs w:val="26"/>
        </w:rPr>
        <w:t xml:space="preserve"> </w:t>
      </w:r>
      <w:proofErr w:type="spellStart"/>
      <w:r w:rsidRPr="000C37B8">
        <w:rPr>
          <w:rFonts w:cs="Times New Roman"/>
          <w:sz w:val="26"/>
          <w:szCs w:val="26"/>
        </w:rPr>
        <w:t>động</w:t>
      </w:r>
      <w:proofErr w:type="spellEnd"/>
      <w:r w:rsidRPr="000C37B8">
        <w:rPr>
          <w:rFonts w:cs="Times New Roman"/>
          <w:sz w:val="26"/>
          <w:szCs w:val="26"/>
        </w:rPr>
        <w:t xml:space="preserve"> </w:t>
      </w:r>
      <w:proofErr w:type="spellStart"/>
      <w:r w:rsidRPr="000C37B8">
        <w:rPr>
          <w:rFonts w:cs="Times New Roman"/>
          <w:sz w:val="26"/>
          <w:szCs w:val="26"/>
        </w:rPr>
        <w:t>lại</w:t>
      </w:r>
      <w:proofErr w:type="spellEnd"/>
      <w:r w:rsidRPr="000C37B8">
        <w:rPr>
          <w:rFonts w:cs="Times New Roman"/>
          <w:sz w:val="26"/>
          <w:szCs w:val="26"/>
        </w:rPr>
        <w:t xml:space="preserve"> </w:t>
      </w:r>
      <w:proofErr w:type="spellStart"/>
      <w:r w:rsidRPr="000C37B8">
        <w:rPr>
          <w:rFonts w:cs="Times New Roman"/>
          <w:sz w:val="26"/>
          <w:szCs w:val="26"/>
        </w:rPr>
        <w:t>ứng</w:t>
      </w:r>
      <w:proofErr w:type="spellEnd"/>
      <w:r w:rsidRPr="000C37B8">
        <w:rPr>
          <w:rFonts w:cs="Times New Roman"/>
          <w:sz w:val="26"/>
          <w:szCs w:val="26"/>
        </w:rPr>
        <w:t xml:space="preserve"> </w:t>
      </w:r>
      <w:proofErr w:type="spellStart"/>
      <w:r w:rsidRPr="000C37B8">
        <w:rPr>
          <w:rFonts w:cs="Times New Roman"/>
          <w:sz w:val="26"/>
          <w:szCs w:val="26"/>
        </w:rPr>
        <w:t>dụng</w:t>
      </w:r>
      <w:proofErr w:type="spellEnd"/>
      <w:r w:rsidRPr="000C37B8">
        <w:rPr>
          <w:rFonts w:cs="Times New Roman"/>
          <w:sz w:val="26"/>
          <w:szCs w:val="26"/>
        </w:rPr>
        <w:t xml:space="preserve"> </w:t>
      </w:r>
      <w:proofErr w:type="spellStart"/>
      <w:r w:rsidRPr="000C37B8">
        <w:rPr>
          <w:rFonts w:cs="Times New Roman"/>
          <w:sz w:val="26"/>
          <w:szCs w:val="26"/>
        </w:rPr>
        <w:t>nền</w:t>
      </w:r>
      <w:proofErr w:type="spellEnd"/>
      <w:r w:rsidRPr="000C37B8">
        <w:rPr>
          <w:rFonts w:cs="Times New Roman"/>
          <w:sz w:val="26"/>
          <w:szCs w:val="26"/>
        </w:rPr>
        <w:t>.</w:t>
      </w:r>
      <w:r w:rsidR="0071529D">
        <w:rPr>
          <w:rFonts w:cs="Times New Roman"/>
          <w:sz w:val="26"/>
          <w:szCs w:val="26"/>
        </w:rPr>
        <w:t xml:space="preserve"> </w:t>
      </w:r>
      <w:proofErr w:type="spellStart"/>
      <w:r w:rsidR="0071529D">
        <w:rPr>
          <w:rFonts w:cs="Times New Roman"/>
          <w:sz w:val="26"/>
          <w:szCs w:val="26"/>
        </w:rPr>
        <w:t>Nếu</w:t>
      </w:r>
      <w:proofErr w:type="spellEnd"/>
      <w:r w:rsidR="0071529D">
        <w:rPr>
          <w:rFonts w:cs="Times New Roman"/>
          <w:sz w:val="26"/>
          <w:szCs w:val="26"/>
        </w:rPr>
        <w:t xml:space="preserve"> </w:t>
      </w:r>
      <w:proofErr w:type="spellStart"/>
      <w:r w:rsidR="0071529D">
        <w:rPr>
          <w:rFonts w:cs="Times New Roman"/>
          <w:sz w:val="26"/>
          <w:szCs w:val="26"/>
        </w:rPr>
        <w:t>vẫn</w:t>
      </w:r>
      <w:proofErr w:type="spellEnd"/>
      <w:r w:rsidR="0071529D">
        <w:rPr>
          <w:rFonts w:cs="Times New Roman"/>
          <w:sz w:val="26"/>
          <w:szCs w:val="26"/>
        </w:rPr>
        <w:t xml:space="preserve"> </w:t>
      </w:r>
      <w:proofErr w:type="spellStart"/>
      <w:r w:rsidR="0071529D">
        <w:rPr>
          <w:rFonts w:cs="Times New Roman"/>
          <w:sz w:val="26"/>
          <w:szCs w:val="26"/>
        </w:rPr>
        <w:t>không</w:t>
      </w:r>
      <w:proofErr w:type="spellEnd"/>
      <w:r w:rsidR="0071529D">
        <w:rPr>
          <w:rFonts w:cs="Times New Roman"/>
          <w:sz w:val="26"/>
          <w:szCs w:val="26"/>
        </w:rPr>
        <w:t xml:space="preserve"> </w:t>
      </w:r>
      <w:proofErr w:type="spellStart"/>
      <w:r w:rsidR="0071529D">
        <w:rPr>
          <w:rFonts w:cs="Times New Roman"/>
          <w:sz w:val="26"/>
          <w:szCs w:val="26"/>
        </w:rPr>
        <w:t>truy</w:t>
      </w:r>
      <w:proofErr w:type="spellEnd"/>
      <w:r w:rsidR="0071529D">
        <w:rPr>
          <w:rFonts w:cs="Times New Roman"/>
          <w:sz w:val="26"/>
          <w:szCs w:val="26"/>
        </w:rPr>
        <w:t xml:space="preserve"> </w:t>
      </w:r>
      <w:proofErr w:type="spellStart"/>
      <w:r w:rsidR="0071529D">
        <w:rPr>
          <w:rFonts w:cs="Times New Roman"/>
          <w:sz w:val="26"/>
          <w:szCs w:val="26"/>
        </w:rPr>
        <w:t>cập</w:t>
      </w:r>
      <w:proofErr w:type="spellEnd"/>
      <w:r w:rsidR="0071529D">
        <w:rPr>
          <w:rFonts w:cs="Times New Roman"/>
          <w:sz w:val="26"/>
          <w:szCs w:val="26"/>
        </w:rPr>
        <w:t xml:space="preserve"> </w:t>
      </w:r>
      <w:proofErr w:type="spellStart"/>
      <w:r w:rsidR="0071529D">
        <w:rPr>
          <w:rFonts w:cs="Times New Roman"/>
          <w:sz w:val="26"/>
          <w:szCs w:val="26"/>
        </w:rPr>
        <w:t>được</w:t>
      </w:r>
      <w:proofErr w:type="spellEnd"/>
      <w:r w:rsidR="0071529D">
        <w:rPr>
          <w:rFonts w:cs="Times New Roman"/>
          <w:sz w:val="26"/>
          <w:szCs w:val="26"/>
        </w:rPr>
        <w:t xml:space="preserve"> </w:t>
      </w:r>
      <w:proofErr w:type="spellStart"/>
      <w:r w:rsidR="0071529D">
        <w:rPr>
          <w:rFonts w:cs="Times New Roman"/>
          <w:sz w:val="26"/>
          <w:szCs w:val="26"/>
        </w:rPr>
        <w:t>và</w:t>
      </w:r>
      <w:proofErr w:type="spellEnd"/>
      <w:r w:rsidR="0071529D">
        <w:rPr>
          <w:rFonts w:cs="Times New Roman"/>
          <w:sz w:val="26"/>
          <w:szCs w:val="26"/>
        </w:rPr>
        <w:t xml:space="preserve"> </w:t>
      </w:r>
      <w:proofErr w:type="spellStart"/>
      <w:r w:rsidR="0071529D">
        <w:rPr>
          <w:rFonts w:cs="Times New Roman"/>
          <w:sz w:val="26"/>
          <w:szCs w:val="26"/>
        </w:rPr>
        <w:t>nếu</w:t>
      </w:r>
      <w:proofErr w:type="spellEnd"/>
      <w:r w:rsidR="0071529D">
        <w:rPr>
          <w:rFonts w:cs="Times New Roman"/>
          <w:sz w:val="26"/>
          <w:szCs w:val="26"/>
        </w:rPr>
        <w:t xml:space="preserve"> </w:t>
      </w:r>
      <w:r w:rsidR="0071529D">
        <w:rPr>
          <w:rFonts w:cs="Times New Roman"/>
          <w:sz w:val="26"/>
          <w:szCs w:val="26"/>
        </w:rPr>
        <w:lastRenderedPageBreak/>
        <w:t xml:space="preserve">Windows </w:t>
      </w:r>
      <w:proofErr w:type="spellStart"/>
      <w:r w:rsidR="0071529D">
        <w:rPr>
          <w:rFonts w:cs="Times New Roman"/>
          <w:sz w:val="26"/>
          <w:szCs w:val="26"/>
        </w:rPr>
        <w:t>đang</w:t>
      </w:r>
      <w:proofErr w:type="spellEnd"/>
      <w:r w:rsidR="0071529D">
        <w:rPr>
          <w:rFonts w:cs="Times New Roman"/>
          <w:sz w:val="26"/>
          <w:szCs w:val="26"/>
        </w:rPr>
        <w:t xml:space="preserve"> </w:t>
      </w:r>
      <w:proofErr w:type="spellStart"/>
      <w:r w:rsidR="0071529D">
        <w:rPr>
          <w:rFonts w:cs="Times New Roman"/>
          <w:sz w:val="26"/>
          <w:szCs w:val="26"/>
        </w:rPr>
        <w:t>dùng</w:t>
      </w:r>
      <w:proofErr w:type="spellEnd"/>
      <w:r w:rsidR="0071529D">
        <w:rPr>
          <w:rFonts w:cs="Times New Roman"/>
          <w:sz w:val="26"/>
          <w:szCs w:val="26"/>
        </w:rPr>
        <w:t xml:space="preserve"> </w:t>
      </w:r>
      <w:proofErr w:type="spellStart"/>
      <w:r w:rsidR="0071529D">
        <w:rPr>
          <w:rFonts w:cs="Times New Roman"/>
          <w:sz w:val="26"/>
          <w:szCs w:val="26"/>
        </w:rPr>
        <w:t>là</w:t>
      </w:r>
      <w:proofErr w:type="spellEnd"/>
      <w:r w:rsidR="0071529D">
        <w:rPr>
          <w:rFonts w:cs="Times New Roman"/>
          <w:sz w:val="26"/>
          <w:szCs w:val="26"/>
        </w:rPr>
        <w:t xml:space="preserve"> Windows 7 </w:t>
      </w:r>
      <w:proofErr w:type="spellStart"/>
      <w:r w:rsidR="0071529D">
        <w:rPr>
          <w:rFonts w:cs="Times New Roman"/>
          <w:sz w:val="26"/>
          <w:szCs w:val="26"/>
        </w:rPr>
        <w:t>thì</w:t>
      </w:r>
      <w:proofErr w:type="spellEnd"/>
      <w:r w:rsidR="0071529D">
        <w:rPr>
          <w:rFonts w:cs="Times New Roman"/>
          <w:sz w:val="26"/>
          <w:szCs w:val="26"/>
        </w:rPr>
        <w:t xml:space="preserve"> </w:t>
      </w:r>
      <w:proofErr w:type="spellStart"/>
      <w:r w:rsidR="0071529D">
        <w:rPr>
          <w:rFonts w:cs="Times New Roman"/>
          <w:sz w:val="26"/>
          <w:szCs w:val="26"/>
        </w:rPr>
        <w:t>có</w:t>
      </w:r>
      <w:proofErr w:type="spellEnd"/>
      <w:r w:rsidR="0071529D">
        <w:rPr>
          <w:rFonts w:cs="Times New Roman"/>
          <w:sz w:val="26"/>
          <w:szCs w:val="26"/>
        </w:rPr>
        <w:t xml:space="preserve"> </w:t>
      </w:r>
      <w:proofErr w:type="spellStart"/>
      <w:r w:rsidR="0071529D">
        <w:rPr>
          <w:rFonts w:cs="Times New Roman"/>
          <w:sz w:val="26"/>
          <w:szCs w:val="26"/>
        </w:rPr>
        <w:t>thể</w:t>
      </w:r>
      <w:proofErr w:type="spellEnd"/>
      <w:r w:rsidR="0071529D">
        <w:rPr>
          <w:rFonts w:cs="Times New Roman"/>
          <w:sz w:val="26"/>
          <w:szCs w:val="26"/>
        </w:rPr>
        <w:t xml:space="preserve"> </w:t>
      </w:r>
      <w:proofErr w:type="spellStart"/>
      <w:r w:rsidR="0071529D">
        <w:rPr>
          <w:rFonts w:cs="Times New Roman"/>
          <w:sz w:val="26"/>
          <w:szCs w:val="26"/>
        </w:rPr>
        <w:t>chưa</w:t>
      </w:r>
      <w:proofErr w:type="spellEnd"/>
      <w:r w:rsidR="0071529D">
        <w:rPr>
          <w:rFonts w:cs="Times New Roman"/>
          <w:sz w:val="26"/>
          <w:szCs w:val="26"/>
        </w:rPr>
        <w:t xml:space="preserve"> </w:t>
      </w:r>
      <w:proofErr w:type="spellStart"/>
      <w:r w:rsidR="0071529D">
        <w:rPr>
          <w:rFonts w:cs="Times New Roman"/>
          <w:sz w:val="26"/>
          <w:szCs w:val="26"/>
        </w:rPr>
        <w:t>được</w:t>
      </w:r>
      <w:proofErr w:type="spellEnd"/>
      <w:r w:rsidR="0071529D">
        <w:rPr>
          <w:rFonts w:cs="Times New Roman"/>
          <w:sz w:val="26"/>
          <w:szCs w:val="26"/>
        </w:rPr>
        <w:t xml:space="preserve"> </w:t>
      </w:r>
      <w:proofErr w:type="spellStart"/>
      <w:r w:rsidR="0071529D">
        <w:rPr>
          <w:rFonts w:cs="Times New Roman"/>
          <w:sz w:val="26"/>
          <w:szCs w:val="26"/>
        </w:rPr>
        <w:t>bật</w:t>
      </w:r>
      <w:proofErr w:type="spellEnd"/>
      <w:r w:rsidR="0071529D">
        <w:rPr>
          <w:rFonts w:cs="Times New Roman"/>
          <w:sz w:val="26"/>
          <w:szCs w:val="26"/>
        </w:rPr>
        <w:t xml:space="preserve"> TLS 1.2, </w:t>
      </w:r>
      <w:proofErr w:type="spellStart"/>
      <w:r w:rsidR="0071529D">
        <w:rPr>
          <w:rFonts w:cs="Times New Roman"/>
          <w:sz w:val="26"/>
          <w:szCs w:val="26"/>
        </w:rPr>
        <w:t>hãy</w:t>
      </w:r>
      <w:proofErr w:type="spellEnd"/>
      <w:r w:rsidR="0071529D">
        <w:rPr>
          <w:rFonts w:cs="Times New Roman"/>
          <w:sz w:val="26"/>
          <w:szCs w:val="26"/>
        </w:rPr>
        <w:t xml:space="preserve"> </w:t>
      </w:r>
      <w:proofErr w:type="spellStart"/>
      <w:r w:rsidR="0071529D">
        <w:rPr>
          <w:rFonts w:cs="Times New Roman"/>
          <w:sz w:val="26"/>
          <w:szCs w:val="26"/>
        </w:rPr>
        <w:t>thực</w:t>
      </w:r>
      <w:proofErr w:type="spellEnd"/>
      <w:r w:rsidR="0071529D">
        <w:rPr>
          <w:rFonts w:cs="Times New Roman"/>
          <w:sz w:val="26"/>
          <w:szCs w:val="26"/>
        </w:rPr>
        <w:t xml:space="preserve"> </w:t>
      </w:r>
      <w:proofErr w:type="spellStart"/>
      <w:r w:rsidR="0071529D">
        <w:rPr>
          <w:rFonts w:cs="Times New Roman"/>
          <w:sz w:val="26"/>
          <w:szCs w:val="26"/>
        </w:rPr>
        <w:t>hiện</w:t>
      </w:r>
      <w:proofErr w:type="spellEnd"/>
      <w:r w:rsidR="0071529D">
        <w:rPr>
          <w:rFonts w:cs="Times New Roman"/>
          <w:sz w:val="26"/>
          <w:szCs w:val="26"/>
        </w:rPr>
        <w:t xml:space="preserve"> </w:t>
      </w:r>
      <w:proofErr w:type="spellStart"/>
      <w:r w:rsidR="0071529D">
        <w:rPr>
          <w:rFonts w:cs="Times New Roman"/>
          <w:sz w:val="26"/>
          <w:szCs w:val="26"/>
        </w:rPr>
        <w:t>bật</w:t>
      </w:r>
      <w:proofErr w:type="spellEnd"/>
      <w:r w:rsidR="0071529D">
        <w:rPr>
          <w:rFonts w:cs="Times New Roman"/>
          <w:sz w:val="26"/>
          <w:szCs w:val="26"/>
        </w:rPr>
        <w:t xml:space="preserve"> TLS 1.2 </w:t>
      </w:r>
      <w:proofErr w:type="spellStart"/>
      <w:r w:rsidR="0071529D">
        <w:rPr>
          <w:rFonts w:cs="Times New Roman"/>
          <w:sz w:val="26"/>
          <w:szCs w:val="26"/>
        </w:rPr>
        <w:t>theo</w:t>
      </w:r>
      <w:proofErr w:type="spellEnd"/>
      <w:r w:rsidR="0071529D">
        <w:rPr>
          <w:rFonts w:cs="Times New Roman"/>
          <w:sz w:val="26"/>
          <w:szCs w:val="26"/>
        </w:rPr>
        <w:t xml:space="preserve"> </w:t>
      </w:r>
      <w:proofErr w:type="spellStart"/>
      <w:r w:rsidR="0071529D">
        <w:rPr>
          <w:rFonts w:cs="Times New Roman"/>
          <w:sz w:val="26"/>
          <w:szCs w:val="26"/>
        </w:rPr>
        <w:t>hướng</w:t>
      </w:r>
      <w:proofErr w:type="spellEnd"/>
      <w:r w:rsidR="0071529D">
        <w:rPr>
          <w:rFonts w:cs="Times New Roman"/>
          <w:sz w:val="26"/>
          <w:szCs w:val="26"/>
        </w:rPr>
        <w:t xml:space="preserve"> </w:t>
      </w:r>
      <w:proofErr w:type="spellStart"/>
      <w:r w:rsidR="0071529D">
        <w:rPr>
          <w:rFonts w:cs="Times New Roman"/>
          <w:sz w:val="26"/>
          <w:szCs w:val="26"/>
        </w:rPr>
        <w:t>dẫn</w:t>
      </w:r>
      <w:proofErr w:type="spellEnd"/>
      <w:r w:rsidR="0071529D">
        <w:rPr>
          <w:rFonts w:cs="Times New Roman"/>
          <w:sz w:val="26"/>
          <w:szCs w:val="26"/>
        </w:rPr>
        <w:t xml:space="preserve"> </w:t>
      </w:r>
      <w:proofErr w:type="spellStart"/>
      <w:r w:rsidR="0071529D" w:rsidRPr="0071529D">
        <w:rPr>
          <w:rFonts w:cs="Times New Roman"/>
          <w:b/>
          <w:bCs/>
          <w:sz w:val="26"/>
          <w:szCs w:val="26"/>
        </w:rPr>
        <w:t>mục</w:t>
      </w:r>
      <w:proofErr w:type="spellEnd"/>
      <w:r w:rsidR="0071529D" w:rsidRPr="0071529D">
        <w:rPr>
          <w:rFonts w:cs="Times New Roman"/>
          <w:b/>
          <w:bCs/>
          <w:sz w:val="26"/>
          <w:szCs w:val="26"/>
        </w:rPr>
        <w:t xml:space="preserve"> 4.3</w:t>
      </w:r>
      <w:r w:rsidR="0071529D">
        <w:rPr>
          <w:rFonts w:cs="Times New Roman"/>
          <w:sz w:val="26"/>
          <w:szCs w:val="26"/>
        </w:rPr>
        <w:t>.</w:t>
      </w:r>
    </w:p>
    <w:p w14:paraId="0E2F664F" w14:textId="5A3E53AC" w:rsidR="0001209C" w:rsidRPr="00076411" w:rsidRDefault="007D4A4A" w:rsidP="00076411">
      <w:pPr>
        <w:pStyle w:val="Heading2"/>
        <w:rPr>
          <w:rFonts w:cs="Times New Roman"/>
          <w:b w:val="0"/>
          <w:bCs w:val="0"/>
        </w:rPr>
      </w:pPr>
      <w:bookmarkStart w:id="12" w:name="_Toc234595022"/>
      <w:r w:rsidRPr="00076411">
        <w:rPr>
          <w:rStyle w:val="Heading2Char"/>
          <w:rFonts w:cs="Times New Roman"/>
          <w:b/>
          <w:bCs/>
        </w:rPr>
        <w:t xml:space="preserve">4.3. </w:t>
      </w:r>
      <w:proofErr w:type="spellStart"/>
      <w:r w:rsidRPr="00076411">
        <w:rPr>
          <w:rStyle w:val="Heading2Char"/>
          <w:rFonts w:cs="Times New Roman"/>
          <w:b/>
          <w:bCs/>
        </w:rPr>
        <w:t>Bật</w:t>
      </w:r>
      <w:proofErr w:type="spellEnd"/>
      <w:r w:rsidRPr="00076411">
        <w:rPr>
          <w:rStyle w:val="Heading2Char"/>
          <w:rFonts w:cs="Times New Roman"/>
          <w:b/>
          <w:bCs/>
        </w:rPr>
        <w:t xml:space="preserve"> TLS </w:t>
      </w:r>
      <w:r w:rsidR="0071529D" w:rsidRPr="00076411">
        <w:rPr>
          <w:rFonts w:cs="Times New Roman"/>
        </w:rPr>
        <w:t xml:space="preserve">1.2 </w:t>
      </w:r>
      <w:proofErr w:type="spellStart"/>
      <w:r w:rsidR="0071529D" w:rsidRPr="00076411">
        <w:rPr>
          <w:rFonts w:cs="Times New Roman"/>
        </w:rPr>
        <w:t>cho</w:t>
      </w:r>
      <w:proofErr w:type="spellEnd"/>
      <w:r w:rsidR="0071529D" w:rsidRPr="00076411">
        <w:rPr>
          <w:rFonts w:cs="Times New Roman"/>
        </w:rPr>
        <w:t xml:space="preserve"> Windows 7</w:t>
      </w:r>
      <w:bookmarkEnd w:id="12"/>
    </w:p>
    <w:p w14:paraId="1F363536" w14:textId="05F84AF3" w:rsidR="007D4A4A" w:rsidRPr="00012173" w:rsidRDefault="0071529D" w:rsidP="00012173">
      <w:pPr>
        <w:pStyle w:val="ListParagraph"/>
        <w:numPr>
          <w:ilvl w:val="0"/>
          <w:numId w:val="14"/>
        </w:numPr>
        <w:ind w:left="426"/>
        <w:rPr>
          <w:rFonts w:cs="Times New Roman"/>
          <w:sz w:val="26"/>
          <w:szCs w:val="26"/>
        </w:rPr>
      </w:pPr>
      <w:proofErr w:type="spellStart"/>
      <w:r w:rsidRPr="00012173">
        <w:rPr>
          <w:rFonts w:cs="Times New Roman"/>
          <w:sz w:val="26"/>
          <w:szCs w:val="26"/>
        </w:rPr>
        <w:t>Bước</w:t>
      </w:r>
      <w:proofErr w:type="spellEnd"/>
      <w:r w:rsidRPr="00012173">
        <w:rPr>
          <w:rFonts w:cs="Times New Roman"/>
          <w:sz w:val="26"/>
          <w:szCs w:val="26"/>
        </w:rPr>
        <w:t xml:space="preserve"> 1: Sau </w:t>
      </w:r>
      <w:proofErr w:type="spellStart"/>
      <w:r w:rsidRPr="00012173">
        <w:rPr>
          <w:rFonts w:cs="Times New Roman"/>
          <w:sz w:val="26"/>
          <w:szCs w:val="26"/>
        </w:rPr>
        <w:t>khi</w:t>
      </w:r>
      <w:proofErr w:type="spellEnd"/>
      <w:r w:rsidRPr="00012173">
        <w:rPr>
          <w:rFonts w:cs="Times New Roman"/>
          <w:sz w:val="26"/>
          <w:szCs w:val="26"/>
        </w:rPr>
        <w:t xml:space="preserve"> </w:t>
      </w:r>
      <w:proofErr w:type="spellStart"/>
      <w:r w:rsidRPr="00012173">
        <w:rPr>
          <w:rFonts w:cs="Times New Roman"/>
          <w:sz w:val="26"/>
          <w:szCs w:val="26"/>
        </w:rPr>
        <w:t>cài</w:t>
      </w:r>
      <w:proofErr w:type="spellEnd"/>
      <w:r w:rsidRPr="00012173">
        <w:rPr>
          <w:rFonts w:cs="Times New Roman"/>
          <w:sz w:val="26"/>
          <w:szCs w:val="26"/>
        </w:rPr>
        <w:t xml:space="preserve"> </w:t>
      </w:r>
      <w:proofErr w:type="spellStart"/>
      <w:r w:rsidRPr="00012173">
        <w:rPr>
          <w:rFonts w:cs="Times New Roman"/>
          <w:sz w:val="26"/>
          <w:szCs w:val="26"/>
        </w:rPr>
        <w:t>đặt</w:t>
      </w:r>
      <w:proofErr w:type="spellEnd"/>
      <w:r w:rsidRPr="00012173">
        <w:rPr>
          <w:rFonts w:cs="Times New Roman"/>
          <w:sz w:val="26"/>
          <w:szCs w:val="26"/>
        </w:rPr>
        <w:t xml:space="preserve"> </w:t>
      </w:r>
      <w:proofErr w:type="spellStart"/>
      <w:r w:rsidRPr="00012173">
        <w:rPr>
          <w:rFonts w:cs="Times New Roman"/>
          <w:sz w:val="26"/>
          <w:szCs w:val="26"/>
        </w:rPr>
        <w:t>thành</w:t>
      </w:r>
      <w:proofErr w:type="spellEnd"/>
      <w:r w:rsidRPr="00012173">
        <w:rPr>
          <w:rFonts w:cs="Times New Roman"/>
          <w:sz w:val="26"/>
          <w:szCs w:val="26"/>
        </w:rPr>
        <w:t xml:space="preserve"> </w:t>
      </w:r>
      <w:proofErr w:type="spellStart"/>
      <w:r w:rsidRPr="00012173">
        <w:rPr>
          <w:rFonts w:cs="Times New Roman"/>
          <w:sz w:val="26"/>
          <w:szCs w:val="26"/>
        </w:rPr>
        <w:t>công</w:t>
      </w:r>
      <w:proofErr w:type="spellEnd"/>
      <w:r w:rsidRPr="00012173">
        <w:rPr>
          <w:rFonts w:cs="Times New Roman"/>
          <w:sz w:val="26"/>
          <w:szCs w:val="26"/>
        </w:rPr>
        <w:t xml:space="preserve">, </w:t>
      </w:r>
      <w:proofErr w:type="spellStart"/>
      <w:r w:rsidRPr="00012173">
        <w:rPr>
          <w:rFonts w:cs="Times New Roman"/>
          <w:sz w:val="26"/>
          <w:szCs w:val="26"/>
        </w:rPr>
        <w:t>nhấp</w:t>
      </w:r>
      <w:proofErr w:type="spellEnd"/>
      <w:r w:rsidRPr="00012173">
        <w:rPr>
          <w:rFonts w:cs="Times New Roman"/>
          <w:sz w:val="26"/>
          <w:szCs w:val="26"/>
        </w:rPr>
        <w:t xml:space="preserve"> </w:t>
      </w:r>
      <w:proofErr w:type="spellStart"/>
      <w:r w:rsidRPr="00012173">
        <w:rPr>
          <w:rFonts w:cs="Times New Roman"/>
          <w:sz w:val="26"/>
          <w:szCs w:val="26"/>
        </w:rPr>
        <w:t>chuột</w:t>
      </w:r>
      <w:proofErr w:type="spellEnd"/>
      <w:r w:rsidRPr="00012173">
        <w:rPr>
          <w:rFonts w:cs="Times New Roman"/>
          <w:sz w:val="26"/>
          <w:szCs w:val="26"/>
        </w:rPr>
        <w:t xml:space="preserve"> </w:t>
      </w:r>
      <w:proofErr w:type="spellStart"/>
      <w:r w:rsidRPr="00012173">
        <w:rPr>
          <w:rFonts w:cs="Times New Roman"/>
          <w:sz w:val="26"/>
          <w:szCs w:val="26"/>
        </w:rPr>
        <w:t>phải</w:t>
      </w:r>
      <w:proofErr w:type="spellEnd"/>
      <w:r w:rsidRPr="00012173">
        <w:rPr>
          <w:rFonts w:cs="Times New Roman"/>
          <w:sz w:val="26"/>
          <w:szCs w:val="26"/>
        </w:rPr>
        <w:t xml:space="preserve"> </w:t>
      </w:r>
      <w:proofErr w:type="spellStart"/>
      <w:r w:rsidRPr="00012173">
        <w:rPr>
          <w:rFonts w:cs="Times New Roman"/>
          <w:sz w:val="26"/>
          <w:szCs w:val="26"/>
        </w:rPr>
        <w:t>vào</w:t>
      </w:r>
      <w:proofErr w:type="spellEnd"/>
      <w:r w:rsidRPr="00012173">
        <w:rPr>
          <w:rFonts w:cs="Times New Roman"/>
          <w:sz w:val="26"/>
          <w:szCs w:val="26"/>
        </w:rPr>
        <w:t xml:space="preserve"> </w:t>
      </w:r>
      <w:proofErr w:type="spellStart"/>
      <w:r w:rsidRPr="00012173">
        <w:rPr>
          <w:rFonts w:cs="Times New Roman"/>
          <w:sz w:val="26"/>
          <w:szCs w:val="26"/>
        </w:rPr>
        <w:t>biểu</w:t>
      </w:r>
      <w:proofErr w:type="spellEnd"/>
      <w:r w:rsidRPr="00012173">
        <w:rPr>
          <w:rFonts w:cs="Times New Roman"/>
          <w:sz w:val="26"/>
          <w:szCs w:val="26"/>
        </w:rPr>
        <w:t xml:space="preserve"> </w:t>
      </w:r>
      <w:proofErr w:type="spellStart"/>
      <w:r w:rsidRPr="00012173">
        <w:rPr>
          <w:rFonts w:cs="Times New Roman"/>
          <w:sz w:val="26"/>
          <w:szCs w:val="26"/>
        </w:rPr>
        <w:t>tượng</w:t>
      </w:r>
      <w:proofErr w:type="spellEnd"/>
      <w:r w:rsidRPr="00012173">
        <w:rPr>
          <w:rFonts w:cs="Times New Roman"/>
          <w:sz w:val="26"/>
          <w:szCs w:val="26"/>
        </w:rPr>
        <w:t xml:space="preserve"> Vietnam Social Security Declaration </w:t>
      </w:r>
      <w:proofErr w:type="spellStart"/>
      <w:r w:rsidRPr="00012173">
        <w:rPr>
          <w:rFonts w:cs="Times New Roman"/>
          <w:sz w:val="26"/>
          <w:szCs w:val="26"/>
        </w:rPr>
        <w:t>tại</w:t>
      </w:r>
      <w:proofErr w:type="spellEnd"/>
      <w:r w:rsidRPr="00012173">
        <w:rPr>
          <w:rFonts w:cs="Times New Roman"/>
          <w:sz w:val="26"/>
          <w:szCs w:val="26"/>
        </w:rPr>
        <w:t xml:space="preserve"> </w:t>
      </w:r>
      <w:proofErr w:type="spellStart"/>
      <w:r w:rsidRPr="00012173">
        <w:rPr>
          <w:rFonts w:cs="Times New Roman"/>
          <w:sz w:val="26"/>
          <w:szCs w:val="26"/>
        </w:rPr>
        <w:t>khu</w:t>
      </w:r>
      <w:proofErr w:type="spellEnd"/>
      <w:r w:rsidRPr="00012173">
        <w:rPr>
          <w:rFonts w:cs="Times New Roman"/>
          <w:sz w:val="26"/>
          <w:szCs w:val="26"/>
        </w:rPr>
        <w:t xml:space="preserve"> </w:t>
      </w:r>
      <w:proofErr w:type="spellStart"/>
      <w:r w:rsidRPr="00012173">
        <w:rPr>
          <w:rFonts w:cs="Times New Roman"/>
          <w:sz w:val="26"/>
          <w:szCs w:val="26"/>
        </w:rPr>
        <w:t>vực</w:t>
      </w:r>
      <w:proofErr w:type="spellEnd"/>
      <w:r w:rsidRPr="00012173">
        <w:rPr>
          <w:rFonts w:cs="Times New Roman"/>
          <w:sz w:val="26"/>
          <w:szCs w:val="26"/>
        </w:rPr>
        <w:t xml:space="preserve"> </w:t>
      </w:r>
      <w:proofErr w:type="spellStart"/>
      <w:r w:rsidRPr="00012173">
        <w:rPr>
          <w:rFonts w:cs="Times New Roman"/>
          <w:sz w:val="26"/>
          <w:szCs w:val="26"/>
        </w:rPr>
        <w:t>khay</w:t>
      </w:r>
      <w:proofErr w:type="spellEnd"/>
      <w:r w:rsidRPr="00012173">
        <w:rPr>
          <w:rFonts w:cs="Times New Roman"/>
          <w:sz w:val="26"/>
          <w:szCs w:val="26"/>
        </w:rPr>
        <w:t xml:space="preserve"> </w:t>
      </w:r>
      <w:proofErr w:type="spellStart"/>
      <w:r w:rsidRPr="00012173">
        <w:rPr>
          <w:rFonts w:cs="Times New Roman"/>
          <w:sz w:val="26"/>
          <w:szCs w:val="26"/>
        </w:rPr>
        <w:t>hệ</w:t>
      </w:r>
      <w:proofErr w:type="spellEnd"/>
      <w:r w:rsidRPr="00012173">
        <w:rPr>
          <w:rFonts w:cs="Times New Roman"/>
          <w:sz w:val="26"/>
          <w:szCs w:val="26"/>
        </w:rPr>
        <w:t xml:space="preserve"> </w:t>
      </w:r>
      <w:proofErr w:type="spellStart"/>
      <w:r w:rsidRPr="00012173">
        <w:rPr>
          <w:rFonts w:cs="Times New Roman"/>
          <w:sz w:val="26"/>
          <w:szCs w:val="26"/>
        </w:rPr>
        <w:t>thống</w:t>
      </w:r>
      <w:proofErr w:type="spellEnd"/>
      <w:r w:rsidRPr="00012173">
        <w:rPr>
          <w:rFonts w:cs="Times New Roman"/>
          <w:sz w:val="26"/>
          <w:szCs w:val="26"/>
        </w:rPr>
        <w:t xml:space="preserve"> (System Tray) ở </w:t>
      </w:r>
      <w:proofErr w:type="spellStart"/>
      <w:r w:rsidRPr="00012173">
        <w:rPr>
          <w:rFonts w:cs="Times New Roman"/>
          <w:sz w:val="26"/>
          <w:szCs w:val="26"/>
        </w:rPr>
        <w:t>góc</w:t>
      </w:r>
      <w:proofErr w:type="spellEnd"/>
      <w:r w:rsidRPr="00012173">
        <w:rPr>
          <w:rFonts w:cs="Times New Roman"/>
          <w:sz w:val="26"/>
          <w:szCs w:val="26"/>
        </w:rPr>
        <w:t xml:space="preserve"> </w:t>
      </w:r>
      <w:proofErr w:type="spellStart"/>
      <w:r w:rsidRPr="00012173">
        <w:rPr>
          <w:rFonts w:cs="Times New Roman"/>
          <w:sz w:val="26"/>
          <w:szCs w:val="26"/>
        </w:rPr>
        <w:t>phải</w:t>
      </w:r>
      <w:proofErr w:type="spellEnd"/>
      <w:r w:rsidRPr="00012173">
        <w:rPr>
          <w:rFonts w:cs="Times New Roman"/>
          <w:sz w:val="26"/>
          <w:szCs w:val="26"/>
        </w:rPr>
        <w:t xml:space="preserve"> </w:t>
      </w:r>
      <w:proofErr w:type="spellStart"/>
      <w:r w:rsidRPr="00012173">
        <w:rPr>
          <w:rFonts w:cs="Times New Roman"/>
          <w:sz w:val="26"/>
          <w:szCs w:val="26"/>
        </w:rPr>
        <w:t>thanh</w:t>
      </w:r>
      <w:proofErr w:type="spellEnd"/>
      <w:r w:rsidRPr="00012173">
        <w:rPr>
          <w:rFonts w:cs="Times New Roman"/>
          <w:sz w:val="26"/>
          <w:szCs w:val="26"/>
        </w:rPr>
        <w:t xml:space="preserve"> Taskbar, </w:t>
      </w:r>
      <w:proofErr w:type="spellStart"/>
      <w:r w:rsidRPr="00012173">
        <w:rPr>
          <w:rFonts w:cs="Times New Roman"/>
          <w:sz w:val="26"/>
          <w:szCs w:val="26"/>
        </w:rPr>
        <w:t>sau</w:t>
      </w:r>
      <w:proofErr w:type="spellEnd"/>
      <w:r w:rsidRPr="00012173">
        <w:rPr>
          <w:rFonts w:cs="Times New Roman"/>
          <w:sz w:val="26"/>
          <w:szCs w:val="26"/>
        </w:rPr>
        <w:t xml:space="preserve"> </w:t>
      </w:r>
      <w:proofErr w:type="spellStart"/>
      <w:r w:rsidRPr="00012173">
        <w:rPr>
          <w:rFonts w:cs="Times New Roman"/>
          <w:sz w:val="26"/>
          <w:szCs w:val="26"/>
        </w:rPr>
        <w:t>đó</w:t>
      </w:r>
      <w:proofErr w:type="spellEnd"/>
      <w:r w:rsidRPr="00012173">
        <w:rPr>
          <w:rFonts w:cs="Times New Roman"/>
          <w:sz w:val="26"/>
          <w:szCs w:val="26"/>
        </w:rPr>
        <w:t xml:space="preserve"> </w:t>
      </w:r>
      <w:proofErr w:type="spellStart"/>
      <w:r w:rsidRPr="00012173">
        <w:rPr>
          <w:rFonts w:cs="Times New Roman"/>
          <w:sz w:val="26"/>
          <w:szCs w:val="26"/>
        </w:rPr>
        <w:t>chọn</w:t>
      </w:r>
      <w:proofErr w:type="spellEnd"/>
      <w:r w:rsidRPr="00012173">
        <w:rPr>
          <w:rFonts w:cs="Times New Roman"/>
          <w:sz w:val="26"/>
          <w:szCs w:val="26"/>
        </w:rPr>
        <w:t xml:space="preserve"> "</w:t>
      </w:r>
      <w:proofErr w:type="spellStart"/>
      <w:r w:rsidRPr="00012173">
        <w:rPr>
          <w:rFonts w:cs="Times New Roman"/>
          <w:sz w:val="26"/>
          <w:szCs w:val="26"/>
        </w:rPr>
        <w:t>Trợ</w:t>
      </w:r>
      <w:proofErr w:type="spellEnd"/>
      <w:r w:rsidRPr="00012173">
        <w:rPr>
          <w:rFonts w:cs="Times New Roman"/>
          <w:sz w:val="26"/>
          <w:szCs w:val="26"/>
        </w:rPr>
        <w:t xml:space="preserve"> </w:t>
      </w:r>
      <w:proofErr w:type="spellStart"/>
      <w:r w:rsidRPr="00012173">
        <w:rPr>
          <w:rFonts w:cs="Times New Roman"/>
          <w:sz w:val="26"/>
          <w:szCs w:val="26"/>
        </w:rPr>
        <w:t>giúp</w:t>
      </w:r>
      <w:proofErr w:type="spellEnd"/>
      <w:r w:rsidRPr="00012173">
        <w:rPr>
          <w:rFonts w:cs="Times New Roman"/>
          <w:sz w:val="26"/>
          <w:szCs w:val="26"/>
        </w:rPr>
        <w:t xml:space="preserve">" </w:t>
      </w:r>
      <w:proofErr w:type="spellStart"/>
      <w:r w:rsidRPr="00012173">
        <w:rPr>
          <w:rFonts w:cs="Times New Roman"/>
          <w:sz w:val="26"/>
          <w:szCs w:val="26"/>
        </w:rPr>
        <w:t>rồi</w:t>
      </w:r>
      <w:proofErr w:type="spellEnd"/>
      <w:r w:rsidRPr="00012173">
        <w:rPr>
          <w:rFonts w:cs="Times New Roman"/>
          <w:sz w:val="26"/>
          <w:szCs w:val="26"/>
        </w:rPr>
        <w:t xml:space="preserve"> </w:t>
      </w:r>
      <w:proofErr w:type="spellStart"/>
      <w:r w:rsidRPr="00012173">
        <w:rPr>
          <w:rFonts w:cs="Times New Roman"/>
          <w:sz w:val="26"/>
          <w:szCs w:val="26"/>
        </w:rPr>
        <w:t>chọn</w:t>
      </w:r>
      <w:proofErr w:type="spellEnd"/>
      <w:r w:rsidRPr="00012173">
        <w:rPr>
          <w:rFonts w:cs="Times New Roman"/>
          <w:sz w:val="26"/>
          <w:szCs w:val="26"/>
        </w:rPr>
        <w:t xml:space="preserve"> "</w:t>
      </w:r>
      <w:proofErr w:type="spellStart"/>
      <w:r w:rsidRPr="00012173">
        <w:rPr>
          <w:rFonts w:cs="Times New Roman"/>
          <w:sz w:val="26"/>
          <w:szCs w:val="26"/>
        </w:rPr>
        <w:t>Bật</w:t>
      </w:r>
      <w:proofErr w:type="spellEnd"/>
      <w:r w:rsidRPr="00012173">
        <w:rPr>
          <w:rFonts w:cs="Times New Roman"/>
          <w:sz w:val="26"/>
          <w:szCs w:val="26"/>
        </w:rPr>
        <w:t xml:space="preserve"> TLS 12 </w:t>
      </w:r>
      <w:proofErr w:type="spellStart"/>
      <w:r w:rsidRPr="00012173">
        <w:rPr>
          <w:rFonts w:cs="Times New Roman"/>
          <w:sz w:val="26"/>
          <w:szCs w:val="26"/>
        </w:rPr>
        <w:t>trên</w:t>
      </w:r>
      <w:proofErr w:type="spellEnd"/>
      <w:r w:rsidRPr="00012173">
        <w:rPr>
          <w:rFonts w:cs="Times New Roman"/>
          <w:sz w:val="26"/>
          <w:szCs w:val="26"/>
        </w:rPr>
        <w:t xml:space="preserve"> Win 7".</w:t>
      </w:r>
    </w:p>
    <w:p w14:paraId="7A64E679" w14:textId="28ADBF1C" w:rsidR="0071529D" w:rsidRDefault="0071529D" w:rsidP="0071529D">
      <w:pPr>
        <w:jc w:val="center"/>
        <w:rPr>
          <w:rFonts w:cs="Times New Roman"/>
          <w:sz w:val="26"/>
          <w:szCs w:val="26"/>
        </w:rPr>
      </w:pPr>
      <w:r>
        <w:rPr>
          <w:rFonts w:cs="Times New Roman"/>
          <w:noProof/>
          <w:sz w:val="26"/>
          <w:szCs w:val="26"/>
        </w:rPr>
        <w:drawing>
          <wp:inline distT="0" distB="0" distL="0" distR="0" wp14:anchorId="7AE22E89" wp14:editId="30041BDD">
            <wp:extent cx="4295775" cy="3400425"/>
            <wp:effectExtent l="0" t="0" r="9525" b="9525"/>
            <wp:docPr id="2104139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5775" cy="3400425"/>
                    </a:xfrm>
                    <a:prstGeom prst="rect">
                      <a:avLst/>
                    </a:prstGeom>
                    <a:noFill/>
                    <a:ln>
                      <a:noFill/>
                    </a:ln>
                  </pic:spPr>
                </pic:pic>
              </a:graphicData>
            </a:graphic>
          </wp:inline>
        </w:drawing>
      </w:r>
    </w:p>
    <w:p w14:paraId="1D255BB7" w14:textId="07C9508A" w:rsidR="007D4A4A" w:rsidRDefault="0071529D" w:rsidP="0071529D">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10</w:t>
      </w:r>
      <w:r w:rsidRPr="000C37B8">
        <w:rPr>
          <w:rFonts w:cs="Times New Roman"/>
          <w:i/>
          <w:iCs/>
        </w:rPr>
        <w:t xml:space="preserve">. </w:t>
      </w:r>
      <w:proofErr w:type="spellStart"/>
      <w:r w:rsidRPr="000C37B8">
        <w:rPr>
          <w:rFonts w:cs="Times New Roman"/>
          <w:i/>
          <w:iCs/>
        </w:rPr>
        <w:t>Chọn</w:t>
      </w:r>
      <w:proofErr w:type="spellEnd"/>
      <w:r w:rsidRPr="000C37B8">
        <w:rPr>
          <w:rFonts w:cs="Times New Roman"/>
          <w:i/>
          <w:iCs/>
        </w:rPr>
        <w:t xml:space="preserve"> </w:t>
      </w:r>
      <w:proofErr w:type="spellStart"/>
      <w:r w:rsidRPr="000C37B8">
        <w:rPr>
          <w:rFonts w:cs="Times New Roman"/>
          <w:i/>
          <w:iCs/>
        </w:rPr>
        <w:t>chức</w:t>
      </w:r>
      <w:proofErr w:type="spellEnd"/>
      <w:r w:rsidRPr="000C37B8">
        <w:rPr>
          <w:rFonts w:cs="Times New Roman"/>
          <w:i/>
          <w:iCs/>
        </w:rPr>
        <w:t xml:space="preserve"> </w:t>
      </w:r>
      <w:proofErr w:type="spellStart"/>
      <w:r w:rsidRPr="000C37B8">
        <w:rPr>
          <w:rFonts w:cs="Times New Roman"/>
          <w:i/>
          <w:iCs/>
        </w:rPr>
        <w:t>năng</w:t>
      </w:r>
      <w:proofErr w:type="spellEnd"/>
      <w:r w:rsidR="00501297">
        <w:rPr>
          <w:rFonts w:cs="Times New Roman"/>
          <w:i/>
          <w:iCs/>
        </w:rPr>
        <w:t xml:space="preserve"> </w:t>
      </w:r>
      <w:r w:rsidR="00501297" w:rsidRPr="00501297">
        <w:rPr>
          <w:rFonts w:cs="Times New Roman"/>
          <w:i/>
          <w:iCs/>
        </w:rPr>
        <w:t>"</w:t>
      </w:r>
      <w:proofErr w:type="spellStart"/>
      <w:r w:rsidR="00501297" w:rsidRPr="00501297">
        <w:rPr>
          <w:rFonts w:cs="Times New Roman"/>
          <w:i/>
          <w:iCs/>
        </w:rPr>
        <w:t>Trợ</w:t>
      </w:r>
      <w:proofErr w:type="spellEnd"/>
      <w:r w:rsidR="00501297" w:rsidRPr="00501297">
        <w:rPr>
          <w:rFonts w:cs="Times New Roman"/>
          <w:i/>
          <w:iCs/>
        </w:rPr>
        <w:t xml:space="preserve"> </w:t>
      </w:r>
      <w:proofErr w:type="spellStart"/>
      <w:r w:rsidR="00501297" w:rsidRPr="00501297">
        <w:rPr>
          <w:rFonts w:cs="Times New Roman"/>
          <w:i/>
          <w:iCs/>
        </w:rPr>
        <w:t>giúp</w:t>
      </w:r>
      <w:proofErr w:type="spellEnd"/>
      <w:r w:rsidR="00501297" w:rsidRPr="00501297">
        <w:rPr>
          <w:rFonts w:cs="Times New Roman"/>
          <w:i/>
          <w:iCs/>
        </w:rPr>
        <w:t xml:space="preserve">" </w:t>
      </w:r>
      <w:proofErr w:type="spellStart"/>
      <w:r w:rsidR="00501297" w:rsidRPr="00501297">
        <w:rPr>
          <w:rFonts w:cs="Times New Roman"/>
          <w:i/>
          <w:iCs/>
        </w:rPr>
        <w:t>rồi</w:t>
      </w:r>
      <w:proofErr w:type="spellEnd"/>
      <w:r w:rsidR="00501297" w:rsidRPr="00501297">
        <w:rPr>
          <w:rFonts w:cs="Times New Roman"/>
          <w:i/>
          <w:iCs/>
        </w:rPr>
        <w:t xml:space="preserve"> </w:t>
      </w:r>
      <w:proofErr w:type="spellStart"/>
      <w:r w:rsidR="00501297" w:rsidRPr="00501297">
        <w:rPr>
          <w:rFonts w:cs="Times New Roman"/>
          <w:i/>
          <w:iCs/>
        </w:rPr>
        <w:t>chọn</w:t>
      </w:r>
      <w:proofErr w:type="spellEnd"/>
      <w:r w:rsidRPr="000C37B8">
        <w:rPr>
          <w:rFonts w:cs="Times New Roman"/>
          <w:i/>
          <w:iCs/>
        </w:rPr>
        <w:t xml:space="preserve"> "</w:t>
      </w:r>
      <w:proofErr w:type="spellStart"/>
      <w:r w:rsidRPr="0071529D">
        <w:rPr>
          <w:rFonts w:cs="Times New Roman"/>
          <w:i/>
          <w:iCs/>
        </w:rPr>
        <w:t>Bật</w:t>
      </w:r>
      <w:proofErr w:type="spellEnd"/>
      <w:r w:rsidRPr="0071529D">
        <w:rPr>
          <w:rFonts w:cs="Times New Roman"/>
          <w:i/>
          <w:iCs/>
        </w:rPr>
        <w:t xml:space="preserve"> TLS 12 </w:t>
      </w:r>
      <w:proofErr w:type="spellStart"/>
      <w:r w:rsidRPr="0071529D">
        <w:rPr>
          <w:rFonts w:cs="Times New Roman"/>
          <w:i/>
          <w:iCs/>
        </w:rPr>
        <w:t>trên</w:t>
      </w:r>
      <w:proofErr w:type="spellEnd"/>
      <w:r w:rsidRPr="0071529D">
        <w:rPr>
          <w:rFonts w:cs="Times New Roman"/>
          <w:i/>
          <w:iCs/>
        </w:rPr>
        <w:t xml:space="preserve"> Win 7</w:t>
      </w:r>
      <w:r w:rsidRPr="000C37B8">
        <w:rPr>
          <w:rFonts w:cs="Times New Roman"/>
          <w:i/>
          <w:iCs/>
        </w:rPr>
        <w:t xml:space="preserve">" </w:t>
      </w:r>
      <w:proofErr w:type="spellStart"/>
      <w:r w:rsidRPr="000C37B8">
        <w:rPr>
          <w:rFonts w:cs="Times New Roman"/>
          <w:i/>
          <w:iCs/>
        </w:rPr>
        <w:t>từ</w:t>
      </w:r>
      <w:proofErr w:type="spellEnd"/>
      <w:r w:rsidRPr="000C37B8">
        <w:rPr>
          <w:rFonts w:cs="Times New Roman"/>
          <w:i/>
          <w:iCs/>
        </w:rPr>
        <w:t xml:space="preserve"> </w:t>
      </w:r>
      <w:proofErr w:type="spellStart"/>
      <w:r w:rsidRPr="000C37B8">
        <w:rPr>
          <w:rFonts w:cs="Times New Roman"/>
          <w:i/>
          <w:iCs/>
        </w:rPr>
        <w:t>biểu</w:t>
      </w:r>
      <w:proofErr w:type="spellEnd"/>
      <w:r w:rsidRPr="000C37B8">
        <w:rPr>
          <w:rFonts w:cs="Times New Roman"/>
          <w:i/>
          <w:iCs/>
        </w:rPr>
        <w:t xml:space="preserve"> </w:t>
      </w:r>
      <w:proofErr w:type="spellStart"/>
      <w:r w:rsidRPr="000C37B8">
        <w:rPr>
          <w:rFonts w:cs="Times New Roman"/>
          <w:i/>
          <w:iCs/>
        </w:rPr>
        <w:t>tượng</w:t>
      </w:r>
      <w:proofErr w:type="spellEnd"/>
      <w:r w:rsidRPr="000C37B8">
        <w:rPr>
          <w:rFonts w:cs="Times New Roman"/>
          <w:i/>
          <w:iCs/>
        </w:rPr>
        <w:t xml:space="preserve"> </w:t>
      </w:r>
      <w:proofErr w:type="spellStart"/>
      <w:r w:rsidRPr="000C37B8">
        <w:rPr>
          <w:rFonts w:cs="Times New Roman"/>
          <w:i/>
          <w:iCs/>
        </w:rPr>
        <w:t>ứng</w:t>
      </w:r>
      <w:proofErr w:type="spellEnd"/>
      <w:r w:rsidRPr="000C37B8">
        <w:rPr>
          <w:rFonts w:cs="Times New Roman"/>
          <w:i/>
          <w:iCs/>
        </w:rPr>
        <w:t xml:space="preserve"> </w:t>
      </w:r>
      <w:proofErr w:type="spellStart"/>
      <w:r w:rsidRPr="000C37B8">
        <w:rPr>
          <w:rFonts w:cs="Times New Roman"/>
          <w:i/>
          <w:iCs/>
        </w:rPr>
        <w:t>dụng</w:t>
      </w:r>
      <w:proofErr w:type="spellEnd"/>
    </w:p>
    <w:p w14:paraId="6A29FD0C" w14:textId="77777777" w:rsidR="0071529D" w:rsidRPr="00012173" w:rsidRDefault="0071529D" w:rsidP="00012173">
      <w:pPr>
        <w:pStyle w:val="ListParagraph"/>
        <w:numPr>
          <w:ilvl w:val="0"/>
          <w:numId w:val="14"/>
        </w:numPr>
        <w:ind w:left="426"/>
        <w:rPr>
          <w:rFonts w:cs="Times New Roman"/>
          <w:sz w:val="26"/>
          <w:szCs w:val="26"/>
        </w:rPr>
      </w:pPr>
      <w:proofErr w:type="spellStart"/>
      <w:r w:rsidRPr="00012173">
        <w:rPr>
          <w:rFonts w:cs="Times New Roman"/>
          <w:sz w:val="26"/>
          <w:szCs w:val="26"/>
        </w:rPr>
        <w:t>Bước</w:t>
      </w:r>
      <w:proofErr w:type="spellEnd"/>
      <w:r w:rsidRPr="00012173">
        <w:rPr>
          <w:rFonts w:cs="Times New Roman"/>
          <w:sz w:val="26"/>
          <w:szCs w:val="26"/>
        </w:rPr>
        <w:t xml:space="preserve"> 2: Sau </w:t>
      </w:r>
      <w:proofErr w:type="spellStart"/>
      <w:r w:rsidRPr="00012173">
        <w:rPr>
          <w:rFonts w:cs="Times New Roman"/>
          <w:sz w:val="26"/>
          <w:szCs w:val="26"/>
        </w:rPr>
        <w:t>khi</w:t>
      </w:r>
      <w:proofErr w:type="spellEnd"/>
      <w:r w:rsidRPr="00012173">
        <w:rPr>
          <w:rFonts w:cs="Times New Roman"/>
          <w:sz w:val="26"/>
          <w:szCs w:val="26"/>
        </w:rPr>
        <w:t xml:space="preserve"> </w:t>
      </w:r>
      <w:proofErr w:type="spellStart"/>
      <w:r w:rsidRPr="00012173">
        <w:rPr>
          <w:rFonts w:cs="Times New Roman"/>
          <w:sz w:val="26"/>
          <w:szCs w:val="26"/>
        </w:rPr>
        <w:t>ứng</w:t>
      </w:r>
      <w:proofErr w:type="spellEnd"/>
      <w:r w:rsidRPr="00012173">
        <w:rPr>
          <w:rFonts w:cs="Times New Roman"/>
          <w:sz w:val="26"/>
          <w:szCs w:val="26"/>
        </w:rPr>
        <w:t xml:space="preserve"> </w:t>
      </w:r>
      <w:proofErr w:type="spellStart"/>
      <w:r w:rsidRPr="00012173">
        <w:rPr>
          <w:rFonts w:cs="Times New Roman"/>
          <w:sz w:val="26"/>
          <w:szCs w:val="26"/>
        </w:rPr>
        <w:t>dụng</w:t>
      </w:r>
      <w:proofErr w:type="spellEnd"/>
      <w:r w:rsidRPr="00012173">
        <w:rPr>
          <w:rFonts w:cs="Times New Roman"/>
          <w:sz w:val="26"/>
          <w:szCs w:val="26"/>
        </w:rPr>
        <w:t xml:space="preserve"> </w:t>
      </w:r>
      <w:proofErr w:type="spellStart"/>
      <w:r w:rsidRPr="00012173">
        <w:rPr>
          <w:rFonts w:cs="Times New Roman"/>
          <w:sz w:val="26"/>
          <w:szCs w:val="26"/>
        </w:rPr>
        <w:t>chạy</w:t>
      </w:r>
      <w:proofErr w:type="spellEnd"/>
      <w:r w:rsidRPr="00012173">
        <w:rPr>
          <w:rFonts w:cs="Times New Roman"/>
          <w:sz w:val="26"/>
          <w:szCs w:val="26"/>
        </w:rPr>
        <w:t xml:space="preserve"> </w:t>
      </w:r>
      <w:proofErr w:type="spellStart"/>
      <w:r w:rsidRPr="00012173">
        <w:rPr>
          <w:rFonts w:cs="Times New Roman"/>
          <w:sz w:val="26"/>
          <w:szCs w:val="26"/>
        </w:rPr>
        <w:t>bật</w:t>
      </w:r>
      <w:proofErr w:type="spellEnd"/>
      <w:r w:rsidRPr="00012173">
        <w:rPr>
          <w:rFonts w:cs="Times New Roman"/>
          <w:sz w:val="26"/>
          <w:szCs w:val="26"/>
        </w:rPr>
        <w:t xml:space="preserve"> TLS 1.2 </w:t>
      </w:r>
      <w:proofErr w:type="spellStart"/>
      <w:r w:rsidRPr="00012173">
        <w:rPr>
          <w:rFonts w:cs="Times New Roman"/>
          <w:sz w:val="26"/>
          <w:szCs w:val="26"/>
        </w:rPr>
        <w:t>thành</w:t>
      </w:r>
      <w:proofErr w:type="spellEnd"/>
      <w:r w:rsidRPr="00012173">
        <w:rPr>
          <w:rFonts w:cs="Times New Roman"/>
          <w:sz w:val="26"/>
          <w:szCs w:val="26"/>
        </w:rPr>
        <w:t xml:space="preserve"> </w:t>
      </w:r>
      <w:proofErr w:type="spellStart"/>
      <w:r w:rsidRPr="00012173">
        <w:rPr>
          <w:rFonts w:cs="Times New Roman"/>
          <w:sz w:val="26"/>
          <w:szCs w:val="26"/>
        </w:rPr>
        <w:t>công</w:t>
      </w:r>
      <w:proofErr w:type="spellEnd"/>
      <w:r w:rsidRPr="00012173">
        <w:rPr>
          <w:rFonts w:cs="Times New Roman"/>
          <w:sz w:val="26"/>
          <w:szCs w:val="26"/>
        </w:rPr>
        <w:t xml:space="preserve"> </w:t>
      </w:r>
      <w:proofErr w:type="spellStart"/>
      <w:r w:rsidRPr="00012173">
        <w:rPr>
          <w:rFonts w:cs="Times New Roman"/>
          <w:sz w:val="26"/>
          <w:szCs w:val="26"/>
        </w:rPr>
        <w:t>sẽ</w:t>
      </w:r>
      <w:proofErr w:type="spellEnd"/>
      <w:r w:rsidRPr="00012173">
        <w:rPr>
          <w:rFonts w:cs="Times New Roman"/>
          <w:sz w:val="26"/>
          <w:szCs w:val="26"/>
        </w:rPr>
        <w:t xml:space="preserve"> </w:t>
      </w:r>
      <w:proofErr w:type="spellStart"/>
      <w:r w:rsidRPr="00012173">
        <w:rPr>
          <w:rFonts w:cs="Times New Roman"/>
          <w:sz w:val="26"/>
          <w:szCs w:val="26"/>
        </w:rPr>
        <w:t>hiện</w:t>
      </w:r>
      <w:proofErr w:type="spellEnd"/>
      <w:r w:rsidRPr="00012173">
        <w:rPr>
          <w:rFonts w:cs="Times New Roman"/>
          <w:sz w:val="26"/>
          <w:szCs w:val="26"/>
        </w:rPr>
        <w:t xml:space="preserve"> </w:t>
      </w:r>
      <w:proofErr w:type="spellStart"/>
      <w:r w:rsidRPr="00012173">
        <w:rPr>
          <w:rFonts w:cs="Times New Roman"/>
          <w:sz w:val="26"/>
          <w:szCs w:val="26"/>
        </w:rPr>
        <w:t>lên</w:t>
      </w:r>
      <w:proofErr w:type="spellEnd"/>
      <w:r w:rsidRPr="00012173">
        <w:rPr>
          <w:rFonts w:cs="Times New Roman"/>
          <w:sz w:val="26"/>
          <w:szCs w:val="26"/>
        </w:rPr>
        <w:t xml:space="preserve"> </w:t>
      </w:r>
      <w:proofErr w:type="spellStart"/>
      <w:r w:rsidRPr="00012173">
        <w:rPr>
          <w:rFonts w:cs="Times New Roman"/>
          <w:sz w:val="26"/>
          <w:szCs w:val="26"/>
        </w:rPr>
        <w:t>cửa</w:t>
      </w:r>
      <w:proofErr w:type="spellEnd"/>
      <w:r w:rsidRPr="00012173">
        <w:rPr>
          <w:rFonts w:cs="Times New Roman"/>
          <w:sz w:val="26"/>
          <w:szCs w:val="26"/>
        </w:rPr>
        <w:t xml:space="preserve"> </w:t>
      </w:r>
      <w:proofErr w:type="spellStart"/>
      <w:r w:rsidRPr="00012173">
        <w:rPr>
          <w:rFonts w:cs="Times New Roman"/>
          <w:sz w:val="26"/>
          <w:szCs w:val="26"/>
        </w:rPr>
        <w:t>sổ</w:t>
      </w:r>
      <w:proofErr w:type="spellEnd"/>
      <w:r w:rsidRPr="00012173">
        <w:rPr>
          <w:rFonts w:cs="Times New Roman"/>
          <w:sz w:val="26"/>
          <w:szCs w:val="26"/>
        </w:rPr>
        <w:t xml:space="preserve"> </w:t>
      </w:r>
      <w:proofErr w:type="spellStart"/>
      <w:r w:rsidRPr="00012173">
        <w:rPr>
          <w:rFonts w:cs="Times New Roman"/>
          <w:sz w:val="26"/>
          <w:szCs w:val="26"/>
        </w:rPr>
        <w:t>báo</w:t>
      </w:r>
      <w:proofErr w:type="spellEnd"/>
      <w:r w:rsidRPr="00012173">
        <w:rPr>
          <w:rFonts w:cs="Times New Roman"/>
          <w:sz w:val="26"/>
          <w:szCs w:val="26"/>
        </w:rPr>
        <w:t xml:space="preserve"> </w:t>
      </w:r>
      <w:proofErr w:type="spellStart"/>
      <w:r w:rsidRPr="00012173">
        <w:rPr>
          <w:rFonts w:cs="Times New Roman"/>
          <w:sz w:val="26"/>
          <w:szCs w:val="26"/>
        </w:rPr>
        <w:t>thành</w:t>
      </w:r>
      <w:proofErr w:type="spellEnd"/>
      <w:r w:rsidRPr="00012173">
        <w:rPr>
          <w:rFonts w:cs="Times New Roman"/>
          <w:sz w:val="26"/>
          <w:szCs w:val="26"/>
        </w:rPr>
        <w:t xml:space="preserve"> </w:t>
      </w:r>
      <w:proofErr w:type="spellStart"/>
      <w:r w:rsidRPr="00012173">
        <w:rPr>
          <w:rFonts w:cs="Times New Roman"/>
          <w:sz w:val="26"/>
          <w:szCs w:val="26"/>
        </w:rPr>
        <w:t>công</w:t>
      </w:r>
      <w:proofErr w:type="spellEnd"/>
      <w:r w:rsidRPr="00012173">
        <w:rPr>
          <w:rFonts w:cs="Times New Roman"/>
          <w:sz w:val="26"/>
          <w:szCs w:val="26"/>
        </w:rPr>
        <w:t xml:space="preserve"> </w:t>
      </w:r>
      <w:proofErr w:type="spellStart"/>
      <w:r w:rsidRPr="00012173">
        <w:rPr>
          <w:rFonts w:cs="Times New Roman"/>
          <w:sz w:val="26"/>
          <w:szCs w:val="26"/>
        </w:rPr>
        <w:t>và</w:t>
      </w:r>
      <w:proofErr w:type="spellEnd"/>
      <w:r w:rsidRPr="00012173">
        <w:rPr>
          <w:rFonts w:cs="Times New Roman"/>
          <w:sz w:val="26"/>
          <w:szCs w:val="26"/>
        </w:rPr>
        <w:t xml:space="preserve"> </w:t>
      </w:r>
      <w:proofErr w:type="spellStart"/>
      <w:r w:rsidRPr="00012173">
        <w:rPr>
          <w:rFonts w:cs="Times New Roman"/>
          <w:sz w:val="26"/>
          <w:szCs w:val="26"/>
        </w:rPr>
        <w:t>yêu</w:t>
      </w:r>
      <w:proofErr w:type="spellEnd"/>
      <w:r w:rsidRPr="00012173">
        <w:rPr>
          <w:rFonts w:cs="Times New Roman"/>
          <w:sz w:val="26"/>
          <w:szCs w:val="26"/>
        </w:rPr>
        <w:t xml:space="preserve"> </w:t>
      </w:r>
      <w:proofErr w:type="spellStart"/>
      <w:r w:rsidRPr="00012173">
        <w:rPr>
          <w:rFonts w:cs="Times New Roman"/>
          <w:sz w:val="26"/>
          <w:szCs w:val="26"/>
        </w:rPr>
        <w:t>cầu</w:t>
      </w:r>
      <w:proofErr w:type="spellEnd"/>
      <w:r w:rsidRPr="00012173">
        <w:rPr>
          <w:rFonts w:cs="Times New Roman"/>
          <w:sz w:val="26"/>
          <w:szCs w:val="26"/>
        </w:rPr>
        <w:t xml:space="preserve"> restart </w:t>
      </w:r>
      <w:proofErr w:type="spellStart"/>
      <w:r w:rsidRPr="00012173">
        <w:rPr>
          <w:rFonts w:cs="Times New Roman"/>
          <w:sz w:val="26"/>
          <w:szCs w:val="26"/>
        </w:rPr>
        <w:t>máy</w:t>
      </w:r>
      <w:proofErr w:type="spellEnd"/>
      <w:r w:rsidRPr="00012173">
        <w:rPr>
          <w:rFonts w:cs="Times New Roman"/>
          <w:sz w:val="26"/>
          <w:szCs w:val="26"/>
        </w:rPr>
        <w:t xml:space="preserve"> </w:t>
      </w:r>
      <w:proofErr w:type="spellStart"/>
      <w:r w:rsidRPr="00012173">
        <w:rPr>
          <w:rFonts w:cs="Times New Roman"/>
          <w:sz w:val="26"/>
          <w:szCs w:val="26"/>
        </w:rPr>
        <w:t>tính</w:t>
      </w:r>
      <w:proofErr w:type="spellEnd"/>
      <w:r w:rsidRPr="00012173">
        <w:rPr>
          <w:rFonts w:cs="Times New Roman"/>
          <w:sz w:val="26"/>
          <w:szCs w:val="26"/>
        </w:rPr>
        <w:t xml:space="preserve">. </w:t>
      </w:r>
      <w:proofErr w:type="spellStart"/>
      <w:r w:rsidRPr="00012173">
        <w:rPr>
          <w:rFonts w:cs="Times New Roman"/>
          <w:sz w:val="26"/>
          <w:szCs w:val="26"/>
        </w:rPr>
        <w:t>Hãy</w:t>
      </w:r>
      <w:proofErr w:type="spellEnd"/>
      <w:r w:rsidRPr="00012173">
        <w:rPr>
          <w:rFonts w:cs="Times New Roman"/>
          <w:sz w:val="26"/>
          <w:szCs w:val="26"/>
        </w:rPr>
        <w:t xml:space="preserve"> </w:t>
      </w:r>
      <w:proofErr w:type="spellStart"/>
      <w:r w:rsidRPr="00012173">
        <w:rPr>
          <w:rFonts w:cs="Times New Roman"/>
          <w:sz w:val="26"/>
          <w:szCs w:val="26"/>
        </w:rPr>
        <w:t>nhấn</w:t>
      </w:r>
      <w:proofErr w:type="spellEnd"/>
      <w:r w:rsidRPr="00012173">
        <w:rPr>
          <w:rFonts w:cs="Times New Roman"/>
          <w:sz w:val="26"/>
          <w:szCs w:val="26"/>
        </w:rPr>
        <w:t xml:space="preserve"> “OK” </w:t>
      </w:r>
      <w:proofErr w:type="spellStart"/>
      <w:r w:rsidRPr="00012173">
        <w:rPr>
          <w:rFonts w:cs="Times New Roman"/>
          <w:sz w:val="26"/>
          <w:szCs w:val="26"/>
        </w:rPr>
        <w:t>để</w:t>
      </w:r>
      <w:proofErr w:type="spellEnd"/>
      <w:r w:rsidRPr="00012173">
        <w:rPr>
          <w:rFonts w:cs="Times New Roman"/>
          <w:sz w:val="26"/>
          <w:szCs w:val="26"/>
        </w:rPr>
        <w:t xml:space="preserve"> </w:t>
      </w:r>
      <w:proofErr w:type="spellStart"/>
      <w:r w:rsidRPr="00012173">
        <w:rPr>
          <w:rFonts w:cs="Times New Roman"/>
          <w:sz w:val="26"/>
          <w:szCs w:val="26"/>
        </w:rPr>
        <w:t>tiến</w:t>
      </w:r>
      <w:proofErr w:type="spellEnd"/>
      <w:r w:rsidRPr="00012173">
        <w:rPr>
          <w:rFonts w:cs="Times New Roman"/>
          <w:sz w:val="26"/>
          <w:szCs w:val="26"/>
        </w:rPr>
        <w:t xml:space="preserve"> </w:t>
      </w:r>
      <w:proofErr w:type="spellStart"/>
      <w:r w:rsidRPr="00012173">
        <w:rPr>
          <w:rFonts w:cs="Times New Roman"/>
          <w:sz w:val="26"/>
          <w:szCs w:val="26"/>
        </w:rPr>
        <w:t>hành</w:t>
      </w:r>
      <w:proofErr w:type="spellEnd"/>
      <w:r w:rsidRPr="00012173">
        <w:rPr>
          <w:rFonts w:cs="Times New Roman"/>
          <w:sz w:val="26"/>
          <w:szCs w:val="26"/>
        </w:rPr>
        <w:t xml:space="preserve"> restart </w:t>
      </w:r>
      <w:proofErr w:type="spellStart"/>
      <w:r w:rsidRPr="00012173">
        <w:rPr>
          <w:rFonts w:cs="Times New Roman"/>
          <w:sz w:val="26"/>
          <w:szCs w:val="26"/>
        </w:rPr>
        <w:t>máy</w:t>
      </w:r>
      <w:proofErr w:type="spellEnd"/>
      <w:r w:rsidRPr="00012173">
        <w:rPr>
          <w:rFonts w:cs="Times New Roman"/>
          <w:sz w:val="26"/>
          <w:szCs w:val="26"/>
        </w:rPr>
        <w:t xml:space="preserve"> </w:t>
      </w:r>
      <w:proofErr w:type="spellStart"/>
      <w:r w:rsidRPr="00012173">
        <w:rPr>
          <w:rFonts w:cs="Times New Roman"/>
          <w:sz w:val="26"/>
          <w:szCs w:val="26"/>
        </w:rPr>
        <w:t>tính</w:t>
      </w:r>
      <w:proofErr w:type="spellEnd"/>
      <w:r w:rsidRPr="00012173">
        <w:rPr>
          <w:rFonts w:cs="Times New Roman"/>
          <w:sz w:val="26"/>
          <w:szCs w:val="26"/>
        </w:rPr>
        <w:t>.</w:t>
      </w:r>
    </w:p>
    <w:p w14:paraId="5F5633F0" w14:textId="13299388" w:rsidR="0071529D" w:rsidRPr="0071529D" w:rsidRDefault="0071529D" w:rsidP="0071529D">
      <w:pPr>
        <w:rPr>
          <w:rFonts w:cs="Times New Roman"/>
          <w:i/>
          <w:iCs/>
          <w:sz w:val="26"/>
          <w:szCs w:val="26"/>
        </w:rPr>
      </w:pPr>
      <w:r>
        <w:rPr>
          <w:rFonts w:cs="Times New Roman"/>
          <w:i/>
          <w:iCs/>
          <w:sz w:val="26"/>
          <w:szCs w:val="26"/>
        </w:rPr>
        <w:t xml:space="preserve">Lưu ý: Sau </w:t>
      </w:r>
      <w:proofErr w:type="spellStart"/>
      <w:r>
        <w:rPr>
          <w:rFonts w:cs="Times New Roman"/>
          <w:i/>
          <w:iCs/>
          <w:sz w:val="26"/>
          <w:szCs w:val="26"/>
        </w:rPr>
        <w:t>khi</w:t>
      </w:r>
      <w:proofErr w:type="spellEnd"/>
      <w:r>
        <w:rPr>
          <w:rFonts w:cs="Times New Roman"/>
          <w:i/>
          <w:iCs/>
          <w:sz w:val="26"/>
          <w:szCs w:val="26"/>
        </w:rPr>
        <w:t xml:space="preserve"> </w:t>
      </w:r>
      <w:proofErr w:type="spellStart"/>
      <w:r>
        <w:rPr>
          <w:rFonts w:cs="Times New Roman"/>
          <w:i/>
          <w:iCs/>
          <w:sz w:val="26"/>
          <w:szCs w:val="26"/>
        </w:rPr>
        <w:t>chạy</w:t>
      </w:r>
      <w:proofErr w:type="spellEnd"/>
      <w:r>
        <w:rPr>
          <w:rFonts w:cs="Times New Roman"/>
          <w:i/>
          <w:iCs/>
          <w:sz w:val="26"/>
          <w:szCs w:val="26"/>
        </w:rPr>
        <w:t xml:space="preserve"> </w:t>
      </w:r>
      <w:r>
        <w:rPr>
          <w:rFonts w:cs="Times New Roman"/>
          <w:sz w:val="26"/>
          <w:szCs w:val="26"/>
        </w:rPr>
        <w:t>“</w:t>
      </w:r>
      <w:proofErr w:type="spellStart"/>
      <w:r w:rsidRPr="0071529D">
        <w:rPr>
          <w:rFonts w:cs="Times New Roman"/>
          <w:i/>
          <w:iCs/>
          <w:sz w:val="26"/>
          <w:szCs w:val="26"/>
        </w:rPr>
        <w:t>Bật</w:t>
      </w:r>
      <w:proofErr w:type="spellEnd"/>
      <w:r w:rsidRPr="0071529D">
        <w:rPr>
          <w:rFonts w:cs="Times New Roman"/>
          <w:i/>
          <w:iCs/>
          <w:sz w:val="26"/>
          <w:szCs w:val="26"/>
        </w:rPr>
        <w:t xml:space="preserve"> TLS 1.2</w:t>
      </w:r>
      <w:r>
        <w:rPr>
          <w:rFonts w:cs="Times New Roman"/>
          <w:sz w:val="26"/>
          <w:szCs w:val="26"/>
        </w:rPr>
        <w:t xml:space="preserve">” </w:t>
      </w:r>
      <w:proofErr w:type="spellStart"/>
      <w:r>
        <w:rPr>
          <w:rFonts w:cs="Times New Roman"/>
          <w:i/>
          <w:iCs/>
          <w:sz w:val="26"/>
          <w:szCs w:val="26"/>
        </w:rPr>
        <w:t>thành</w:t>
      </w:r>
      <w:proofErr w:type="spellEnd"/>
      <w:r>
        <w:rPr>
          <w:rFonts w:cs="Times New Roman"/>
          <w:i/>
          <w:iCs/>
          <w:sz w:val="26"/>
          <w:szCs w:val="26"/>
        </w:rPr>
        <w:t xml:space="preserve"> </w:t>
      </w:r>
      <w:proofErr w:type="spellStart"/>
      <w:r>
        <w:rPr>
          <w:rFonts w:cs="Times New Roman"/>
          <w:i/>
          <w:iCs/>
          <w:sz w:val="26"/>
          <w:szCs w:val="26"/>
        </w:rPr>
        <w:t>công</w:t>
      </w:r>
      <w:proofErr w:type="spellEnd"/>
      <w:r>
        <w:rPr>
          <w:rFonts w:cs="Times New Roman"/>
          <w:i/>
          <w:iCs/>
          <w:sz w:val="26"/>
          <w:szCs w:val="26"/>
        </w:rPr>
        <w:t xml:space="preserve"> </w:t>
      </w:r>
      <w:proofErr w:type="spellStart"/>
      <w:r>
        <w:rPr>
          <w:rFonts w:cs="Times New Roman"/>
          <w:i/>
          <w:iCs/>
          <w:sz w:val="26"/>
          <w:szCs w:val="26"/>
        </w:rPr>
        <w:t>bắt</w:t>
      </w:r>
      <w:proofErr w:type="spellEnd"/>
      <w:r>
        <w:rPr>
          <w:rFonts w:cs="Times New Roman"/>
          <w:i/>
          <w:iCs/>
          <w:sz w:val="26"/>
          <w:szCs w:val="26"/>
        </w:rPr>
        <w:t xml:space="preserve"> </w:t>
      </w:r>
      <w:proofErr w:type="spellStart"/>
      <w:r>
        <w:rPr>
          <w:rFonts w:cs="Times New Roman"/>
          <w:i/>
          <w:iCs/>
          <w:sz w:val="26"/>
          <w:szCs w:val="26"/>
        </w:rPr>
        <w:t>buộc</w:t>
      </w:r>
      <w:proofErr w:type="spellEnd"/>
      <w:r>
        <w:rPr>
          <w:rFonts w:cs="Times New Roman"/>
          <w:i/>
          <w:iCs/>
          <w:sz w:val="26"/>
          <w:szCs w:val="26"/>
        </w:rPr>
        <w:t xml:space="preserve"> </w:t>
      </w:r>
      <w:proofErr w:type="spellStart"/>
      <w:r>
        <w:rPr>
          <w:rFonts w:cs="Times New Roman"/>
          <w:i/>
          <w:iCs/>
          <w:sz w:val="26"/>
          <w:szCs w:val="26"/>
        </w:rPr>
        <w:t>phải</w:t>
      </w:r>
      <w:proofErr w:type="spellEnd"/>
      <w:r>
        <w:rPr>
          <w:rFonts w:cs="Times New Roman"/>
          <w:i/>
          <w:iCs/>
          <w:sz w:val="26"/>
          <w:szCs w:val="26"/>
        </w:rPr>
        <w:t xml:space="preserve"> restart </w:t>
      </w:r>
      <w:proofErr w:type="spellStart"/>
      <w:r>
        <w:rPr>
          <w:rFonts w:cs="Times New Roman"/>
          <w:i/>
          <w:iCs/>
          <w:sz w:val="26"/>
          <w:szCs w:val="26"/>
        </w:rPr>
        <w:t>máy</w:t>
      </w:r>
      <w:proofErr w:type="spellEnd"/>
      <w:r>
        <w:rPr>
          <w:rFonts w:cs="Times New Roman"/>
          <w:i/>
          <w:iCs/>
          <w:sz w:val="26"/>
          <w:szCs w:val="26"/>
        </w:rPr>
        <w:t xml:space="preserve"> </w:t>
      </w:r>
      <w:proofErr w:type="spellStart"/>
      <w:r>
        <w:rPr>
          <w:rFonts w:cs="Times New Roman"/>
          <w:i/>
          <w:iCs/>
          <w:sz w:val="26"/>
          <w:szCs w:val="26"/>
        </w:rPr>
        <w:t>tính</w:t>
      </w:r>
      <w:proofErr w:type="spellEnd"/>
      <w:r>
        <w:rPr>
          <w:rFonts w:cs="Times New Roman"/>
          <w:i/>
          <w:iCs/>
          <w:sz w:val="26"/>
          <w:szCs w:val="26"/>
        </w:rPr>
        <w:t xml:space="preserve"> </w:t>
      </w:r>
      <w:proofErr w:type="spellStart"/>
      <w:r>
        <w:rPr>
          <w:rFonts w:cs="Times New Roman"/>
          <w:i/>
          <w:iCs/>
          <w:sz w:val="26"/>
          <w:szCs w:val="26"/>
        </w:rPr>
        <w:t>để</w:t>
      </w:r>
      <w:proofErr w:type="spellEnd"/>
      <w:r>
        <w:rPr>
          <w:rFonts w:cs="Times New Roman"/>
          <w:i/>
          <w:iCs/>
          <w:sz w:val="26"/>
          <w:szCs w:val="26"/>
        </w:rPr>
        <w:t xml:space="preserve"> Windows </w:t>
      </w:r>
      <w:proofErr w:type="spellStart"/>
      <w:r>
        <w:rPr>
          <w:rFonts w:cs="Times New Roman"/>
          <w:i/>
          <w:iCs/>
          <w:sz w:val="26"/>
          <w:szCs w:val="26"/>
        </w:rPr>
        <w:t>nhận</w:t>
      </w:r>
      <w:proofErr w:type="spellEnd"/>
      <w:r>
        <w:rPr>
          <w:rFonts w:cs="Times New Roman"/>
          <w:i/>
          <w:iCs/>
          <w:sz w:val="26"/>
          <w:szCs w:val="26"/>
        </w:rPr>
        <w:t xml:space="preserve"> </w:t>
      </w:r>
      <w:proofErr w:type="spellStart"/>
      <w:r>
        <w:rPr>
          <w:rFonts w:cs="Times New Roman"/>
          <w:i/>
          <w:iCs/>
          <w:sz w:val="26"/>
          <w:szCs w:val="26"/>
        </w:rPr>
        <w:t>cấu</w:t>
      </w:r>
      <w:proofErr w:type="spellEnd"/>
      <w:r>
        <w:rPr>
          <w:rFonts w:cs="Times New Roman"/>
          <w:i/>
          <w:iCs/>
          <w:sz w:val="26"/>
          <w:szCs w:val="26"/>
        </w:rPr>
        <w:t xml:space="preserve"> </w:t>
      </w:r>
      <w:proofErr w:type="spellStart"/>
      <w:r>
        <w:rPr>
          <w:rFonts w:cs="Times New Roman"/>
          <w:i/>
          <w:iCs/>
          <w:sz w:val="26"/>
          <w:szCs w:val="26"/>
        </w:rPr>
        <w:t>hình</w:t>
      </w:r>
      <w:proofErr w:type="spellEnd"/>
      <w:r>
        <w:rPr>
          <w:rFonts w:cs="Times New Roman"/>
          <w:i/>
          <w:iCs/>
          <w:sz w:val="26"/>
          <w:szCs w:val="26"/>
        </w:rPr>
        <w:t xml:space="preserve"> </w:t>
      </w:r>
      <w:r>
        <w:rPr>
          <w:rFonts w:cs="Times New Roman"/>
          <w:sz w:val="26"/>
          <w:szCs w:val="26"/>
        </w:rPr>
        <w:t>“</w:t>
      </w:r>
      <w:proofErr w:type="spellStart"/>
      <w:r w:rsidRPr="0071529D">
        <w:rPr>
          <w:rFonts w:cs="Times New Roman"/>
          <w:i/>
          <w:iCs/>
          <w:sz w:val="26"/>
          <w:szCs w:val="26"/>
        </w:rPr>
        <w:t>Bật</w:t>
      </w:r>
      <w:proofErr w:type="spellEnd"/>
      <w:r w:rsidRPr="0071529D">
        <w:rPr>
          <w:rFonts w:cs="Times New Roman"/>
          <w:i/>
          <w:iCs/>
          <w:sz w:val="26"/>
          <w:szCs w:val="26"/>
        </w:rPr>
        <w:t xml:space="preserve"> TLS 1.2</w:t>
      </w:r>
      <w:r>
        <w:rPr>
          <w:rFonts w:cs="Times New Roman"/>
          <w:sz w:val="26"/>
          <w:szCs w:val="26"/>
        </w:rPr>
        <w:t xml:space="preserve">” </w:t>
      </w:r>
      <w:proofErr w:type="spellStart"/>
      <w:r w:rsidRPr="0071529D">
        <w:rPr>
          <w:rFonts w:cs="Times New Roman"/>
          <w:i/>
          <w:iCs/>
          <w:sz w:val="26"/>
          <w:szCs w:val="26"/>
        </w:rPr>
        <w:t>vừa</w:t>
      </w:r>
      <w:proofErr w:type="spellEnd"/>
      <w:r w:rsidRPr="0071529D">
        <w:rPr>
          <w:rFonts w:cs="Times New Roman"/>
          <w:i/>
          <w:iCs/>
          <w:sz w:val="26"/>
          <w:szCs w:val="26"/>
        </w:rPr>
        <w:t xml:space="preserve"> </w:t>
      </w:r>
      <w:proofErr w:type="spellStart"/>
      <w:r w:rsidRPr="0071529D">
        <w:rPr>
          <w:rFonts w:cs="Times New Roman"/>
          <w:i/>
          <w:iCs/>
          <w:sz w:val="26"/>
          <w:szCs w:val="26"/>
        </w:rPr>
        <w:t>thiết</w:t>
      </w:r>
      <w:proofErr w:type="spellEnd"/>
      <w:r w:rsidRPr="0071529D">
        <w:rPr>
          <w:rFonts w:cs="Times New Roman"/>
          <w:i/>
          <w:iCs/>
          <w:sz w:val="26"/>
          <w:szCs w:val="26"/>
        </w:rPr>
        <w:t xml:space="preserve"> </w:t>
      </w:r>
      <w:proofErr w:type="spellStart"/>
      <w:r w:rsidRPr="0071529D">
        <w:rPr>
          <w:rFonts w:cs="Times New Roman"/>
          <w:i/>
          <w:iCs/>
          <w:sz w:val="26"/>
          <w:szCs w:val="26"/>
        </w:rPr>
        <w:t>lập</w:t>
      </w:r>
      <w:proofErr w:type="spellEnd"/>
    </w:p>
    <w:p w14:paraId="4ADD08E8" w14:textId="6D025B28" w:rsidR="000F3A52" w:rsidRPr="007D53D0" w:rsidRDefault="000F3A52" w:rsidP="000F3A52">
      <w:pPr>
        <w:pStyle w:val="Heading2"/>
        <w:rPr>
          <w:rFonts w:cs="Times New Roman"/>
        </w:rPr>
      </w:pPr>
      <w:bookmarkStart w:id="13" w:name="_Toc232801115"/>
      <w:bookmarkStart w:id="14" w:name="_Toc234595023"/>
      <w:r w:rsidRPr="007D53D0">
        <w:rPr>
          <w:rFonts w:cs="Times New Roman"/>
        </w:rPr>
        <w:t>4.</w:t>
      </w:r>
      <w:r w:rsidR="007D4A4A">
        <w:rPr>
          <w:rFonts w:cs="Times New Roman"/>
        </w:rPr>
        <w:t>4</w:t>
      </w:r>
      <w:r w:rsidRPr="007D53D0">
        <w:rPr>
          <w:rFonts w:cs="Times New Roman"/>
        </w:rPr>
        <w:t xml:space="preserve">. </w:t>
      </w:r>
      <w:proofErr w:type="spellStart"/>
      <w:r w:rsidRPr="007D53D0">
        <w:rPr>
          <w:rFonts w:cs="Times New Roman"/>
        </w:rPr>
        <w:t>Cấu</w:t>
      </w:r>
      <w:proofErr w:type="spellEnd"/>
      <w:r w:rsidRPr="007D53D0">
        <w:rPr>
          <w:rFonts w:cs="Times New Roman"/>
        </w:rPr>
        <w:t xml:space="preserve"> </w:t>
      </w:r>
      <w:proofErr w:type="spellStart"/>
      <w:r w:rsidRPr="007D53D0">
        <w:rPr>
          <w:rFonts w:cs="Times New Roman"/>
        </w:rPr>
        <w:t>hình</w:t>
      </w:r>
      <w:proofErr w:type="spellEnd"/>
      <w:r w:rsidRPr="007D53D0">
        <w:rPr>
          <w:rFonts w:cs="Times New Roman"/>
        </w:rPr>
        <w:t xml:space="preserve"> </w:t>
      </w:r>
      <w:proofErr w:type="spellStart"/>
      <w:r w:rsidRPr="007D53D0">
        <w:rPr>
          <w:rFonts w:cs="Times New Roman"/>
        </w:rPr>
        <w:t>mẫu</w:t>
      </w:r>
      <w:proofErr w:type="spellEnd"/>
      <w:r w:rsidRPr="007D53D0">
        <w:rPr>
          <w:rFonts w:cs="Times New Roman"/>
        </w:rPr>
        <w:t xml:space="preserve"> </w:t>
      </w:r>
      <w:proofErr w:type="spellStart"/>
      <w:r w:rsidRPr="007D53D0">
        <w:rPr>
          <w:rFonts w:cs="Times New Roman"/>
        </w:rPr>
        <w:t>chữ</w:t>
      </w:r>
      <w:proofErr w:type="spellEnd"/>
      <w:r w:rsidRPr="007D53D0">
        <w:rPr>
          <w:rFonts w:cs="Times New Roman"/>
        </w:rPr>
        <w:t xml:space="preserve"> </w:t>
      </w:r>
      <w:proofErr w:type="spellStart"/>
      <w:r w:rsidRPr="007D53D0">
        <w:rPr>
          <w:rFonts w:cs="Times New Roman"/>
        </w:rPr>
        <w:t>ký</w:t>
      </w:r>
      <w:proofErr w:type="spellEnd"/>
      <w:r w:rsidRPr="007D53D0">
        <w:rPr>
          <w:rFonts w:cs="Times New Roman"/>
        </w:rPr>
        <w:t xml:space="preserve"> </w:t>
      </w:r>
      <w:proofErr w:type="spellStart"/>
      <w:r w:rsidRPr="007D53D0">
        <w:rPr>
          <w:rFonts w:cs="Times New Roman"/>
        </w:rPr>
        <w:t>sau</w:t>
      </w:r>
      <w:proofErr w:type="spellEnd"/>
      <w:r w:rsidRPr="007D53D0">
        <w:rPr>
          <w:rFonts w:cs="Times New Roman"/>
        </w:rPr>
        <w:t xml:space="preserve"> </w:t>
      </w:r>
      <w:proofErr w:type="spellStart"/>
      <w:r w:rsidRPr="007D53D0">
        <w:rPr>
          <w:rFonts w:cs="Times New Roman"/>
        </w:rPr>
        <w:t>khi</w:t>
      </w:r>
      <w:proofErr w:type="spellEnd"/>
      <w:r w:rsidRPr="007D53D0">
        <w:rPr>
          <w:rFonts w:cs="Times New Roman"/>
        </w:rPr>
        <w:t xml:space="preserve"> </w:t>
      </w:r>
      <w:proofErr w:type="spellStart"/>
      <w:r w:rsidRPr="007D53D0">
        <w:rPr>
          <w:rFonts w:cs="Times New Roman"/>
        </w:rPr>
        <w:t>cài</w:t>
      </w:r>
      <w:proofErr w:type="spellEnd"/>
      <w:r w:rsidRPr="007D53D0">
        <w:rPr>
          <w:rFonts w:cs="Times New Roman"/>
        </w:rPr>
        <w:t xml:space="preserve"> </w:t>
      </w:r>
      <w:proofErr w:type="spellStart"/>
      <w:r w:rsidRPr="007D53D0">
        <w:rPr>
          <w:rFonts w:cs="Times New Roman"/>
        </w:rPr>
        <w:t>đặt</w:t>
      </w:r>
      <w:bookmarkEnd w:id="13"/>
      <w:bookmarkEnd w:id="14"/>
      <w:proofErr w:type="spellEnd"/>
    </w:p>
    <w:p w14:paraId="1CAB9170" w14:textId="77777777" w:rsidR="000F3A52" w:rsidRPr="003108AF" w:rsidRDefault="000F3A52" w:rsidP="003108AF">
      <w:pPr>
        <w:pStyle w:val="ListParagraph"/>
        <w:numPr>
          <w:ilvl w:val="0"/>
          <w:numId w:val="14"/>
        </w:numPr>
        <w:ind w:left="426"/>
        <w:rPr>
          <w:rFonts w:cs="Times New Roman"/>
          <w:sz w:val="26"/>
          <w:szCs w:val="26"/>
        </w:rPr>
      </w:pPr>
      <w:proofErr w:type="spellStart"/>
      <w:r w:rsidRPr="003108AF">
        <w:rPr>
          <w:rFonts w:cs="Times New Roman"/>
          <w:sz w:val="26"/>
          <w:szCs w:val="26"/>
        </w:rPr>
        <w:t>Bước</w:t>
      </w:r>
      <w:proofErr w:type="spellEnd"/>
      <w:r w:rsidRPr="003108AF">
        <w:rPr>
          <w:rFonts w:cs="Times New Roman"/>
          <w:sz w:val="26"/>
          <w:szCs w:val="26"/>
        </w:rPr>
        <w:t xml:space="preserve"> 1: Sau </w:t>
      </w:r>
      <w:proofErr w:type="spellStart"/>
      <w:r w:rsidRPr="003108AF">
        <w:rPr>
          <w:rFonts w:cs="Times New Roman"/>
          <w:sz w:val="26"/>
          <w:szCs w:val="26"/>
        </w:rPr>
        <w:t>khi</w:t>
      </w:r>
      <w:proofErr w:type="spellEnd"/>
      <w:r w:rsidRPr="003108AF">
        <w:rPr>
          <w:rFonts w:cs="Times New Roman"/>
          <w:sz w:val="26"/>
          <w:szCs w:val="26"/>
        </w:rPr>
        <w:t xml:space="preserve"> </w:t>
      </w:r>
      <w:proofErr w:type="spellStart"/>
      <w:r w:rsidRPr="003108AF">
        <w:rPr>
          <w:rFonts w:cs="Times New Roman"/>
          <w:sz w:val="26"/>
          <w:szCs w:val="26"/>
        </w:rPr>
        <w:t>cài</w:t>
      </w:r>
      <w:proofErr w:type="spellEnd"/>
      <w:r w:rsidRPr="003108AF">
        <w:rPr>
          <w:rFonts w:cs="Times New Roman"/>
          <w:sz w:val="26"/>
          <w:szCs w:val="26"/>
        </w:rPr>
        <w:t xml:space="preserve"> </w:t>
      </w:r>
      <w:proofErr w:type="spellStart"/>
      <w:r w:rsidRPr="003108AF">
        <w:rPr>
          <w:rFonts w:cs="Times New Roman"/>
          <w:sz w:val="26"/>
          <w:szCs w:val="26"/>
        </w:rPr>
        <w:t>đặt</w:t>
      </w:r>
      <w:proofErr w:type="spellEnd"/>
      <w:r w:rsidRPr="003108AF">
        <w:rPr>
          <w:rFonts w:cs="Times New Roman"/>
          <w:sz w:val="26"/>
          <w:szCs w:val="26"/>
        </w:rPr>
        <w:t xml:space="preserve"> </w:t>
      </w:r>
      <w:proofErr w:type="spellStart"/>
      <w:r w:rsidRPr="003108AF">
        <w:rPr>
          <w:rFonts w:cs="Times New Roman"/>
          <w:sz w:val="26"/>
          <w:szCs w:val="26"/>
        </w:rPr>
        <w:t>thành</w:t>
      </w:r>
      <w:proofErr w:type="spellEnd"/>
      <w:r w:rsidRPr="003108AF">
        <w:rPr>
          <w:rFonts w:cs="Times New Roman"/>
          <w:sz w:val="26"/>
          <w:szCs w:val="26"/>
        </w:rPr>
        <w:t xml:space="preserve"> </w:t>
      </w:r>
      <w:proofErr w:type="spellStart"/>
      <w:r w:rsidRPr="003108AF">
        <w:rPr>
          <w:rFonts w:cs="Times New Roman"/>
          <w:sz w:val="26"/>
          <w:szCs w:val="26"/>
        </w:rPr>
        <w:t>công</w:t>
      </w:r>
      <w:proofErr w:type="spellEnd"/>
      <w:r w:rsidRPr="003108AF">
        <w:rPr>
          <w:rFonts w:cs="Times New Roman"/>
          <w:sz w:val="26"/>
          <w:szCs w:val="26"/>
        </w:rPr>
        <w:t xml:space="preserve">, </w:t>
      </w:r>
      <w:proofErr w:type="spellStart"/>
      <w:r w:rsidRPr="003108AF">
        <w:rPr>
          <w:rFonts w:cs="Times New Roman"/>
          <w:sz w:val="26"/>
          <w:szCs w:val="26"/>
        </w:rPr>
        <w:t>nhấp</w:t>
      </w:r>
      <w:proofErr w:type="spellEnd"/>
      <w:r w:rsidRPr="003108AF">
        <w:rPr>
          <w:rFonts w:cs="Times New Roman"/>
          <w:sz w:val="26"/>
          <w:szCs w:val="26"/>
        </w:rPr>
        <w:t xml:space="preserve"> </w:t>
      </w:r>
      <w:proofErr w:type="spellStart"/>
      <w:r w:rsidRPr="003108AF">
        <w:rPr>
          <w:rFonts w:cs="Times New Roman"/>
          <w:sz w:val="26"/>
          <w:szCs w:val="26"/>
        </w:rPr>
        <w:t>chuột</w:t>
      </w:r>
      <w:proofErr w:type="spellEnd"/>
      <w:r w:rsidRPr="003108AF">
        <w:rPr>
          <w:rFonts w:cs="Times New Roman"/>
          <w:sz w:val="26"/>
          <w:szCs w:val="26"/>
        </w:rPr>
        <w:t xml:space="preserve"> </w:t>
      </w:r>
      <w:proofErr w:type="spellStart"/>
      <w:r w:rsidRPr="003108AF">
        <w:rPr>
          <w:rFonts w:cs="Times New Roman"/>
          <w:sz w:val="26"/>
          <w:szCs w:val="26"/>
        </w:rPr>
        <w:t>phải</w:t>
      </w:r>
      <w:proofErr w:type="spellEnd"/>
      <w:r w:rsidRPr="003108AF">
        <w:rPr>
          <w:rFonts w:cs="Times New Roman"/>
          <w:sz w:val="26"/>
          <w:szCs w:val="26"/>
        </w:rPr>
        <w:t xml:space="preserve"> </w:t>
      </w:r>
      <w:proofErr w:type="spellStart"/>
      <w:r w:rsidRPr="003108AF">
        <w:rPr>
          <w:rFonts w:cs="Times New Roman"/>
          <w:sz w:val="26"/>
          <w:szCs w:val="26"/>
        </w:rPr>
        <w:t>vào</w:t>
      </w:r>
      <w:proofErr w:type="spellEnd"/>
      <w:r w:rsidRPr="003108AF">
        <w:rPr>
          <w:rFonts w:cs="Times New Roman"/>
          <w:sz w:val="26"/>
          <w:szCs w:val="26"/>
        </w:rPr>
        <w:t xml:space="preserve"> </w:t>
      </w:r>
      <w:proofErr w:type="spellStart"/>
      <w:r w:rsidRPr="003108AF">
        <w:rPr>
          <w:rFonts w:cs="Times New Roman"/>
          <w:sz w:val="26"/>
          <w:szCs w:val="26"/>
        </w:rPr>
        <w:t>biểu</w:t>
      </w:r>
      <w:proofErr w:type="spellEnd"/>
      <w:r w:rsidRPr="003108AF">
        <w:rPr>
          <w:rFonts w:cs="Times New Roman"/>
          <w:sz w:val="26"/>
          <w:szCs w:val="26"/>
        </w:rPr>
        <w:t xml:space="preserve"> </w:t>
      </w:r>
      <w:proofErr w:type="spellStart"/>
      <w:r w:rsidRPr="003108AF">
        <w:rPr>
          <w:rFonts w:cs="Times New Roman"/>
          <w:sz w:val="26"/>
          <w:szCs w:val="26"/>
        </w:rPr>
        <w:t>tượng</w:t>
      </w:r>
      <w:proofErr w:type="spellEnd"/>
      <w:r w:rsidRPr="003108AF">
        <w:rPr>
          <w:rFonts w:cs="Times New Roman"/>
          <w:sz w:val="26"/>
          <w:szCs w:val="26"/>
        </w:rPr>
        <w:t xml:space="preserve"> Vietnam Social Security Declaration </w:t>
      </w:r>
      <w:proofErr w:type="spellStart"/>
      <w:r w:rsidRPr="003108AF">
        <w:rPr>
          <w:rFonts w:cs="Times New Roman"/>
          <w:sz w:val="26"/>
          <w:szCs w:val="26"/>
        </w:rPr>
        <w:t>tại</w:t>
      </w:r>
      <w:proofErr w:type="spellEnd"/>
      <w:r w:rsidRPr="003108AF">
        <w:rPr>
          <w:rFonts w:cs="Times New Roman"/>
          <w:sz w:val="26"/>
          <w:szCs w:val="26"/>
        </w:rPr>
        <w:t xml:space="preserve"> </w:t>
      </w:r>
      <w:proofErr w:type="spellStart"/>
      <w:r w:rsidRPr="003108AF">
        <w:rPr>
          <w:rFonts w:cs="Times New Roman"/>
          <w:sz w:val="26"/>
          <w:szCs w:val="26"/>
        </w:rPr>
        <w:t>khu</w:t>
      </w:r>
      <w:proofErr w:type="spellEnd"/>
      <w:r w:rsidRPr="003108AF">
        <w:rPr>
          <w:rFonts w:cs="Times New Roman"/>
          <w:sz w:val="26"/>
          <w:szCs w:val="26"/>
        </w:rPr>
        <w:t xml:space="preserve"> </w:t>
      </w:r>
      <w:proofErr w:type="spellStart"/>
      <w:r w:rsidRPr="003108AF">
        <w:rPr>
          <w:rFonts w:cs="Times New Roman"/>
          <w:sz w:val="26"/>
          <w:szCs w:val="26"/>
        </w:rPr>
        <w:t>vực</w:t>
      </w:r>
      <w:proofErr w:type="spellEnd"/>
      <w:r w:rsidRPr="003108AF">
        <w:rPr>
          <w:rFonts w:cs="Times New Roman"/>
          <w:sz w:val="26"/>
          <w:szCs w:val="26"/>
        </w:rPr>
        <w:t xml:space="preserve"> </w:t>
      </w:r>
      <w:proofErr w:type="spellStart"/>
      <w:r w:rsidRPr="003108AF">
        <w:rPr>
          <w:rFonts w:cs="Times New Roman"/>
          <w:sz w:val="26"/>
          <w:szCs w:val="26"/>
        </w:rPr>
        <w:t>khay</w:t>
      </w:r>
      <w:proofErr w:type="spellEnd"/>
      <w:r w:rsidRPr="003108AF">
        <w:rPr>
          <w:rFonts w:cs="Times New Roman"/>
          <w:sz w:val="26"/>
          <w:szCs w:val="26"/>
        </w:rPr>
        <w:t xml:space="preserve"> </w:t>
      </w:r>
      <w:proofErr w:type="spellStart"/>
      <w:r w:rsidRPr="003108AF">
        <w:rPr>
          <w:rFonts w:cs="Times New Roman"/>
          <w:sz w:val="26"/>
          <w:szCs w:val="26"/>
        </w:rPr>
        <w:t>hệ</w:t>
      </w:r>
      <w:proofErr w:type="spellEnd"/>
      <w:r w:rsidRPr="003108AF">
        <w:rPr>
          <w:rFonts w:cs="Times New Roman"/>
          <w:sz w:val="26"/>
          <w:szCs w:val="26"/>
        </w:rPr>
        <w:t xml:space="preserve"> </w:t>
      </w:r>
      <w:proofErr w:type="spellStart"/>
      <w:r w:rsidRPr="003108AF">
        <w:rPr>
          <w:rFonts w:cs="Times New Roman"/>
          <w:sz w:val="26"/>
          <w:szCs w:val="26"/>
        </w:rPr>
        <w:t>thống</w:t>
      </w:r>
      <w:proofErr w:type="spellEnd"/>
      <w:r w:rsidRPr="003108AF">
        <w:rPr>
          <w:rFonts w:cs="Times New Roman"/>
          <w:sz w:val="26"/>
          <w:szCs w:val="26"/>
        </w:rPr>
        <w:t xml:space="preserve"> (System Tray) ở </w:t>
      </w:r>
      <w:proofErr w:type="spellStart"/>
      <w:r w:rsidRPr="003108AF">
        <w:rPr>
          <w:rFonts w:cs="Times New Roman"/>
          <w:sz w:val="26"/>
          <w:szCs w:val="26"/>
        </w:rPr>
        <w:t>góc</w:t>
      </w:r>
      <w:proofErr w:type="spellEnd"/>
      <w:r w:rsidRPr="003108AF">
        <w:rPr>
          <w:rFonts w:cs="Times New Roman"/>
          <w:sz w:val="26"/>
          <w:szCs w:val="26"/>
        </w:rPr>
        <w:t xml:space="preserve"> </w:t>
      </w:r>
      <w:proofErr w:type="spellStart"/>
      <w:r w:rsidRPr="003108AF">
        <w:rPr>
          <w:rFonts w:cs="Times New Roman"/>
          <w:sz w:val="26"/>
          <w:szCs w:val="26"/>
        </w:rPr>
        <w:t>phải</w:t>
      </w:r>
      <w:proofErr w:type="spellEnd"/>
      <w:r w:rsidRPr="003108AF">
        <w:rPr>
          <w:rFonts w:cs="Times New Roman"/>
          <w:sz w:val="26"/>
          <w:szCs w:val="26"/>
        </w:rPr>
        <w:t xml:space="preserve"> </w:t>
      </w:r>
      <w:proofErr w:type="spellStart"/>
      <w:r w:rsidRPr="003108AF">
        <w:rPr>
          <w:rFonts w:cs="Times New Roman"/>
          <w:sz w:val="26"/>
          <w:szCs w:val="26"/>
        </w:rPr>
        <w:t>thanh</w:t>
      </w:r>
      <w:proofErr w:type="spellEnd"/>
      <w:r w:rsidRPr="003108AF">
        <w:rPr>
          <w:rFonts w:cs="Times New Roman"/>
          <w:sz w:val="26"/>
          <w:szCs w:val="26"/>
        </w:rPr>
        <w:t xml:space="preserve"> Taskbar, </w:t>
      </w:r>
      <w:proofErr w:type="spellStart"/>
      <w:r w:rsidRPr="003108AF">
        <w:rPr>
          <w:rFonts w:cs="Times New Roman"/>
          <w:sz w:val="26"/>
          <w:szCs w:val="26"/>
        </w:rPr>
        <w:t>sau</w:t>
      </w:r>
      <w:proofErr w:type="spellEnd"/>
      <w:r w:rsidRPr="003108AF">
        <w:rPr>
          <w:rFonts w:cs="Times New Roman"/>
          <w:sz w:val="26"/>
          <w:szCs w:val="26"/>
        </w:rPr>
        <w:t xml:space="preserve"> </w:t>
      </w:r>
      <w:proofErr w:type="spellStart"/>
      <w:r w:rsidRPr="003108AF">
        <w:rPr>
          <w:rFonts w:cs="Times New Roman"/>
          <w:sz w:val="26"/>
          <w:szCs w:val="26"/>
        </w:rPr>
        <w:t>đó</w:t>
      </w:r>
      <w:proofErr w:type="spellEnd"/>
      <w:r w:rsidRPr="003108AF">
        <w:rPr>
          <w:rFonts w:cs="Times New Roman"/>
          <w:sz w:val="26"/>
          <w:szCs w:val="26"/>
        </w:rPr>
        <w:t xml:space="preserve"> </w:t>
      </w:r>
      <w:proofErr w:type="spellStart"/>
      <w:r w:rsidRPr="003108AF">
        <w:rPr>
          <w:rFonts w:cs="Times New Roman"/>
          <w:sz w:val="26"/>
          <w:szCs w:val="26"/>
        </w:rPr>
        <w:t>chọn</w:t>
      </w:r>
      <w:proofErr w:type="spellEnd"/>
      <w:r w:rsidRPr="003108AF">
        <w:rPr>
          <w:rFonts w:cs="Times New Roman"/>
          <w:sz w:val="26"/>
          <w:szCs w:val="26"/>
        </w:rPr>
        <w:t xml:space="preserve"> "</w:t>
      </w:r>
      <w:proofErr w:type="spellStart"/>
      <w:r w:rsidRPr="003108AF">
        <w:rPr>
          <w:rFonts w:cs="Times New Roman"/>
          <w:sz w:val="26"/>
          <w:szCs w:val="26"/>
        </w:rPr>
        <w:t>Cấu</w:t>
      </w:r>
      <w:proofErr w:type="spellEnd"/>
      <w:r w:rsidRPr="003108AF">
        <w:rPr>
          <w:rFonts w:cs="Times New Roman"/>
          <w:sz w:val="26"/>
          <w:szCs w:val="26"/>
        </w:rPr>
        <w:t xml:space="preserve"> </w:t>
      </w:r>
      <w:proofErr w:type="spellStart"/>
      <w:r w:rsidRPr="003108AF">
        <w:rPr>
          <w:rFonts w:cs="Times New Roman"/>
          <w:sz w:val="26"/>
          <w:szCs w:val="26"/>
        </w:rPr>
        <w:t>hình</w:t>
      </w:r>
      <w:proofErr w:type="spellEnd"/>
      <w:r w:rsidRPr="003108AF">
        <w:rPr>
          <w:rFonts w:cs="Times New Roman"/>
          <w:sz w:val="26"/>
          <w:szCs w:val="26"/>
        </w:rPr>
        <w:t>".</w:t>
      </w:r>
    </w:p>
    <w:p w14:paraId="7CF73167" w14:textId="77777777" w:rsidR="000F3A52" w:rsidRPr="00974AFF" w:rsidRDefault="000F3A52" w:rsidP="000F3A52">
      <w:pPr>
        <w:jc w:val="center"/>
        <w:rPr>
          <w:rFonts w:cs="Times New Roman"/>
        </w:rPr>
      </w:pPr>
      <w:r w:rsidRPr="00974AFF">
        <w:rPr>
          <w:rFonts w:cs="Times New Roman"/>
          <w:noProof/>
        </w:rPr>
        <w:lastRenderedPageBreak/>
        <w:drawing>
          <wp:inline distT="0" distB="0" distL="0" distR="0" wp14:anchorId="5A03FA4B" wp14:editId="65A5FD77">
            <wp:extent cx="2926080" cy="3596640"/>
            <wp:effectExtent l="0" t="0" r="7620" b="3810"/>
            <wp:docPr id="19976813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26080" cy="3596640"/>
                    </a:xfrm>
                    <a:prstGeom prst="rect">
                      <a:avLst/>
                    </a:prstGeom>
                    <a:noFill/>
                    <a:ln>
                      <a:noFill/>
                    </a:ln>
                  </pic:spPr>
                </pic:pic>
              </a:graphicData>
            </a:graphic>
          </wp:inline>
        </w:drawing>
      </w:r>
    </w:p>
    <w:p w14:paraId="322F33B4" w14:textId="53AA912C" w:rsidR="000F3A52" w:rsidRPr="000C37B8" w:rsidRDefault="000F3A52" w:rsidP="000F3A52">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8D0AE2">
        <w:rPr>
          <w:rFonts w:cs="Times New Roman"/>
          <w:i/>
          <w:iCs/>
        </w:rPr>
        <w:t>1</w:t>
      </w:r>
      <w:r w:rsidRPr="000C37B8">
        <w:rPr>
          <w:rFonts w:cs="Times New Roman"/>
          <w:i/>
          <w:iCs/>
        </w:rPr>
        <w:t xml:space="preserve">. </w:t>
      </w:r>
      <w:proofErr w:type="spellStart"/>
      <w:r w:rsidRPr="000C37B8">
        <w:rPr>
          <w:rFonts w:cs="Times New Roman"/>
          <w:i/>
          <w:iCs/>
        </w:rPr>
        <w:t>Chọn</w:t>
      </w:r>
      <w:proofErr w:type="spellEnd"/>
      <w:r w:rsidRPr="000C37B8">
        <w:rPr>
          <w:rFonts w:cs="Times New Roman"/>
          <w:i/>
          <w:iCs/>
        </w:rPr>
        <w:t xml:space="preserve"> </w:t>
      </w:r>
      <w:proofErr w:type="spellStart"/>
      <w:r w:rsidRPr="000C37B8">
        <w:rPr>
          <w:rFonts w:cs="Times New Roman"/>
          <w:i/>
          <w:iCs/>
        </w:rPr>
        <w:t>chức</w:t>
      </w:r>
      <w:proofErr w:type="spellEnd"/>
      <w:r w:rsidRPr="000C37B8">
        <w:rPr>
          <w:rFonts w:cs="Times New Roman"/>
          <w:i/>
          <w:iCs/>
        </w:rPr>
        <w:t xml:space="preserve"> </w:t>
      </w:r>
      <w:proofErr w:type="spellStart"/>
      <w:r w:rsidRPr="000C37B8">
        <w:rPr>
          <w:rFonts w:cs="Times New Roman"/>
          <w:i/>
          <w:iCs/>
        </w:rPr>
        <w:t>năng</w:t>
      </w:r>
      <w:proofErr w:type="spellEnd"/>
      <w:r w:rsidRPr="000C37B8">
        <w:rPr>
          <w:rFonts w:cs="Times New Roman"/>
          <w:i/>
          <w:iCs/>
        </w:rPr>
        <w:t xml:space="preserve"> "</w:t>
      </w:r>
      <w:proofErr w:type="spellStart"/>
      <w:r w:rsidRPr="000C37B8">
        <w:rPr>
          <w:rFonts w:cs="Times New Roman"/>
          <w:i/>
          <w:iCs/>
        </w:rPr>
        <w:t>Cấu</w:t>
      </w:r>
      <w:proofErr w:type="spellEnd"/>
      <w:r w:rsidRPr="000C37B8">
        <w:rPr>
          <w:rFonts w:cs="Times New Roman"/>
          <w:i/>
          <w:iCs/>
        </w:rPr>
        <w:t xml:space="preserve"> </w:t>
      </w:r>
      <w:proofErr w:type="spellStart"/>
      <w:r w:rsidRPr="000C37B8">
        <w:rPr>
          <w:rFonts w:cs="Times New Roman"/>
          <w:i/>
          <w:iCs/>
        </w:rPr>
        <w:t>hình</w:t>
      </w:r>
      <w:proofErr w:type="spellEnd"/>
      <w:r w:rsidRPr="000C37B8">
        <w:rPr>
          <w:rFonts w:cs="Times New Roman"/>
          <w:i/>
          <w:iCs/>
        </w:rPr>
        <w:t xml:space="preserve">" </w:t>
      </w:r>
      <w:proofErr w:type="spellStart"/>
      <w:r w:rsidRPr="000C37B8">
        <w:rPr>
          <w:rFonts w:cs="Times New Roman"/>
          <w:i/>
          <w:iCs/>
        </w:rPr>
        <w:t>từ</w:t>
      </w:r>
      <w:proofErr w:type="spellEnd"/>
      <w:r w:rsidRPr="000C37B8">
        <w:rPr>
          <w:rFonts w:cs="Times New Roman"/>
          <w:i/>
          <w:iCs/>
        </w:rPr>
        <w:t xml:space="preserve"> </w:t>
      </w:r>
      <w:proofErr w:type="spellStart"/>
      <w:r w:rsidRPr="000C37B8">
        <w:rPr>
          <w:rFonts w:cs="Times New Roman"/>
          <w:i/>
          <w:iCs/>
        </w:rPr>
        <w:t>biểu</w:t>
      </w:r>
      <w:proofErr w:type="spellEnd"/>
      <w:r w:rsidRPr="000C37B8">
        <w:rPr>
          <w:rFonts w:cs="Times New Roman"/>
          <w:i/>
          <w:iCs/>
        </w:rPr>
        <w:t xml:space="preserve"> </w:t>
      </w:r>
      <w:proofErr w:type="spellStart"/>
      <w:r w:rsidRPr="000C37B8">
        <w:rPr>
          <w:rFonts w:cs="Times New Roman"/>
          <w:i/>
          <w:iCs/>
        </w:rPr>
        <w:t>tượng</w:t>
      </w:r>
      <w:proofErr w:type="spellEnd"/>
      <w:r w:rsidRPr="000C37B8">
        <w:rPr>
          <w:rFonts w:cs="Times New Roman"/>
          <w:i/>
          <w:iCs/>
        </w:rPr>
        <w:t xml:space="preserve"> </w:t>
      </w:r>
      <w:proofErr w:type="spellStart"/>
      <w:r w:rsidRPr="000C37B8">
        <w:rPr>
          <w:rFonts w:cs="Times New Roman"/>
          <w:i/>
          <w:iCs/>
        </w:rPr>
        <w:t>ứng</w:t>
      </w:r>
      <w:proofErr w:type="spellEnd"/>
      <w:r w:rsidRPr="000C37B8">
        <w:rPr>
          <w:rFonts w:cs="Times New Roman"/>
          <w:i/>
          <w:iCs/>
        </w:rPr>
        <w:t xml:space="preserve"> </w:t>
      </w:r>
      <w:proofErr w:type="spellStart"/>
      <w:r w:rsidRPr="000C37B8">
        <w:rPr>
          <w:rFonts w:cs="Times New Roman"/>
          <w:i/>
          <w:iCs/>
        </w:rPr>
        <w:t>dụng</w:t>
      </w:r>
      <w:proofErr w:type="spellEnd"/>
      <w:r w:rsidRPr="000C37B8">
        <w:rPr>
          <w:rFonts w:cs="Times New Roman"/>
          <w:i/>
          <w:iCs/>
        </w:rPr>
        <w:t>.</w:t>
      </w:r>
    </w:p>
    <w:p w14:paraId="57DF60D2" w14:textId="77777777" w:rsidR="000F3A52" w:rsidRPr="003108AF" w:rsidRDefault="000F3A52" w:rsidP="003108AF">
      <w:pPr>
        <w:pStyle w:val="ListParagraph"/>
        <w:numPr>
          <w:ilvl w:val="0"/>
          <w:numId w:val="14"/>
        </w:numPr>
        <w:ind w:left="426"/>
        <w:rPr>
          <w:rFonts w:cs="Times New Roman"/>
          <w:sz w:val="26"/>
          <w:szCs w:val="26"/>
        </w:rPr>
      </w:pPr>
      <w:proofErr w:type="spellStart"/>
      <w:r w:rsidRPr="003108AF">
        <w:rPr>
          <w:rFonts w:cs="Times New Roman"/>
          <w:sz w:val="26"/>
          <w:szCs w:val="26"/>
        </w:rPr>
        <w:t>Bước</w:t>
      </w:r>
      <w:proofErr w:type="spellEnd"/>
      <w:r w:rsidRPr="003108AF">
        <w:rPr>
          <w:rFonts w:cs="Times New Roman"/>
          <w:sz w:val="26"/>
          <w:szCs w:val="26"/>
        </w:rPr>
        <w:t xml:space="preserve"> 2: Trong </w:t>
      </w:r>
      <w:proofErr w:type="spellStart"/>
      <w:r w:rsidRPr="003108AF">
        <w:rPr>
          <w:rFonts w:cs="Times New Roman"/>
          <w:sz w:val="26"/>
          <w:szCs w:val="26"/>
        </w:rPr>
        <w:t>màn</w:t>
      </w:r>
      <w:proofErr w:type="spellEnd"/>
      <w:r w:rsidRPr="003108AF">
        <w:rPr>
          <w:rFonts w:cs="Times New Roman"/>
          <w:sz w:val="26"/>
          <w:szCs w:val="26"/>
        </w:rPr>
        <w:t xml:space="preserve"> </w:t>
      </w:r>
      <w:proofErr w:type="spellStart"/>
      <w:r w:rsidRPr="003108AF">
        <w:rPr>
          <w:rFonts w:cs="Times New Roman"/>
          <w:sz w:val="26"/>
          <w:szCs w:val="26"/>
        </w:rPr>
        <w:t>hình</w:t>
      </w:r>
      <w:proofErr w:type="spellEnd"/>
      <w:r w:rsidRPr="003108AF">
        <w:rPr>
          <w:rFonts w:cs="Times New Roman"/>
          <w:sz w:val="26"/>
          <w:szCs w:val="26"/>
        </w:rPr>
        <w:t xml:space="preserve"> "</w:t>
      </w:r>
      <w:proofErr w:type="spellStart"/>
      <w:r w:rsidRPr="003108AF">
        <w:rPr>
          <w:rFonts w:cs="Times New Roman"/>
          <w:sz w:val="26"/>
          <w:szCs w:val="26"/>
        </w:rPr>
        <w:t>Cấu</w:t>
      </w:r>
      <w:proofErr w:type="spellEnd"/>
      <w:r w:rsidRPr="003108AF">
        <w:rPr>
          <w:rFonts w:cs="Times New Roman"/>
          <w:sz w:val="26"/>
          <w:szCs w:val="26"/>
        </w:rPr>
        <w:t xml:space="preserve"> </w:t>
      </w:r>
      <w:proofErr w:type="spellStart"/>
      <w:r w:rsidRPr="003108AF">
        <w:rPr>
          <w:rFonts w:cs="Times New Roman"/>
          <w:sz w:val="26"/>
          <w:szCs w:val="26"/>
        </w:rPr>
        <w:t>hình</w:t>
      </w:r>
      <w:proofErr w:type="spellEnd"/>
      <w:r w:rsidRPr="003108AF">
        <w:rPr>
          <w:rFonts w:cs="Times New Roman"/>
          <w:sz w:val="26"/>
          <w:szCs w:val="26"/>
        </w:rPr>
        <w:t xml:space="preserve"> </w:t>
      </w:r>
      <w:proofErr w:type="spellStart"/>
      <w:r w:rsidRPr="003108AF">
        <w:rPr>
          <w:rFonts w:cs="Times New Roman"/>
          <w:sz w:val="26"/>
          <w:szCs w:val="26"/>
        </w:rPr>
        <w:t>chữ</w:t>
      </w:r>
      <w:proofErr w:type="spellEnd"/>
      <w:r w:rsidRPr="003108AF">
        <w:rPr>
          <w:rFonts w:cs="Times New Roman"/>
          <w:sz w:val="26"/>
          <w:szCs w:val="26"/>
        </w:rPr>
        <w:t xml:space="preserve"> </w:t>
      </w:r>
      <w:proofErr w:type="spellStart"/>
      <w:r w:rsidRPr="003108AF">
        <w:rPr>
          <w:rFonts w:cs="Times New Roman"/>
          <w:sz w:val="26"/>
          <w:szCs w:val="26"/>
        </w:rPr>
        <w:t>ký</w:t>
      </w:r>
      <w:proofErr w:type="spellEnd"/>
      <w:r w:rsidRPr="003108AF">
        <w:rPr>
          <w:rFonts w:cs="Times New Roman"/>
          <w:sz w:val="26"/>
          <w:szCs w:val="26"/>
        </w:rPr>
        <w:t xml:space="preserve">", </w:t>
      </w:r>
      <w:proofErr w:type="spellStart"/>
      <w:r w:rsidRPr="003108AF">
        <w:rPr>
          <w:rFonts w:cs="Times New Roman"/>
          <w:sz w:val="26"/>
          <w:szCs w:val="26"/>
        </w:rPr>
        <w:t>nhấn</w:t>
      </w:r>
      <w:proofErr w:type="spellEnd"/>
      <w:r w:rsidRPr="003108AF">
        <w:rPr>
          <w:rFonts w:cs="Times New Roman"/>
          <w:sz w:val="26"/>
          <w:szCs w:val="26"/>
        </w:rPr>
        <w:t xml:space="preserve"> </w:t>
      </w:r>
      <w:proofErr w:type="spellStart"/>
      <w:r w:rsidRPr="003108AF">
        <w:rPr>
          <w:rFonts w:cs="Times New Roman"/>
          <w:sz w:val="26"/>
          <w:szCs w:val="26"/>
        </w:rPr>
        <w:t>nút</w:t>
      </w:r>
      <w:proofErr w:type="spellEnd"/>
      <w:r w:rsidRPr="003108AF">
        <w:rPr>
          <w:rFonts w:cs="Times New Roman"/>
          <w:sz w:val="26"/>
          <w:szCs w:val="26"/>
        </w:rPr>
        <w:t xml:space="preserve"> "</w:t>
      </w:r>
      <w:proofErr w:type="spellStart"/>
      <w:r w:rsidRPr="003108AF">
        <w:rPr>
          <w:rFonts w:cs="Times New Roman"/>
          <w:sz w:val="26"/>
          <w:szCs w:val="26"/>
        </w:rPr>
        <w:t>Thêm</w:t>
      </w:r>
      <w:proofErr w:type="spellEnd"/>
      <w:r w:rsidRPr="003108AF">
        <w:rPr>
          <w:rFonts w:cs="Times New Roman"/>
          <w:sz w:val="26"/>
          <w:szCs w:val="26"/>
        </w:rPr>
        <w:t xml:space="preserve"> </w:t>
      </w:r>
      <w:proofErr w:type="spellStart"/>
      <w:r w:rsidRPr="003108AF">
        <w:rPr>
          <w:rFonts w:cs="Times New Roman"/>
          <w:sz w:val="26"/>
          <w:szCs w:val="26"/>
        </w:rPr>
        <w:t>mới</w:t>
      </w:r>
      <w:proofErr w:type="spellEnd"/>
      <w:r w:rsidRPr="003108AF">
        <w:rPr>
          <w:rFonts w:cs="Times New Roman"/>
          <w:sz w:val="26"/>
          <w:szCs w:val="26"/>
        </w:rPr>
        <w:t>" (</w:t>
      </w:r>
      <w:proofErr w:type="spellStart"/>
      <w:r w:rsidRPr="003108AF">
        <w:rPr>
          <w:rFonts w:cs="Times New Roman"/>
          <w:sz w:val="26"/>
          <w:szCs w:val="26"/>
        </w:rPr>
        <w:t>được</w:t>
      </w:r>
      <w:proofErr w:type="spellEnd"/>
      <w:r w:rsidRPr="003108AF">
        <w:rPr>
          <w:rFonts w:cs="Times New Roman"/>
          <w:sz w:val="26"/>
          <w:szCs w:val="26"/>
        </w:rPr>
        <w:t xml:space="preserve"> </w:t>
      </w:r>
      <w:proofErr w:type="spellStart"/>
      <w:r w:rsidRPr="003108AF">
        <w:rPr>
          <w:rFonts w:cs="Times New Roman"/>
          <w:sz w:val="26"/>
          <w:szCs w:val="26"/>
        </w:rPr>
        <w:t>khoanh</w:t>
      </w:r>
      <w:proofErr w:type="spellEnd"/>
      <w:r w:rsidRPr="003108AF">
        <w:rPr>
          <w:rFonts w:cs="Times New Roman"/>
          <w:sz w:val="26"/>
          <w:szCs w:val="26"/>
        </w:rPr>
        <w:t xml:space="preserve"> </w:t>
      </w:r>
      <w:proofErr w:type="spellStart"/>
      <w:r w:rsidRPr="003108AF">
        <w:rPr>
          <w:rFonts w:cs="Times New Roman"/>
          <w:sz w:val="26"/>
          <w:szCs w:val="26"/>
        </w:rPr>
        <w:t>đỏ</w:t>
      </w:r>
      <w:proofErr w:type="spellEnd"/>
      <w:r w:rsidRPr="003108AF">
        <w:rPr>
          <w:rFonts w:cs="Times New Roman"/>
          <w:sz w:val="26"/>
          <w:szCs w:val="26"/>
        </w:rPr>
        <w:t xml:space="preserve">) </w:t>
      </w:r>
      <w:proofErr w:type="spellStart"/>
      <w:r w:rsidRPr="003108AF">
        <w:rPr>
          <w:rFonts w:cs="Times New Roman"/>
          <w:sz w:val="26"/>
          <w:szCs w:val="26"/>
        </w:rPr>
        <w:t>để</w:t>
      </w:r>
      <w:proofErr w:type="spellEnd"/>
      <w:r w:rsidRPr="003108AF">
        <w:rPr>
          <w:rFonts w:cs="Times New Roman"/>
          <w:sz w:val="26"/>
          <w:szCs w:val="26"/>
        </w:rPr>
        <w:t xml:space="preserve"> </w:t>
      </w:r>
      <w:proofErr w:type="spellStart"/>
      <w:r w:rsidRPr="003108AF">
        <w:rPr>
          <w:rFonts w:cs="Times New Roman"/>
          <w:sz w:val="26"/>
          <w:szCs w:val="26"/>
        </w:rPr>
        <w:t>tạo</w:t>
      </w:r>
      <w:proofErr w:type="spellEnd"/>
      <w:r w:rsidRPr="003108AF">
        <w:rPr>
          <w:rFonts w:cs="Times New Roman"/>
          <w:sz w:val="26"/>
          <w:szCs w:val="26"/>
        </w:rPr>
        <w:t xml:space="preserve"> </w:t>
      </w:r>
      <w:proofErr w:type="spellStart"/>
      <w:r w:rsidRPr="003108AF">
        <w:rPr>
          <w:rFonts w:cs="Times New Roman"/>
          <w:sz w:val="26"/>
          <w:szCs w:val="26"/>
        </w:rPr>
        <w:t>mẫu</w:t>
      </w:r>
      <w:proofErr w:type="spellEnd"/>
      <w:r w:rsidRPr="003108AF">
        <w:rPr>
          <w:rFonts w:cs="Times New Roman"/>
          <w:sz w:val="26"/>
          <w:szCs w:val="26"/>
        </w:rPr>
        <w:t xml:space="preserve"> </w:t>
      </w:r>
      <w:proofErr w:type="spellStart"/>
      <w:r w:rsidRPr="003108AF">
        <w:rPr>
          <w:rFonts w:cs="Times New Roman"/>
          <w:sz w:val="26"/>
          <w:szCs w:val="26"/>
        </w:rPr>
        <w:t>chữ</w:t>
      </w:r>
      <w:proofErr w:type="spellEnd"/>
      <w:r w:rsidRPr="003108AF">
        <w:rPr>
          <w:rFonts w:cs="Times New Roman"/>
          <w:sz w:val="26"/>
          <w:szCs w:val="26"/>
        </w:rPr>
        <w:t xml:space="preserve"> </w:t>
      </w:r>
      <w:proofErr w:type="spellStart"/>
      <w:r w:rsidRPr="003108AF">
        <w:rPr>
          <w:rFonts w:cs="Times New Roman"/>
          <w:sz w:val="26"/>
          <w:szCs w:val="26"/>
        </w:rPr>
        <w:t>ký</w:t>
      </w:r>
      <w:proofErr w:type="spellEnd"/>
      <w:r w:rsidRPr="003108AF">
        <w:rPr>
          <w:rFonts w:cs="Times New Roman"/>
          <w:sz w:val="26"/>
          <w:szCs w:val="26"/>
        </w:rPr>
        <w:t xml:space="preserve"> </w:t>
      </w:r>
      <w:proofErr w:type="spellStart"/>
      <w:r w:rsidRPr="003108AF">
        <w:rPr>
          <w:rFonts w:cs="Times New Roman"/>
          <w:sz w:val="26"/>
          <w:szCs w:val="26"/>
        </w:rPr>
        <w:t>mới</w:t>
      </w:r>
      <w:proofErr w:type="spellEnd"/>
      <w:r w:rsidRPr="003108AF">
        <w:rPr>
          <w:rFonts w:cs="Times New Roman"/>
          <w:sz w:val="26"/>
          <w:szCs w:val="26"/>
        </w:rPr>
        <w:t>.</w:t>
      </w:r>
    </w:p>
    <w:p w14:paraId="2F924FBA" w14:textId="77777777" w:rsidR="000F3A52" w:rsidRPr="00974AFF" w:rsidRDefault="000F3A52" w:rsidP="000F3A52">
      <w:pPr>
        <w:rPr>
          <w:rFonts w:cs="Times New Roman"/>
        </w:rPr>
      </w:pPr>
      <w:r w:rsidRPr="00974AFF">
        <w:rPr>
          <w:rFonts w:cs="Times New Roman"/>
          <w:noProof/>
        </w:rPr>
        <w:drawing>
          <wp:inline distT="0" distB="0" distL="0" distR="0" wp14:anchorId="2BF99F7D" wp14:editId="22684F69">
            <wp:extent cx="5669280" cy="3954780"/>
            <wp:effectExtent l="0" t="0" r="7620" b="7620"/>
            <wp:docPr id="12836652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9280" cy="3954780"/>
                    </a:xfrm>
                    <a:prstGeom prst="rect">
                      <a:avLst/>
                    </a:prstGeom>
                    <a:noFill/>
                    <a:ln>
                      <a:noFill/>
                    </a:ln>
                  </pic:spPr>
                </pic:pic>
              </a:graphicData>
            </a:graphic>
          </wp:inline>
        </w:drawing>
      </w:r>
    </w:p>
    <w:p w14:paraId="1B095A94" w14:textId="250BE783" w:rsidR="000F3A52" w:rsidRPr="000C37B8" w:rsidRDefault="000F3A52" w:rsidP="000F3A52">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8D0AE2">
        <w:rPr>
          <w:rFonts w:cs="Times New Roman"/>
          <w:i/>
          <w:iCs/>
        </w:rPr>
        <w:t>2</w:t>
      </w:r>
      <w:r w:rsidRPr="000C37B8">
        <w:rPr>
          <w:rFonts w:cs="Times New Roman"/>
          <w:i/>
          <w:iCs/>
        </w:rPr>
        <w:t xml:space="preserve">. </w:t>
      </w:r>
      <w:proofErr w:type="spellStart"/>
      <w:r w:rsidRPr="000C37B8">
        <w:rPr>
          <w:rFonts w:cs="Times New Roman"/>
          <w:i/>
          <w:iCs/>
        </w:rPr>
        <w:t>Màn</w:t>
      </w:r>
      <w:proofErr w:type="spellEnd"/>
      <w:r w:rsidRPr="000C37B8">
        <w:rPr>
          <w:rFonts w:cs="Times New Roman"/>
          <w:i/>
          <w:iCs/>
        </w:rPr>
        <w:t xml:space="preserve"> </w:t>
      </w:r>
      <w:proofErr w:type="spellStart"/>
      <w:r w:rsidRPr="000C37B8">
        <w:rPr>
          <w:rFonts w:cs="Times New Roman"/>
          <w:i/>
          <w:iCs/>
        </w:rPr>
        <w:t>hình</w:t>
      </w:r>
      <w:proofErr w:type="spellEnd"/>
      <w:r w:rsidRPr="000C37B8">
        <w:rPr>
          <w:rFonts w:cs="Times New Roman"/>
          <w:i/>
          <w:iCs/>
        </w:rPr>
        <w:t xml:space="preserve"> </w:t>
      </w:r>
      <w:proofErr w:type="spellStart"/>
      <w:r w:rsidRPr="000C37B8">
        <w:rPr>
          <w:rFonts w:cs="Times New Roman"/>
          <w:i/>
          <w:iCs/>
        </w:rPr>
        <w:t>cấu</w:t>
      </w:r>
      <w:proofErr w:type="spellEnd"/>
      <w:r w:rsidRPr="000C37B8">
        <w:rPr>
          <w:rFonts w:cs="Times New Roman"/>
          <w:i/>
          <w:iCs/>
        </w:rPr>
        <w:t xml:space="preserve"> </w:t>
      </w:r>
      <w:proofErr w:type="spellStart"/>
      <w:r w:rsidRPr="000C37B8">
        <w:rPr>
          <w:rFonts w:cs="Times New Roman"/>
          <w:i/>
          <w:iCs/>
        </w:rPr>
        <w:t>hình</w:t>
      </w:r>
      <w:proofErr w:type="spellEnd"/>
      <w:r w:rsidRPr="000C37B8">
        <w:rPr>
          <w:rFonts w:cs="Times New Roman"/>
          <w:i/>
          <w:iCs/>
        </w:rPr>
        <w:t xml:space="preserve"> </w:t>
      </w:r>
      <w:proofErr w:type="spellStart"/>
      <w:r w:rsidRPr="000C37B8">
        <w:rPr>
          <w:rFonts w:cs="Times New Roman"/>
          <w:i/>
          <w:iCs/>
        </w:rPr>
        <w:t>chữ</w:t>
      </w:r>
      <w:proofErr w:type="spellEnd"/>
      <w:r w:rsidRPr="000C37B8">
        <w:rPr>
          <w:rFonts w:cs="Times New Roman"/>
          <w:i/>
          <w:iCs/>
        </w:rPr>
        <w:t xml:space="preserve"> </w:t>
      </w:r>
      <w:proofErr w:type="spellStart"/>
      <w:r w:rsidRPr="000C37B8">
        <w:rPr>
          <w:rFonts w:cs="Times New Roman"/>
          <w:i/>
          <w:iCs/>
        </w:rPr>
        <w:t>ký</w:t>
      </w:r>
      <w:proofErr w:type="spellEnd"/>
      <w:r w:rsidRPr="000C37B8">
        <w:rPr>
          <w:rFonts w:cs="Times New Roman"/>
          <w:i/>
          <w:iCs/>
        </w:rPr>
        <w:t xml:space="preserve"> </w:t>
      </w:r>
      <w:proofErr w:type="spellStart"/>
      <w:r w:rsidRPr="000C37B8">
        <w:rPr>
          <w:rFonts w:cs="Times New Roman"/>
          <w:i/>
          <w:iCs/>
        </w:rPr>
        <w:t>trước</w:t>
      </w:r>
      <w:proofErr w:type="spellEnd"/>
      <w:r w:rsidRPr="000C37B8">
        <w:rPr>
          <w:rFonts w:cs="Times New Roman"/>
          <w:i/>
          <w:iCs/>
        </w:rPr>
        <w:t xml:space="preserve"> </w:t>
      </w:r>
      <w:proofErr w:type="spellStart"/>
      <w:r w:rsidRPr="000C37B8">
        <w:rPr>
          <w:rFonts w:cs="Times New Roman"/>
          <w:i/>
          <w:iCs/>
        </w:rPr>
        <w:t>khi</w:t>
      </w:r>
      <w:proofErr w:type="spellEnd"/>
      <w:r w:rsidRPr="000C37B8">
        <w:rPr>
          <w:rFonts w:cs="Times New Roman"/>
          <w:i/>
          <w:iCs/>
        </w:rPr>
        <w:t xml:space="preserve"> </w:t>
      </w:r>
      <w:proofErr w:type="spellStart"/>
      <w:r w:rsidRPr="000C37B8">
        <w:rPr>
          <w:rFonts w:cs="Times New Roman"/>
          <w:i/>
          <w:iCs/>
        </w:rPr>
        <w:t>tạo</w:t>
      </w:r>
      <w:proofErr w:type="spellEnd"/>
      <w:r w:rsidRPr="000C37B8">
        <w:rPr>
          <w:rFonts w:cs="Times New Roman"/>
          <w:i/>
          <w:iCs/>
        </w:rPr>
        <w:t xml:space="preserve"> </w:t>
      </w:r>
      <w:proofErr w:type="spellStart"/>
      <w:r w:rsidRPr="000C37B8">
        <w:rPr>
          <w:rFonts w:cs="Times New Roman"/>
          <w:i/>
          <w:iCs/>
        </w:rPr>
        <w:t>mới</w:t>
      </w:r>
      <w:proofErr w:type="spellEnd"/>
      <w:r w:rsidRPr="000C37B8">
        <w:rPr>
          <w:rFonts w:cs="Times New Roman"/>
          <w:i/>
          <w:iCs/>
        </w:rPr>
        <w:t>.</w:t>
      </w:r>
    </w:p>
    <w:p w14:paraId="50E4A898" w14:textId="77777777" w:rsidR="000F3A52" w:rsidRPr="003108AF" w:rsidRDefault="000F3A52" w:rsidP="003108AF">
      <w:pPr>
        <w:pStyle w:val="ListParagraph"/>
        <w:numPr>
          <w:ilvl w:val="0"/>
          <w:numId w:val="14"/>
        </w:numPr>
        <w:ind w:left="426"/>
        <w:rPr>
          <w:rFonts w:cs="Times New Roman"/>
          <w:sz w:val="26"/>
          <w:szCs w:val="26"/>
        </w:rPr>
      </w:pPr>
      <w:proofErr w:type="spellStart"/>
      <w:r w:rsidRPr="003108AF">
        <w:rPr>
          <w:rFonts w:cs="Times New Roman"/>
          <w:sz w:val="26"/>
          <w:szCs w:val="26"/>
        </w:rPr>
        <w:lastRenderedPageBreak/>
        <w:t>Bước</w:t>
      </w:r>
      <w:proofErr w:type="spellEnd"/>
      <w:r w:rsidRPr="003108AF">
        <w:rPr>
          <w:rFonts w:cs="Times New Roman"/>
          <w:sz w:val="26"/>
          <w:szCs w:val="26"/>
        </w:rPr>
        <w:t xml:space="preserve"> 3: </w:t>
      </w:r>
      <w:proofErr w:type="spellStart"/>
      <w:r w:rsidRPr="003108AF">
        <w:rPr>
          <w:rFonts w:cs="Times New Roman"/>
          <w:sz w:val="26"/>
          <w:szCs w:val="26"/>
        </w:rPr>
        <w:t>Nhập</w:t>
      </w:r>
      <w:proofErr w:type="spellEnd"/>
      <w:r w:rsidRPr="003108AF">
        <w:rPr>
          <w:rFonts w:cs="Times New Roman"/>
          <w:sz w:val="26"/>
          <w:szCs w:val="26"/>
        </w:rPr>
        <w:t xml:space="preserve"> </w:t>
      </w:r>
      <w:proofErr w:type="spellStart"/>
      <w:r w:rsidRPr="003108AF">
        <w:rPr>
          <w:rFonts w:cs="Times New Roman"/>
          <w:sz w:val="26"/>
          <w:szCs w:val="26"/>
        </w:rPr>
        <w:t>Tên</w:t>
      </w:r>
      <w:proofErr w:type="spellEnd"/>
      <w:r w:rsidRPr="003108AF">
        <w:rPr>
          <w:rFonts w:cs="Times New Roman"/>
          <w:sz w:val="26"/>
          <w:szCs w:val="26"/>
        </w:rPr>
        <w:t xml:space="preserve"> </w:t>
      </w:r>
      <w:proofErr w:type="spellStart"/>
      <w:r w:rsidRPr="003108AF">
        <w:rPr>
          <w:rFonts w:cs="Times New Roman"/>
          <w:sz w:val="26"/>
          <w:szCs w:val="26"/>
        </w:rPr>
        <w:t>mẫu</w:t>
      </w:r>
      <w:proofErr w:type="spellEnd"/>
      <w:r w:rsidRPr="003108AF">
        <w:rPr>
          <w:rFonts w:cs="Times New Roman"/>
          <w:sz w:val="26"/>
          <w:szCs w:val="26"/>
        </w:rPr>
        <w:t xml:space="preserve">, </w:t>
      </w:r>
      <w:proofErr w:type="spellStart"/>
      <w:r w:rsidRPr="003108AF">
        <w:rPr>
          <w:rFonts w:cs="Times New Roman"/>
          <w:sz w:val="26"/>
          <w:szCs w:val="26"/>
        </w:rPr>
        <w:t>lựa</w:t>
      </w:r>
      <w:proofErr w:type="spellEnd"/>
      <w:r w:rsidRPr="003108AF">
        <w:rPr>
          <w:rFonts w:cs="Times New Roman"/>
          <w:sz w:val="26"/>
          <w:szCs w:val="26"/>
        </w:rPr>
        <w:t xml:space="preserve"> </w:t>
      </w:r>
      <w:proofErr w:type="spellStart"/>
      <w:r w:rsidRPr="003108AF">
        <w:rPr>
          <w:rFonts w:cs="Times New Roman"/>
          <w:sz w:val="26"/>
          <w:szCs w:val="26"/>
        </w:rPr>
        <w:t>chọn</w:t>
      </w:r>
      <w:proofErr w:type="spellEnd"/>
      <w:r w:rsidRPr="003108AF">
        <w:rPr>
          <w:rFonts w:cs="Times New Roman"/>
          <w:sz w:val="26"/>
          <w:szCs w:val="26"/>
        </w:rPr>
        <w:t xml:space="preserve"> </w:t>
      </w:r>
      <w:proofErr w:type="spellStart"/>
      <w:r w:rsidRPr="003108AF">
        <w:rPr>
          <w:rFonts w:cs="Times New Roman"/>
          <w:sz w:val="26"/>
          <w:szCs w:val="26"/>
        </w:rPr>
        <w:t>kiểu</w:t>
      </w:r>
      <w:proofErr w:type="spellEnd"/>
      <w:r w:rsidRPr="003108AF">
        <w:rPr>
          <w:rFonts w:cs="Times New Roman"/>
          <w:sz w:val="26"/>
          <w:szCs w:val="26"/>
        </w:rPr>
        <w:t xml:space="preserve"> </w:t>
      </w:r>
      <w:proofErr w:type="spellStart"/>
      <w:r w:rsidRPr="003108AF">
        <w:rPr>
          <w:rFonts w:cs="Times New Roman"/>
          <w:sz w:val="26"/>
          <w:szCs w:val="26"/>
        </w:rPr>
        <w:t>hiển</w:t>
      </w:r>
      <w:proofErr w:type="spellEnd"/>
      <w:r w:rsidRPr="003108AF">
        <w:rPr>
          <w:rFonts w:cs="Times New Roman"/>
          <w:sz w:val="26"/>
          <w:szCs w:val="26"/>
        </w:rPr>
        <w:t xml:space="preserve"> </w:t>
      </w:r>
      <w:proofErr w:type="spellStart"/>
      <w:r w:rsidRPr="003108AF">
        <w:rPr>
          <w:rFonts w:cs="Times New Roman"/>
          <w:sz w:val="26"/>
          <w:szCs w:val="26"/>
        </w:rPr>
        <w:t>thị</w:t>
      </w:r>
      <w:proofErr w:type="spellEnd"/>
      <w:r w:rsidRPr="003108AF">
        <w:rPr>
          <w:rFonts w:cs="Times New Roman"/>
          <w:sz w:val="26"/>
          <w:szCs w:val="26"/>
        </w:rPr>
        <w:t xml:space="preserve"> </w:t>
      </w:r>
      <w:proofErr w:type="spellStart"/>
      <w:r w:rsidRPr="003108AF">
        <w:rPr>
          <w:rFonts w:cs="Times New Roman"/>
          <w:sz w:val="26"/>
          <w:szCs w:val="26"/>
        </w:rPr>
        <w:t>chữ</w:t>
      </w:r>
      <w:proofErr w:type="spellEnd"/>
      <w:r w:rsidRPr="003108AF">
        <w:rPr>
          <w:rFonts w:cs="Times New Roman"/>
          <w:sz w:val="26"/>
          <w:szCs w:val="26"/>
        </w:rPr>
        <w:t xml:space="preserve"> </w:t>
      </w:r>
      <w:proofErr w:type="spellStart"/>
      <w:r w:rsidRPr="003108AF">
        <w:rPr>
          <w:rFonts w:cs="Times New Roman"/>
          <w:sz w:val="26"/>
          <w:szCs w:val="26"/>
        </w:rPr>
        <w:t>ký</w:t>
      </w:r>
      <w:proofErr w:type="spellEnd"/>
      <w:r w:rsidRPr="003108AF">
        <w:rPr>
          <w:rFonts w:cs="Times New Roman"/>
          <w:sz w:val="26"/>
          <w:szCs w:val="26"/>
        </w:rPr>
        <w:t xml:space="preserve">, </w:t>
      </w:r>
      <w:proofErr w:type="spellStart"/>
      <w:r w:rsidRPr="003108AF">
        <w:rPr>
          <w:rFonts w:cs="Times New Roman"/>
          <w:sz w:val="26"/>
          <w:szCs w:val="26"/>
        </w:rPr>
        <w:t>tải</w:t>
      </w:r>
      <w:proofErr w:type="spellEnd"/>
      <w:r w:rsidRPr="003108AF">
        <w:rPr>
          <w:rFonts w:cs="Times New Roman"/>
          <w:sz w:val="26"/>
          <w:szCs w:val="26"/>
        </w:rPr>
        <w:t xml:space="preserve"> </w:t>
      </w:r>
      <w:proofErr w:type="spellStart"/>
      <w:r w:rsidRPr="003108AF">
        <w:rPr>
          <w:rFonts w:cs="Times New Roman"/>
          <w:sz w:val="26"/>
          <w:szCs w:val="26"/>
        </w:rPr>
        <w:t>ảnh</w:t>
      </w:r>
      <w:proofErr w:type="spellEnd"/>
      <w:r w:rsidRPr="003108AF">
        <w:rPr>
          <w:rFonts w:cs="Times New Roman"/>
          <w:sz w:val="26"/>
          <w:szCs w:val="26"/>
        </w:rPr>
        <w:t xml:space="preserve"> </w:t>
      </w:r>
      <w:proofErr w:type="spellStart"/>
      <w:r w:rsidRPr="003108AF">
        <w:rPr>
          <w:rFonts w:cs="Times New Roman"/>
          <w:sz w:val="26"/>
          <w:szCs w:val="26"/>
        </w:rPr>
        <w:t>chữ</w:t>
      </w:r>
      <w:proofErr w:type="spellEnd"/>
      <w:r w:rsidRPr="003108AF">
        <w:rPr>
          <w:rFonts w:cs="Times New Roman"/>
          <w:sz w:val="26"/>
          <w:szCs w:val="26"/>
        </w:rPr>
        <w:t xml:space="preserve"> </w:t>
      </w:r>
      <w:proofErr w:type="spellStart"/>
      <w:r w:rsidRPr="003108AF">
        <w:rPr>
          <w:rFonts w:cs="Times New Roman"/>
          <w:sz w:val="26"/>
          <w:szCs w:val="26"/>
        </w:rPr>
        <w:t>ký</w:t>
      </w:r>
      <w:proofErr w:type="spellEnd"/>
      <w:r w:rsidRPr="003108AF">
        <w:rPr>
          <w:rFonts w:cs="Times New Roman"/>
          <w:sz w:val="26"/>
          <w:szCs w:val="26"/>
        </w:rPr>
        <w:t xml:space="preserve"> </w:t>
      </w:r>
      <w:proofErr w:type="spellStart"/>
      <w:r w:rsidRPr="003108AF">
        <w:rPr>
          <w:rFonts w:cs="Times New Roman"/>
          <w:sz w:val="26"/>
          <w:szCs w:val="26"/>
        </w:rPr>
        <w:t>và</w:t>
      </w:r>
      <w:proofErr w:type="spellEnd"/>
      <w:r w:rsidRPr="003108AF">
        <w:rPr>
          <w:rFonts w:cs="Times New Roman"/>
          <w:sz w:val="26"/>
          <w:szCs w:val="26"/>
        </w:rPr>
        <w:t xml:space="preserve"> </w:t>
      </w:r>
      <w:proofErr w:type="spellStart"/>
      <w:r w:rsidRPr="003108AF">
        <w:rPr>
          <w:rFonts w:cs="Times New Roman"/>
          <w:sz w:val="26"/>
          <w:szCs w:val="26"/>
        </w:rPr>
        <w:t>cấu</w:t>
      </w:r>
      <w:proofErr w:type="spellEnd"/>
      <w:r w:rsidRPr="003108AF">
        <w:rPr>
          <w:rFonts w:cs="Times New Roman"/>
          <w:sz w:val="26"/>
          <w:szCs w:val="26"/>
        </w:rPr>
        <w:t xml:space="preserve"> </w:t>
      </w:r>
      <w:proofErr w:type="spellStart"/>
      <w:r w:rsidRPr="003108AF">
        <w:rPr>
          <w:rFonts w:cs="Times New Roman"/>
          <w:sz w:val="26"/>
          <w:szCs w:val="26"/>
        </w:rPr>
        <w:t>hình</w:t>
      </w:r>
      <w:proofErr w:type="spellEnd"/>
      <w:r w:rsidRPr="003108AF">
        <w:rPr>
          <w:rFonts w:cs="Times New Roman"/>
          <w:sz w:val="26"/>
          <w:szCs w:val="26"/>
        </w:rPr>
        <w:t xml:space="preserve"> </w:t>
      </w:r>
      <w:proofErr w:type="spellStart"/>
      <w:r w:rsidRPr="003108AF">
        <w:rPr>
          <w:rFonts w:cs="Times New Roman"/>
          <w:sz w:val="26"/>
          <w:szCs w:val="26"/>
        </w:rPr>
        <w:t>các</w:t>
      </w:r>
      <w:proofErr w:type="spellEnd"/>
      <w:r w:rsidRPr="003108AF">
        <w:rPr>
          <w:rFonts w:cs="Times New Roman"/>
          <w:sz w:val="26"/>
          <w:szCs w:val="26"/>
        </w:rPr>
        <w:t xml:space="preserve"> </w:t>
      </w:r>
      <w:proofErr w:type="spellStart"/>
      <w:r w:rsidRPr="003108AF">
        <w:rPr>
          <w:rFonts w:cs="Times New Roman"/>
          <w:sz w:val="26"/>
          <w:szCs w:val="26"/>
        </w:rPr>
        <w:t>thông</w:t>
      </w:r>
      <w:proofErr w:type="spellEnd"/>
      <w:r w:rsidRPr="003108AF">
        <w:rPr>
          <w:rFonts w:cs="Times New Roman"/>
          <w:sz w:val="26"/>
          <w:szCs w:val="26"/>
        </w:rPr>
        <w:t xml:space="preserve"> tin </w:t>
      </w:r>
      <w:proofErr w:type="spellStart"/>
      <w:r w:rsidRPr="003108AF">
        <w:rPr>
          <w:rFonts w:cs="Times New Roman"/>
          <w:sz w:val="26"/>
          <w:szCs w:val="26"/>
        </w:rPr>
        <w:t>hiển</w:t>
      </w:r>
      <w:proofErr w:type="spellEnd"/>
      <w:r w:rsidRPr="003108AF">
        <w:rPr>
          <w:rFonts w:cs="Times New Roman"/>
          <w:sz w:val="26"/>
          <w:szCs w:val="26"/>
        </w:rPr>
        <w:t xml:space="preserve"> </w:t>
      </w:r>
      <w:proofErr w:type="spellStart"/>
      <w:r w:rsidRPr="003108AF">
        <w:rPr>
          <w:rFonts w:cs="Times New Roman"/>
          <w:sz w:val="26"/>
          <w:szCs w:val="26"/>
        </w:rPr>
        <w:t>thị</w:t>
      </w:r>
      <w:proofErr w:type="spellEnd"/>
      <w:r w:rsidRPr="003108AF">
        <w:rPr>
          <w:rFonts w:cs="Times New Roman"/>
          <w:sz w:val="26"/>
          <w:szCs w:val="26"/>
        </w:rPr>
        <w:t>.</w:t>
      </w:r>
    </w:p>
    <w:p w14:paraId="6F24BE56" w14:textId="77777777" w:rsidR="000F3A52" w:rsidRPr="003108AF" w:rsidRDefault="000F3A52" w:rsidP="003108AF">
      <w:pPr>
        <w:pStyle w:val="ListParagraph"/>
        <w:numPr>
          <w:ilvl w:val="0"/>
          <w:numId w:val="14"/>
        </w:numPr>
        <w:ind w:left="426"/>
        <w:rPr>
          <w:rFonts w:cs="Times New Roman"/>
          <w:sz w:val="26"/>
          <w:szCs w:val="26"/>
        </w:rPr>
      </w:pPr>
      <w:proofErr w:type="spellStart"/>
      <w:r w:rsidRPr="003108AF">
        <w:rPr>
          <w:rFonts w:cs="Times New Roman"/>
          <w:sz w:val="26"/>
          <w:szCs w:val="26"/>
        </w:rPr>
        <w:t>Bước</w:t>
      </w:r>
      <w:proofErr w:type="spellEnd"/>
      <w:r w:rsidRPr="003108AF">
        <w:rPr>
          <w:rFonts w:cs="Times New Roman"/>
          <w:sz w:val="26"/>
          <w:szCs w:val="26"/>
        </w:rPr>
        <w:t xml:space="preserve"> 4: Sau </w:t>
      </w:r>
      <w:proofErr w:type="spellStart"/>
      <w:r w:rsidRPr="003108AF">
        <w:rPr>
          <w:rFonts w:cs="Times New Roman"/>
          <w:sz w:val="26"/>
          <w:szCs w:val="26"/>
        </w:rPr>
        <w:t>khi</w:t>
      </w:r>
      <w:proofErr w:type="spellEnd"/>
      <w:r w:rsidRPr="003108AF">
        <w:rPr>
          <w:rFonts w:cs="Times New Roman"/>
          <w:sz w:val="26"/>
          <w:szCs w:val="26"/>
        </w:rPr>
        <w:t xml:space="preserve"> </w:t>
      </w:r>
      <w:proofErr w:type="spellStart"/>
      <w:r w:rsidRPr="003108AF">
        <w:rPr>
          <w:rFonts w:cs="Times New Roman"/>
          <w:sz w:val="26"/>
          <w:szCs w:val="26"/>
        </w:rPr>
        <w:t>hoàn</w:t>
      </w:r>
      <w:proofErr w:type="spellEnd"/>
      <w:r w:rsidRPr="003108AF">
        <w:rPr>
          <w:rFonts w:cs="Times New Roman"/>
          <w:sz w:val="26"/>
          <w:szCs w:val="26"/>
        </w:rPr>
        <w:t xml:space="preserve"> </w:t>
      </w:r>
      <w:proofErr w:type="spellStart"/>
      <w:r w:rsidRPr="003108AF">
        <w:rPr>
          <w:rFonts w:cs="Times New Roman"/>
          <w:sz w:val="26"/>
          <w:szCs w:val="26"/>
        </w:rPr>
        <w:t>tất</w:t>
      </w:r>
      <w:proofErr w:type="spellEnd"/>
      <w:r w:rsidRPr="003108AF">
        <w:rPr>
          <w:rFonts w:cs="Times New Roman"/>
          <w:sz w:val="26"/>
          <w:szCs w:val="26"/>
        </w:rPr>
        <w:t xml:space="preserve"> </w:t>
      </w:r>
      <w:proofErr w:type="spellStart"/>
      <w:r w:rsidRPr="003108AF">
        <w:rPr>
          <w:rFonts w:cs="Times New Roman"/>
          <w:sz w:val="26"/>
          <w:szCs w:val="26"/>
        </w:rPr>
        <w:t>cấu</w:t>
      </w:r>
      <w:proofErr w:type="spellEnd"/>
      <w:r w:rsidRPr="003108AF">
        <w:rPr>
          <w:rFonts w:cs="Times New Roman"/>
          <w:sz w:val="26"/>
          <w:szCs w:val="26"/>
        </w:rPr>
        <w:t xml:space="preserve"> </w:t>
      </w:r>
      <w:proofErr w:type="spellStart"/>
      <w:r w:rsidRPr="003108AF">
        <w:rPr>
          <w:rFonts w:cs="Times New Roman"/>
          <w:sz w:val="26"/>
          <w:szCs w:val="26"/>
        </w:rPr>
        <w:t>hình</w:t>
      </w:r>
      <w:proofErr w:type="spellEnd"/>
      <w:r w:rsidRPr="003108AF">
        <w:rPr>
          <w:rFonts w:cs="Times New Roman"/>
          <w:sz w:val="26"/>
          <w:szCs w:val="26"/>
        </w:rPr>
        <w:t xml:space="preserve">, </w:t>
      </w:r>
      <w:proofErr w:type="spellStart"/>
      <w:r w:rsidRPr="003108AF">
        <w:rPr>
          <w:rFonts w:cs="Times New Roman"/>
          <w:sz w:val="26"/>
          <w:szCs w:val="26"/>
        </w:rPr>
        <w:t>nhấn</w:t>
      </w:r>
      <w:proofErr w:type="spellEnd"/>
      <w:r w:rsidRPr="003108AF">
        <w:rPr>
          <w:rFonts w:cs="Times New Roman"/>
          <w:sz w:val="26"/>
          <w:szCs w:val="26"/>
        </w:rPr>
        <w:t xml:space="preserve"> </w:t>
      </w:r>
      <w:proofErr w:type="spellStart"/>
      <w:r w:rsidRPr="003108AF">
        <w:rPr>
          <w:rFonts w:cs="Times New Roman"/>
          <w:sz w:val="26"/>
          <w:szCs w:val="26"/>
        </w:rPr>
        <w:t>nút</w:t>
      </w:r>
      <w:proofErr w:type="spellEnd"/>
      <w:r w:rsidRPr="003108AF">
        <w:rPr>
          <w:rFonts w:cs="Times New Roman"/>
          <w:sz w:val="26"/>
          <w:szCs w:val="26"/>
        </w:rPr>
        <w:t xml:space="preserve"> "Lưu" </w:t>
      </w:r>
      <w:proofErr w:type="spellStart"/>
      <w:r w:rsidRPr="003108AF">
        <w:rPr>
          <w:rFonts w:cs="Times New Roman"/>
          <w:sz w:val="26"/>
          <w:szCs w:val="26"/>
        </w:rPr>
        <w:t>để</w:t>
      </w:r>
      <w:proofErr w:type="spellEnd"/>
      <w:r w:rsidRPr="003108AF">
        <w:rPr>
          <w:rFonts w:cs="Times New Roman"/>
          <w:sz w:val="26"/>
          <w:szCs w:val="26"/>
        </w:rPr>
        <w:t xml:space="preserve"> </w:t>
      </w:r>
      <w:proofErr w:type="spellStart"/>
      <w:r w:rsidRPr="003108AF">
        <w:rPr>
          <w:rFonts w:cs="Times New Roman"/>
          <w:sz w:val="26"/>
          <w:szCs w:val="26"/>
        </w:rPr>
        <w:t>lưu</w:t>
      </w:r>
      <w:proofErr w:type="spellEnd"/>
      <w:r w:rsidRPr="003108AF">
        <w:rPr>
          <w:rFonts w:cs="Times New Roman"/>
          <w:sz w:val="26"/>
          <w:szCs w:val="26"/>
        </w:rPr>
        <w:t xml:space="preserve"> </w:t>
      </w:r>
      <w:proofErr w:type="spellStart"/>
      <w:r w:rsidRPr="003108AF">
        <w:rPr>
          <w:rFonts w:cs="Times New Roman"/>
          <w:sz w:val="26"/>
          <w:szCs w:val="26"/>
        </w:rPr>
        <w:t>lại</w:t>
      </w:r>
      <w:proofErr w:type="spellEnd"/>
      <w:r w:rsidRPr="003108AF">
        <w:rPr>
          <w:rFonts w:cs="Times New Roman"/>
          <w:sz w:val="26"/>
          <w:szCs w:val="26"/>
        </w:rPr>
        <w:t xml:space="preserve"> </w:t>
      </w:r>
      <w:proofErr w:type="spellStart"/>
      <w:r w:rsidRPr="003108AF">
        <w:rPr>
          <w:rFonts w:cs="Times New Roman"/>
          <w:sz w:val="26"/>
          <w:szCs w:val="26"/>
        </w:rPr>
        <w:t>mẫu</w:t>
      </w:r>
      <w:proofErr w:type="spellEnd"/>
      <w:r w:rsidRPr="003108AF">
        <w:rPr>
          <w:rFonts w:cs="Times New Roman"/>
          <w:sz w:val="26"/>
          <w:szCs w:val="26"/>
        </w:rPr>
        <w:t xml:space="preserve"> </w:t>
      </w:r>
      <w:proofErr w:type="spellStart"/>
      <w:r w:rsidRPr="003108AF">
        <w:rPr>
          <w:rFonts w:cs="Times New Roman"/>
          <w:sz w:val="26"/>
          <w:szCs w:val="26"/>
        </w:rPr>
        <w:t>chữ</w:t>
      </w:r>
      <w:proofErr w:type="spellEnd"/>
      <w:r w:rsidRPr="003108AF">
        <w:rPr>
          <w:rFonts w:cs="Times New Roman"/>
          <w:sz w:val="26"/>
          <w:szCs w:val="26"/>
        </w:rPr>
        <w:t xml:space="preserve"> </w:t>
      </w:r>
      <w:proofErr w:type="spellStart"/>
      <w:r w:rsidRPr="003108AF">
        <w:rPr>
          <w:rFonts w:cs="Times New Roman"/>
          <w:sz w:val="26"/>
          <w:szCs w:val="26"/>
        </w:rPr>
        <w:t>ký</w:t>
      </w:r>
      <w:proofErr w:type="spellEnd"/>
      <w:r w:rsidRPr="003108AF">
        <w:rPr>
          <w:rFonts w:cs="Times New Roman"/>
          <w:sz w:val="26"/>
          <w:szCs w:val="26"/>
        </w:rPr>
        <w:t>.</w:t>
      </w:r>
    </w:p>
    <w:p w14:paraId="6FA6D164" w14:textId="77777777" w:rsidR="000F3A52" w:rsidRPr="00974AFF" w:rsidRDefault="000F3A52" w:rsidP="000F3A52">
      <w:pPr>
        <w:rPr>
          <w:rFonts w:cs="Times New Roman"/>
        </w:rPr>
      </w:pPr>
      <w:r w:rsidRPr="00974AFF">
        <w:rPr>
          <w:rFonts w:cs="Times New Roman"/>
          <w:noProof/>
        </w:rPr>
        <w:drawing>
          <wp:inline distT="0" distB="0" distL="0" distR="0" wp14:anchorId="16BB302F" wp14:editId="26344807">
            <wp:extent cx="5676900" cy="3947160"/>
            <wp:effectExtent l="0" t="0" r="0" b="0"/>
            <wp:docPr id="8873478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6900" cy="3947160"/>
                    </a:xfrm>
                    <a:prstGeom prst="rect">
                      <a:avLst/>
                    </a:prstGeom>
                    <a:noFill/>
                    <a:ln>
                      <a:noFill/>
                    </a:ln>
                  </pic:spPr>
                </pic:pic>
              </a:graphicData>
            </a:graphic>
          </wp:inline>
        </w:drawing>
      </w:r>
    </w:p>
    <w:p w14:paraId="12686AFC" w14:textId="7BE5171F" w:rsidR="000F3A52" w:rsidRDefault="000F3A52" w:rsidP="000F3A52">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8D0AE2">
        <w:rPr>
          <w:rFonts w:cs="Times New Roman"/>
          <w:i/>
          <w:iCs/>
        </w:rPr>
        <w:t>3</w:t>
      </w:r>
      <w:r w:rsidRPr="000C37B8">
        <w:rPr>
          <w:rFonts w:cs="Times New Roman"/>
          <w:i/>
          <w:iCs/>
        </w:rPr>
        <w:t xml:space="preserve">. </w:t>
      </w:r>
      <w:proofErr w:type="spellStart"/>
      <w:r w:rsidRPr="000C37B8">
        <w:rPr>
          <w:rFonts w:cs="Times New Roman"/>
          <w:i/>
          <w:iCs/>
        </w:rPr>
        <w:t>Màn</w:t>
      </w:r>
      <w:proofErr w:type="spellEnd"/>
      <w:r w:rsidRPr="000C37B8">
        <w:rPr>
          <w:rFonts w:cs="Times New Roman"/>
          <w:i/>
          <w:iCs/>
        </w:rPr>
        <w:t xml:space="preserve"> </w:t>
      </w:r>
      <w:proofErr w:type="spellStart"/>
      <w:r w:rsidRPr="000C37B8">
        <w:rPr>
          <w:rFonts w:cs="Times New Roman"/>
          <w:i/>
          <w:iCs/>
        </w:rPr>
        <w:t>hình</w:t>
      </w:r>
      <w:proofErr w:type="spellEnd"/>
      <w:r w:rsidRPr="000C37B8">
        <w:rPr>
          <w:rFonts w:cs="Times New Roman"/>
          <w:i/>
          <w:iCs/>
        </w:rPr>
        <w:t xml:space="preserve"> </w:t>
      </w:r>
      <w:proofErr w:type="spellStart"/>
      <w:r w:rsidRPr="000C37B8">
        <w:rPr>
          <w:rFonts w:cs="Times New Roman"/>
          <w:i/>
          <w:iCs/>
        </w:rPr>
        <w:t>cấu</w:t>
      </w:r>
      <w:proofErr w:type="spellEnd"/>
      <w:r w:rsidRPr="000C37B8">
        <w:rPr>
          <w:rFonts w:cs="Times New Roman"/>
          <w:i/>
          <w:iCs/>
        </w:rPr>
        <w:t xml:space="preserve"> </w:t>
      </w:r>
      <w:proofErr w:type="spellStart"/>
      <w:r w:rsidRPr="000C37B8">
        <w:rPr>
          <w:rFonts w:cs="Times New Roman"/>
          <w:i/>
          <w:iCs/>
        </w:rPr>
        <w:t>hình</w:t>
      </w:r>
      <w:proofErr w:type="spellEnd"/>
      <w:r w:rsidRPr="000C37B8">
        <w:rPr>
          <w:rFonts w:cs="Times New Roman"/>
          <w:i/>
          <w:iCs/>
        </w:rPr>
        <w:t xml:space="preserve"> </w:t>
      </w:r>
      <w:proofErr w:type="spellStart"/>
      <w:r w:rsidRPr="000C37B8">
        <w:rPr>
          <w:rFonts w:cs="Times New Roman"/>
          <w:i/>
          <w:iCs/>
        </w:rPr>
        <w:t>chữ</w:t>
      </w:r>
      <w:proofErr w:type="spellEnd"/>
      <w:r w:rsidRPr="000C37B8">
        <w:rPr>
          <w:rFonts w:cs="Times New Roman"/>
          <w:i/>
          <w:iCs/>
        </w:rPr>
        <w:t xml:space="preserve"> </w:t>
      </w:r>
      <w:proofErr w:type="spellStart"/>
      <w:r w:rsidRPr="000C37B8">
        <w:rPr>
          <w:rFonts w:cs="Times New Roman"/>
          <w:i/>
          <w:iCs/>
        </w:rPr>
        <w:t>ký</w:t>
      </w:r>
      <w:proofErr w:type="spellEnd"/>
      <w:r w:rsidRPr="000C37B8">
        <w:rPr>
          <w:rFonts w:cs="Times New Roman"/>
          <w:i/>
          <w:iCs/>
        </w:rPr>
        <w:t xml:space="preserve"> </w:t>
      </w:r>
      <w:proofErr w:type="spellStart"/>
      <w:r w:rsidRPr="000C37B8">
        <w:rPr>
          <w:rFonts w:cs="Times New Roman"/>
          <w:i/>
          <w:iCs/>
        </w:rPr>
        <w:t>sau</w:t>
      </w:r>
      <w:proofErr w:type="spellEnd"/>
      <w:r w:rsidRPr="000C37B8">
        <w:rPr>
          <w:rFonts w:cs="Times New Roman"/>
          <w:i/>
          <w:iCs/>
        </w:rPr>
        <w:t xml:space="preserve"> </w:t>
      </w:r>
      <w:proofErr w:type="spellStart"/>
      <w:r w:rsidRPr="000C37B8">
        <w:rPr>
          <w:rFonts w:cs="Times New Roman"/>
          <w:i/>
          <w:iCs/>
        </w:rPr>
        <w:t>khi</w:t>
      </w:r>
      <w:proofErr w:type="spellEnd"/>
      <w:r w:rsidRPr="000C37B8">
        <w:rPr>
          <w:rFonts w:cs="Times New Roman"/>
          <w:i/>
          <w:iCs/>
        </w:rPr>
        <w:t xml:space="preserve"> </w:t>
      </w:r>
      <w:proofErr w:type="spellStart"/>
      <w:r w:rsidRPr="000C37B8">
        <w:rPr>
          <w:rFonts w:cs="Times New Roman"/>
          <w:i/>
          <w:iCs/>
        </w:rPr>
        <w:t>nhập</w:t>
      </w:r>
      <w:proofErr w:type="spellEnd"/>
      <w:r w:rsidRPr="000C37B8">
        <w:rPr>
          <w:rFonts w:cs="Times New Roman"/>
          <w:i/>
          <w:iCs/>
        </w:rPr>
        <w:t xml:space="preserve"> </w:t>
      </w:r>
      <w:proofErr w:type="spellStart"/>
      <w:r w:rsidRPr="000C37B8">
        <w:rPr>
          <w:rFonts w:cs="Times New Roman"/>
          <w:i/>
          <w:iCs/>
        </w:rPr>
        <w:t>thông</w:t>
      </w:r>
      <w:proofErr w:type="spellEnd"/>
      <w:r w:rsidRPr="000C37B8">
        <w:rPr>
          <w:rFonts w:cs="Times New Roman"/>
          <w:i/>
          <w:iCs/>
        </w:rPr>
        <w:t xml:space="preserve"> tin </w:t>
      </w:r>
      <w:proofErr w:type="spellStart"/>
      <w:r w:rsidRPr="000C37B8">
        <w:rPr>
          <w:rFonts w:cs="Times New Roman"/>
          <w:i/>
          <w:iCs/>
        </w:rPr>
        <w:t>và</w:t>
      </w:r>
      <w:proofErr w:type="spellEnd"/>
      <w:r w:rsidRPr="000C37B8">
        <w:rPr>
          <w:rFonts w:cs="Times New Roman"/>
          <w:i/>
          <w:iCs/>
        </w:rPr>
        <w:t xml:space="preserve"> </w:t>
      </w:r>
      <w:proofErr w:type="spellStart"/>
      <w:r w:rsidRPr="000C37B8">
        <w:rPr>
          <w:rFonts w:cs="Times New Roman"/>
          <w:i/>
          <w:iCs/>
        </w:rPr>
        <w:t>lưu</w:t>
      </w:r>
      <w:proofErr w:type="spellEnd"/>
      <w:r w:rsidRPr="000C37B8">
        <w:rPr>
          <w:rFonts w:cs="Times New Roman"/>
          <w:i/>
          <w:iCs/>
        </w:rPr>
        <w:t xml:space="preserve"> </w:t>
      </w:r>
      <w:proofErr w:type="spellStart"/>
      <w:r w:rsidRPr="000C37B8">
        <w:rPr>
          <w:rFonts w:cs="Times New Roman"/>
          <w:i/>
          <w:iCs/>
        </w:rPr>
        <w:t>mẫu</w:t>
      </w:r>
      <w:proofErr w:type="spellEnd"/>
      <w:r w:rsidRPr="000C37B8">
        <w:rPr>
          <w:rFonts w:cs="Times New Roman"/>
          <w:i/>
          <w:iCs/>
        </w:rPr>
        <w:t>.</w:t>
      </w:r>
    </w:p>
    <w:p w14:paraId="48694A68" w14:textId="53B7D3A4" w:rsidR="009657F6" w:rsidRDefault="009657F6" w:rsidP="009657F6">
      <w:pPr>
        <w:pStyle w:val="Heading2"/>
        <w:rPr>
          <w:rFonts w:cs="Times New Roman"/>
        </w:rPr>
      </w:pPr>
      <w:bookmarkStart w:id="15" w:name="_Toc234595024"/>
      <w:r w:rsidRPr="007D53D0">
        <w:rPr>
          <w:rFonts w:cs="Times New Roman"/>
        </w:rPr>
        <w:t>4.</w:t>
      </w:r>
      <w:r>
        <w:rPr>
          <w:rFonts w:cs="Times New Roman"/>
        </w:rPr>
        <w:t>5</w:t>
      </w:r>
      <w:r w:rsidRPr="007D53D0">
        <w:rPr>
          <w:rFonts w:cs="Times New Roman"/>
        </w:rPr>
        <w:t xml:space="preserve">. </w:t>
      </w:r>
      <w:proofErr w:type="spellStart"/>
      <w:r>
        <w:rPr>
          <w:rFonts w:cs="Times New Roman"/>
        </w:rPr>
        <w:t>Ký</w:t>
      </w:r>
      <w:proofErr w:type="spellEnd"/>
      <w:r>
        <w:rPr>
          <w:rFonts w:cs="Times New Roman"/>
        </w:rPr>
        <w:t xml:space="preserve"> </w:t>
      </w:r>
      <w:proofErr w:type="spellStart"/>
      <w:r>
        <w:rPr>
          <w:rFonts w:cs="Times New Roman"/>
        </w:rPr>
        <w:t>số</w:t>
      </w:r>
      <w:proofErr w:type="spellEnd"/>
      <w:r>
        <w:rPr>
          <w:rFonts w:cs="Times New Roman"/>
        </w:rPr>
        <w:t xml:space="preserve"> </w:t>
      </w:r>
      <w:proofErr w:type="spellStart"/>
      <w:r>
        <w:rPr>
          <w:rFonts w:cs="Times New Roman"/>
        </w:rPr>
        <w:t>từ</w:t>
      </w:r>
      <w:proofErr w:type="spellEnd"/>
      <w:r>
        <w:rPr>
          <w:rFonts w:cs="Times New Roman"/>
        </w:rPr>
        <w:t xml:space="preserve"> xa</w:t>
      </w:r>
      <w:bookmarkEnd w:id="15"/>
    </w:p>
    <w:p w14:paraId="15017245" w14:textId="2D900952" w:rsidR="00600D84" w:rsidRDefault="009657F6" w:rsidP="00F03502">
      <w:pPr>
        <w:pStyle w:val="Heading3"/>
      </w:pPr>
      <w:bookmarkStart w:id="16" w:name="_Toc234595025"/>
      <w:r w:rsidRPr="009657F6">
        <w:t xml:space="preserve">4.5.1. </w:t>
      </w:r>
      <w:proofErr w:type="spellStart"/>
      <w:r w:rsidR="00600D84" w:rsidRPr="00600D84">
        <w:t>Cấu</w:t>
      </w:r>
      <w:proofErr w:type="spellEnd"/>
      <w:r w:rsidR="00600D84" w:rsidRPr="00600D84">
        <w:t xml:space="preserve"> </w:t>
      </w:r>
      <w:proofErr w:type="spellStart"/>
      <w:r w:rsidR="00600D84" w:rsidRPr="00600D84">
        <w:t>hình</w:t>
      </w:r>
      <w:proofErr w:type="spellEnd"/>
      <w:r w:rsidR="00600D84" w:rsidRPr="00600D84">
        <w:t xml:space="preserve"> </w:t>
      </w:r>
      <w:proofErr w:type="spellStart"/>
      <w:r w:rsidR="00600D84" w:rsidRPr="00600D84">
        <w:t>kết</w:t>
      </w:r>
      <w:proofErr w:type="spellEnd"/>
      <w:r w:rsidR="00600D84" w:rsidRPr="00600D84">
        <w:t xml:space="preserve"> </w:t>
      </w:r>
      <w:proofErr w:type="spellStart"/>
      <w:r w:rsidR="00600D84" w:rsidRPr="00600D84">
        <w:t>nối</w:t>
      </w:r>
      <w:proofErr w:type="spellEnd"/>
      <w:r w:rsidR="00600D84" w:rsidRPr="00600D84">
        <w:t xml:space="preserve"> </w:t>
      </w:r>
      <w:proofErr w:type="spellStart"/>
      <w:r w:rsidR="00600D84" w:rsidRPr="00600D84">
        <w:t>dịch</w:t>
      </w:r>
      <w:proofErr w:type="spellEnd"/>
      <w:r w:rsidR="00600D84" w:rsidRPr="00600D84">
        <w:t xml:space="preserve"> </w:t>
      </w:r>
      <w:proofErr w:type="spellStart"/>
      <w:r w:rsidR="00600D84" w:rsidRPr="00600D84">
        <w:t>vụ</w:t>
      </w:r>
      <w:proofErr w:type="spellEnd"/>
      <w:r w:rsidR="00600D84" w:rsidRPr="00600D84">
        <w:t xml:space="preserve"> </w:t>
      </w:r>
      <w:proofErr w:type="spellStart"/>
      <w:r w:rsidR="00600D84" w:rsidRPr="00600D84">
        <w:t>ký</w:t>
      </w:r>
      <w:proofErr w:type="spellEnd"/>
      <w:r w:rsidR="00600D84" w:rsidRPr="00600D84">
        <w:t xml:space="preserve"> </w:t>
      </w:r>
      <w:proofErr w:type="spellStart"/>
      <w:r w:rsidR="00600D84" w:rsidRPr="00600D84">
        <w:t>số</w:t>
      </w:r>
      <w:proofErr w:type="spellEnd"/>
      <w:r w:rsidR="00600D84" w:rsidRPr="00600D84">
        <w:t xml:space="preserve"> </w:t>
      </w:r>
      <w:proofErr w:type="spellStart"/>
      <w:r w:rsidR="00600D84" w:rsidRPr="00600D84">
        <w:t>từ</w:t>
      </w:r>
      <w:proofErr w:type="spellEnd"/>
      <w:r w:rsidR="00600D84" w:rsidRPr="00600D84">
        <w:t xml:space="preserve"> xa</w:t>
      </w:r>
      <w:bookmarkEnd w:id="16"/>
    </w:p>
    <w:p w14:paraId="2C7DCA37" w14:textId="22D8380F" w:rsidR="00600D84" w:rsidRPr="00600D84" w:rsidRDefault="00600D84" w:rsidP="00600D84">
      <w:pPr>
        <w:pStyle w:val="ListBullet"/>
        <w:numPr>
          <w:ilvl w:val="0"/>
          <w:numId w:val="18"/>
        </w:numPr>
        <w:rPr>
          <w:sz w:val="26"/>
          <w:szCs w:val="26"/>
        </w:rPr>
      </w:pPr>
      <w:proofErr w:type="spellStart"/>
      <w:r w:rsidRPr="00600D84">
        <w:rPr>
          <w:sz w:val="26"/>
          <w:szCs w:val="26"/>
        </w:rPr>
        <w:t>Bước</w:t>
      </w:r>
      <w:proofErr w:type="spellEnd"/>
      <w:r w:rsidRPr="00600D84">
        <w:rPr>
          <w:sz w:val="26"/>
          <w:szCs w:val="26"/>
        </w:rPr>
        <w:t xml:space="preserve"> 1: Trong </w:t>
      </w:r>
      <w:proofErr w:type="spellStart"/>
      <w:r w:rsidRPr="00600D84">
        <w:rPr>
          <w:sz w:val="26"/>
          <w:szCs w:val="26"/>
        </w:rPr>
        <w:t>phần</w:t>
      </w:r>
      <w:proofErr w:type="spellEnd"/>
      <w:r w:rsidRPr="00600D84">
        <w:rPr>
          <w:sz w:val="26"/>
          <w:szCs w:val="26"/>
        </w:rPr>
        <w:t xml:space="preserve"> “</w:t>
      </w:r>
      <w:proofErr w:type="spellStart"/>
      <w:r w:rsidRPr="00600D84">
        <w:rPr>
          <w:sz w:val="26"/>
          <w:szCs w:val="26"/>
        </w:rPr>
        <w:t>Cấu</w:t>
      </w:r>
      <w:proofErr w:type="spellEnd"/>
      <w:r w:rsidRPr="00600D84">
        <w:rPr>
          <w:sz w:val="26"/>
          <w:szCs w:val="26"/>
        </w:rPr>
        <w:t xml:space="preserve"> </w:t>
      </w:r>
      <w:proofErr w:type="spellStart"/>
      <w:r w:rsidRPr="00600D84">
        <w:rPr>
          <w:sz w:val="26"/>
          <w:szCs w:val="26"/>
        </w:rPr>
        <w:t>hình</w:t>
      </w:r>
      <w:proofErr w:type="spellEnd"/>
      <w:r w:rsidRPr="00600D84">
        <w:rPr>
          <w:sz w:val="26"/>
          <w:szCs w:val="26"/>
        </w:rPr>
        <w:t xml:space="preserve"> </w:t>
      </w:r>
      <w:proofErr w:type="spellStart"/>
      <w:r w:rsidRPr="00600D84">
        <w:rPr>
          <w:sz w:val="26"/>
          <w:szCs w:val="26"/>
        </w:rPr>
        <w:t>chữ</w:t>
      </w:r>
      <w:proofErr w:type="spellEnd"/>
      <w:r w:rsidRPr="00600D84">
        <w:rPr>
          <w:sz w:val="26"/>
          <w:szCs w:val="26"/>
        </w:rPr>
        <w:t xml:space="preserve"> </w:t>
      </w:r>
      <w:proofErr w:type="spellStart"/>
      <w:r w:rsidRPr="00600D84">
        <w:rPr>
          <w:sz w:val="26"/>
          <w:szCs w:val="26"/>
        </w:rPr>
        <w:t>ký</w:t>
      </w:r>
      <w:proofErr w:type="spellEnd"/>
      <w:r w:rsidRPr="00600D84">
        <w:rPr>
          <w:sz w:val="26"/>
          <w:szCs w:val="26"/>
        </w:rPr>
        <w:t xml:space="preserve">” </w:t>
      </w:r>
      <w:proofErr w:type="spellStart"/>
      <w:r w:rsidRPr="00600D84">
        <w:rPr>
          <w:sz w:val="26"/>
          <w:szCs w:val="26"/>
        </w:rPr>
        <w:t>chọn</w:t>
      </w:r>
      <w:proofErr w:type="spellEnd"/>
      <w:r w:rsidRPr="00600D84">
        <w:rPr>
          <w:sz w:val="26"/>
          <w:szCs w:val="26"/>
        </w:rPr>
        <w:t xml:space="preserve"> </w:t>
      </w:r>
      <w:proofErr w:type="spellStart"/>
      <w:r w:rsidRPr="00600D84">
        <w:rPr>
          <w:sz w:val="26"/>
          <w:szCs w:val="26"/>
        </w:rPr>
        <w:t>mục</w:t>
      </w:r>
      <w:proofErr w:type="spellEnd"/>
      <w:r w:rsidRPr="00600D84">
        <w:rPr>
          <w:sz w:val="26"/>
          <w:szCs w:val="26"/>
        </w:rPr>
        <w:t xml:space="preserve"> “</w:t>
      </w:r>
      <w:proofErr w:type="spellStart"/>
      <w:r w:rsidRPr="00600D84">
        <w:rPr>
          <w:sz w:val="26"/>
          <w:szCs w:val="26"/>
        </w:rPr>
        <w:t>Cấu</w:t>
      </w:r>
      <w:proofErr w:type="spellEnd"/>
      <w:r w:rsidRPr="00600D84">
        <w:rPr>
          <w:sz w:val="26"/>
          <w:szCs w:val="26"/>
        </w:rPr>
        <w:t xml:space="preserve"> </w:t>
      </w:r>
      <w:proofErr w:type="spellStart"/>
      <w:r w:rsidRPr="00600D84">
        <w:rPr>
          <w:sz w:val="26"/>
          <w:szCs w:val="26"/>
        </w:rPr>
        <w:t>hình</w:t>
      </w:r>
      <w:proofErr w:type="spellEnd"/>
      <w:r w:rsidRPr="00600D84">
        <w:rPr>
          <w:sz w:val="26"/>
          <w:szCs w:val="26"/>
        </w:rPr>
        <w:t xml:space="preserve"> </w:t>
      </w:r>
      <w:proofErr w:type="spellStart"/>
      <w:r w:rsidRPr="00600D84">
        <w:rPr>
          <w:sz w:val="26"/>
          <w:szCs w:val="26"/>
        </w:rPr>
        <w:t>ký</w:t>
      </w:r>
      <w:proofErr w:type="spellEnd"/>
      <w:r w:rsidRPr="00600D84">
        <w:rPr>
          <w:sz w:val="26"/>
          <w:szCs w:val="26"/>
        </w:rPr>
        <w:t xml:space="preserve"> </w:t>
      </w:r>
      <w:proofErr w:type="spellStart"/>
      <w:r w:rsidRPr="00600D84">
        <w:rPr>
          <w:sz w:val="26"/>
          <w:szCs w:val="26"/>
        </w:rPr>
        <w:t>từ</w:t>
      </w:r>
      <w:proofErr w:type="spellEnd"/>
      <w:r w:rsidRPr="00600D84">
        <w:rPr>
          <w:sz w:val="26"/>
          <w:szCs w:val="26"/>
        </w:rPr>
        <w:t xml:space="preserve"> xa”.</w:t>
      </w:r>
    </w:p>
    <w:p w14:paraId="712F8385" w14:textId="35AEF00F" w:rsidR="00600D84" w:rsidRPr="00600D84" w:rsidRDefault="00600D84" w:rsidP="00600D84">
      <w:pPr>
        <w:pStyle w:val="ListBullet"/>
        <w:numPr>
          <w:ilvl w:val="0"/>
          <w:numId w:val="18"/>
        </w:numPr>
        <w:rPr>
          <w:sz w:val="26"/>
          <w:szCs w:val="26"/>
        </w:rPr>
      </w:pPr>
      <w:proofErr w:type="spellStart"/>
      <w:r w:rsidRPr="00600D84">
        <w:rPr>
          <w:sz w:val="26"/>
          <w:szCs w:val="26"/>
        </w:rPr>
        <w:t>Bước</w:t>
      </w:r>
      <w:proofErr w:type="spellEnd"/>
      <w:r w:rsidRPr="00600D84">
        <w:rPr>
          <w:sz w:val="26"/>
          <w:szCs w:val="26"/>
        </w:rPr>
        <w:t xml:space="preserve"> 2: </w:t>
      </w:r>
      <w:proofErr w:type="spellStart"/>
      <w:r w:rsidRPr="00600D84">
        <w:rPr>
          <w:sz w:val="26"/>
          <w:szCs w:val="26"/>
        </w:rPr>
        <w:t>Chỉnh</w:t>
      </w:r>
      <w:proofErr w:type="spellEnd"/>
      <w:r w:rsidRPr="00600D84">
        <w:rPr>
          <w:sz w:val="26"/>
          <w:szCs w:val="26"/>
        </w:rPr>
        <w:t xml:space="preserve"> </w:t>
      </w:r>
      <w:proofErr w:type="spellStart"/>
      <w:r w:rsidRPr="00600D84">
        <w:rPr>
          <w:sz w:val="26"/>
          <w:szCs w:val="26"/>
        </w:rPr>
        <w:t>sửa</w:t>
      </w:r>
      <w:proofErr w:type="spellEnd"/>
      <w:r w:rsidRPr="00600D84">
        <w:rPr>
          <w:sz w:val="26"/>
          <w:szCs w:val="26"/>
        </w:rPr>
        <w:t xml:space="preserve"> </w:t>
      </w:r>
      <w:proofErr w:type="spellStart"/>
      <w:r w:rsidRPr="00600D84">
        <w:rPr>
          <w:sz w:val="26"/>
          <w:szCs w:val="26"/>
        </w:rPr>
        <w:t>các</w:t>
      </w:r>
      <w:proofErr w:type="spellEnd"/>
      <w:r w:rsidRPr="00600D84">
        <w:rPr>
          <w:sz w:val="26"/>
          <w:szCs w:val="26"/>
        </w:rPr>
        <w:t xml:space="preserve"> </w:t>
      </w:r>
      <w:proofErr w:type="spellStart"/>
      <w:r w:rsidRPr="00600D84">
        <w:rPr>
          <w:sz w:val="26"/>
          <w:szCs w:val="26"/>
        </w:rPr>
        <w:t>thông</w:t>
      </w:r>
      <w:proofErr w:type="spellEnd"/>
      <w:r w:rsidRPr="00600D84">
        <w:rPr>
          <w:sz w:val="26"/>
          <w:szCs w:val="26"/>
        </w:rPr>
        <w:t xml:space="preserve"> </w:t>
      </w:r>
      <w:proofErr w:type="spellStart"/>
      <w:r w:rsidRPr="00600D84">
        <w:rPr>
          <w:sz w:val="26"/>
          <w:szCs w:val="26"/>
        </w:rPr>
        <w:t>số</w:t>
      </w:r>
      <w:proofErr w:type="spellEnd"/>
      <w:r w:rsidRPr="00600D84">
        <w:rPr>
          <w:sz w:val="26"/>
          <w:szCs w:val="26"/>
        </w:rPr>
        <w:t xml:space="preserve"> </w:t>
      </w:r>
      <w:proofErr w:type="spellStart"/>
      <w:r w:rsidRPr="00600D84">
        <w:rPr>
          <w:sz w:val="26"/>
          <w:szCs w:val="26"/>
        </w:rPr>
        <w:t>cấu</w:t>
      </w:r>
      <w:proofErr w:type="spellEnd"/>
      <w:r w:rsidRPr="00600D84">
        <w:rPr>
          <w:sz w:val="26"/>
          <w:szCs w:val="26"/>
        </w:rPr>
        <w:t xml:space="preserve"> </w:t>
      </w:r>
      <w:proofErr w:type="spellStart"/>
      <w:r w:rsidRPr="00600D84">
        <w:rPr>
          <w:sz w:val="26"/>
          <w:szCs w:val="26"/>
        </w:rPr>
        <w:t>hình</w:t>
      </w:r>
      <w:proofErr w:type="spellEnd"/>
      <w:r w:rsidRPr="00600D84">
        <w:rPr>
          <w:sz w:val="26"/>
          <w:szCs w:val="26"/>
        </w:rPr>
        <w:t xml:space="preserve"> </w:t>
      </w:r>
      <w:proofErr w:type="spellStart"/>
      <w:r w:rsidRPr="00600D84">
        <w:rPr>
          <w:sz w:val="26"/>
          <w:szCs w:val="26"/>
        </w:rPr>
        <w:t>theo</w:t>
      </w:r>
      <w:proofErr w:type="spellEnd"/>
      <w:r w:rsidRPr="00600D84">
        <w:rPr>
          <w:sz w:val="26"/>
          <w:szCs w:val="26"/>
        </w:rPr>
        <w:t xml:space="preserve"> </w:t>
      </w:r>
      <w:proofErr w:type="spellStart"/>
      <w:r w:rsidRPr="00600D84">
        <w:rPr>
          <w:sz w:val="26"/>
          <w:szCs w:val="26"/>
        </w:rPr>
        <w:t>hướng</w:t>
      </w:r>
      <w:proofErr w:type="spellEnd"/>
      <w:r w:rsidRPr="00600D84">
        <w:rPr>
          <w:sz w:val="26"/>
          <w:szCs w:val="26"/>
        </w:rPr>
        <w:t xml:space="preserve"> </w:t>
      </w:r>
      <w:proofErr w:type="spellStart"/>
      <w:r w:rsidRPr="00600D84">
        <w:rPr>
          <w:sz w:val="26"/>
          <w:szCs w:val="26"/>
        </w:rPr>
        <w:t>dẫn</w:t>
      </w:r>
      <w:proofErr w:type="spellEnd"/>
      <w:r w:rsidRPr="00600D84">
        <w:rPr>
          <w:sz w:val="26"/>
          <w:szCs w:val="26"/>
        </w:rPr>
        <w:t xml:space="preserve"> </w:t>
      </w:r>
      <w:proofErr w:type="spellStart"/>
      <w:r w:rsidRPr="00600D84">
        <w:rPr>
          <w:sz w:val="26"/>
          <w:szCs w:val="26"/>
        </w:rPr>
        <w:t>sau</w:t>
      </w:r>
      <w:proofErr w:type="spellEnd"/>
      <w:r w:rsidRPr="00600D84">
        <w:rPr>
          <w:sz w:val="26"/>
          <w:szCs w:val="26"/>
        </w:rPr>
        <w:t>:</w:t>
      </w:r>
    </w:p>
    <w:p w14:paraId="7FFE3B37" w14:textId="3B1B3DED" w:rsidR="00600D84" w:rsidRPr="00600D84" w:rsidRDefault="00600D84" w:rsidP="00600D84">
      <w:pPr>
        <w:pStyle w:val="ListBullet"/>
        <w:tabs>
          <w:tab w:val="clear" w:pos="360"/>
          <w:tab w:val="num" w:pos="851"/>
        </w:tabs>
        <w:ind w:left="851"/>
        <w:rPr>
          <w:sz w:val="26"/>
          <w:szCs w:val="26"/>
        </w:rPr>
      </w:pPr>
      <w:proofErr w:type="spellStart"/>
      <w:r w:rsidRPr="00600D84">
        <w:rPr>
          <w:b/>
          <w:bCs/>
          <w:sz w:val="26"/>
          <w:szCs w:val="26"/>
        </w:rPr>
        <w:t>Thời</w:t>
      </w:r>
      <w:proofErr w:type="spellEnd"/>
      <w:r w:rsidRPr="00600D84">
        <w:rPr>
          <w:b/>
          <w:bCs/>
          <w:sz w:val="26"/>
          <w:szCs w:val="26"/>
        </w:rPr>
        <w:t xml:space="preserve"> </w:t>
      </w:r>
      <w:proofErr w:type="spellStart"/>
      <w:r w:rsidRPr="00600D84">
        <w:rPr>
          <w:b/>
          <w:bCs/>
          <w:sz w:val="26"/>
          <w:szCs w:val="26"/>
        </w:rPr>
        <w:t>gian</w:t>
      </w:r>
      <w:proofErr w:type="spellEnd"/>
      <w:r w:rsidRPr="00600D84">
        <w:rPr>
          <w:b/>
          <w:bCs/>
          <w:sz w:val="26"/>
          <w:szCs w:val="26"/>
        </w:rPr>
        <w:t xml:space="preserve"> </w:t>
      </w:r>
      <w:proofErr w:type="spellStart"/>
      <w:r w:rsidRPr="00600D84">
        <w:rPr>
          <w:b/>
          <w:bCs/>
          <w:sz w:val="26"/>
          <w:szCs w:val="26"/>
        </w:rPr>
        <w:t>chờ</w:t>
      </w:r>
      <w:proofErr w:type="spellEnd"/>
      <w:r w:rsidRPr="00600D84">
        <w:rPr>
          <w:b/>
          <w:bCs/>
          <w:sz w:val="26"/>
          <w:szCs w:val="26"/>
        </w:rPr>
        <w:t xml:space="preserve"> </w:t>
      </w:r>
      <w:proofErr w:type="spellStart"/>
      <w:r w:rsidRPr="00600D84">
        <w:rPr>
          <w:b/>
          <w:bCs/>
          <w:sz w:val="26"/>
          <w:szCs w:val="26"/>
        </w:rPr>
        <w:t>phản</w:t>
      </w:r>
      <w:proofErr w:type="spellEnd"/>
      <w:r w:rsidRPr="00600D84">
        <w:rPr>
          <w:b/>
          <w:bCs/>
          <w:sz w:val="26"/>
          <w:szCs w:val="26"/>
        </w:rPr>
        <w:t xml:space="preserve"> </w:t>
      </w:r>
      <w:proofErr w:type="spellStart"/>
      <w:r w:rsidRPr="00600D84">
        <w:rPr>
          <w:b/>
          <w:bCs/>
          <w:sz w:val="26"/>
          <w:szCs w:val="26"/>
        </w:rPr>
        <w:t>hồi</w:t>
      </w:r>
      <w:proofErr w:type="spellEnd"/>
      <w:r w:rsidRPr="00600D84">
        <w:rPr>
          <w:b/>
          <w:bCs/>
          <w:sz w:val="26"/>
          <w:szCs w:val="26"/>
        </w:rPr>
        <w:t xml:space="preserve"> API </w:t>
      </w:r>
      <w:proofErr w:type="spellStart"/>
      <w:r w:rsidRPr="00600D84">
        <w:rPr>
          <w:b/>
          <w:bCs/>
          <w:sz w:val="26"/>
          <w:szCs w:val="26"/>
        </w:rPr>
        <w:t>ký</w:t>
      </w:r>
      <w:proofErr w:type="spellEnd"/>
      <w:r w:rsidRPr="00600D84">
        <w:rPr>
          <w:b/>
          <w:bCs/>
          <w:sz w:val="26"/>
          <w:szCs w:val="26"/>
        </w:rPr>
        <w:t xml:space="preserve"> </w:t>
      </w:r>
      <w:proofErr w:type="spellStart"/>
      <w:r w:rsidRPr="00600D84">
        <w:rPr>
          <w:b/>
          <w:bCs/>
          <w:sz w:val="26"/>
          <w:szCs w:val="26"/>
        </w:rPr>
        <w:t>số</w:t>
      </w:r>
      <w:proofErr w:type="spellEnd"/>
      <w:r w:rsidRPr="00600D84">
        <w:rPr>
          <w:b/>
          <w:bCs/>
          <w:sz w:val="26"/>
          <w:szCs w:val="26"/>
        </w:rPr>
        <w:t>:</w:t>
      </w:r>
      <w:r w:rsidRPr="00600D84">
        <w:rPr>
          <w:sz w:val="26"/>
          <w:szCs w:val="26"/>
        </w:rPr>
        <w:t xml:space="preserve"> </w:t>
      </w:r>
      <w:proofErr w:type="spellStart"/>
      <w:r w:rsidRPr="00600D84">
        <w:rPr>
          <w:sz w:val="26"/>
          <w:szCs w:val="26"/>
        </w:rPr>
        <w:t>Thời</w:t>
      </w:r>
      <w:proofErr w:type="spellEnd"/>
      <w:r w:rsidRPr="00600D84">
        <w:rPr>
          <w:sz w:val="26"/>
          <w:szCs w:val="26"/>
        </w:rPr>
        <w:t xml:space="preserve"> </w:t>
      </w:r>
      <w:proofErr w:type="spellStart"/>
      <w:r w:rsidRPr="00600D84">
        <w:rPr>
          <w:sz w:val="26"/>
          <w:szCs w:val="26"/>
        </w:rPr>
        <w:t>gian</w:t>
      </w:r>
      <w:proofErr w:type="spellEnd"/>
      <w:r w:rsidRPr="00600D84">
        <w:rPr>
          <w:sz w:val="26"/>
          <w:szCs w:val="26"/>
        </w:rPr>
        <w:t xml:space="preserve"> </w:t>
      </w:r>
      <w:proofErr w:type="spellStart"/>
      <w:r w:rsidRPr="00600D84">
        <w:rPr>
          <w:sz w:val="26"/>
          <w:szCs w:val="26"/>
        </w:rPr>
        <w:t>tối</w:t>
      </w:r>
      <w:proofErr w:type="spellEnd"/>
      <w:r w:rsidRPr="00600D84">
        <w:rPr>
          <w:sz w:val="26"/>
          <w:szCs w:val="26"/>
        </w:rPr>
        <w:t xml:space="preserve"> </w:t>
      </w:r>
      <w:proofErr w:type="spellStart"/>
      <w:r w:rsidRPr="00600D84">
        <w:rPr>
          <w:sz w:val="26"/>
          <w:szCs w:val="26"/>
        </w:rPr>
        <w:t>đa</w:t>
      </w:r>
      <w:proofErr w:type="spellEnd"/>
      <w:r w:rsidRPr="00600D84">
        <w:rPr>
          <w:sz w:val="26"/>
          <w:szCs w:val="26"/>
        </w:rPr>
        <w:t xml:space="preserve"> </w:t>
      </w:r>
      <w:proofErr w:type="spellStart"/>
      <w:r w:rsidRPr="00600D84">
        <w:rPr>
          <w:sz w:val="26"/>
          <w:szCs w:val="26"/>
        </w:rPr>
        <w:t>chờ</w:t>
      </w:r>
      <w:proofErr w:type="spellEnd"/>
      <w:r w:rsidRPr="00600D84">
        <w:rPr>
          <w:sz w:val="26"/>
          <w:szCs w:val="26"/>
        </w:rPr>
        <w:t xml:space="preserve"> </w:t>
      </w:r>
      <w:proofErr w:type="spellStart"/>
      <w:r w:rsidRPr="00600D84">
        <w:rPr>
          <w:sz w:val="26"/>
          <w:szCs w:val="26"/>
        </w:rPr>
        <w:t>máy</w:t>
      </w:r>
      <w:proofErr w:type="spellEnd"/>
      <w:r w:rsidRPr="00600D84">
        <w:rPr>
          <w:sz w:val="26"/>
          <w:szCs w:val="26"/>
        </w:rPr>
        <w:t xml:space="preserve"> </w:t>
      </w:r>
      <w:proofErr w:type="spellStart"/>
      <w:r w:rsidRPr="00600D84">
        <w:rPr>
          <w:sz w:val="26"/>
          <w:szCs w:val="26"/>
        </w:rPr>
        <w:t>chủ</w:t>
      </w:r>
      <w:proofErr w:type="spellEnd"/>
      <w:r w:rsidRPr="00600D84">
        <w:rPr>
          <w:sz w:val="26"/>
          <w:szCs w:val="26"/>
        </w:rPr>
        <w:t xml:space="preserve"> </w:t>
      </w:r>
      <w:proofErr w:type="spellStart"/>
      <w:r w:rsidRPr="00600D84">
        <w:rPr>
          <w:sz w:val="26"/>
          <w:szCs w:val="26"/>
        </w:rPr>
        <w:t>ký</w:t>
      </w:r>
      <w:proofErr w:type="spellEnd"/>
      <w:r w:rsidRPr="00600D84">
        <w:rPr>
          <w:sz w:val="26"/>
          <w:szCs w:val="26"/>
        </w:rPr>
        <w:t xml:space="preserve"> </w:t>
      </w:r>
      <w:proofErr w:type="spellStart"/>
      <w:r w:rsidRPr="00600D84">
        <w:rPr>
          <w:sz w:val="26"/>
          <w:szCs w:val="26"/>
        </w:rPr>
        <w:t>số</w:t>
      </w:r>
      <w:proofErr w:type="spellEnd"/>
      <w:r w:rsidRPr="00600D84">
        <w:rPr>
          <w:sz w:val="26"/>
          <w:szCs w:val="26"/>
        </w:rPr>
        <w:t xml:space="preserve"> </w:t>
      </w:r>
      <w:proofErr w:type="spellStart"/>
      <w:r w:rsidRPr="00600D84">
        <w:rPr>
          <w:sz w:val="26"/>
          <w:szCs w:val="26"/>
        </w:rPr>
        <w:t>phản</w:t>
      </w:r>
      <w:proofErr w:type="spellEnd"/>
      <w:r w:rsidRPr="00600D84">
        <w:rPr>
          <w:sz w:val="26"/>
          <w:szCs w:val="26"/>
        </w:rPr>
        <w:t xml:space="preserve"> </w:t>
      </w:r>
      <w:proofErr w:type="spellStart"/>
      <w:r w:rsidRPr="00600D84">
        <w:rPr>
          <w:sz w:val="26"/>
          <w:szCs w:val="26"/>
        </w:rPr>
        <w:t>hồi</w:t>
      </w:r>
      <w:proofErr w:type="spellEnd"/>
      <w:r w:rsidRPr="00600D84">
        <w:rPr>
          <w:sz w:val="26"/>
          <w:szCs w:val="26"/>
        </w:rPr>
        <w:t xml:space="preserve"> </w:t>
      </w:r>
      <w:proofErr w:type="spellStart"/>
      <w:r w:rsidRPr="00600D84">
        <w:rPr>
          <w:sz w:val="26"/>
          <w:szCs w:val="26"/>
        </w:rPr>
        <w:t>cho</w:t>
      </w:r>
      <w:proofErr w:type="spellEnd"/>
      <w:r w:rsidRPr="00600D84">
        <w:rPr>
          <w:sz w:val="26"/>
          <w:szCs w:val="26"/>
        </w:rPr>
        <w:t xml:space="preserve"> </w:t>
      </w:r>
      <w:proofErr w:type="spellStart"/>
      <w:r w:rsidRPr="00600D84">
        <w:rPr>
          <w:sz w:val="26"/>
          <w:szCs w:val="26"/>
        </w:rPr>
        <w:t>mỗi</w:t>
      </w:r>
      <w:proofErr w:type="spellEnd"/>
      <w:r w:rsidRPr="00600D84">
        <w:rPr>
          <w:sz w:val="26"/>
          <w:szCs w:val="26"/>
        </w:rPr>
        <w:t xml:space="preserve"> </w:t>
      </w:r>
      <w:proofErr w:type="spellStart"/>
      <w:r w:rsidRPr="00600D84">
        <w:rPr>
          <w:sz w:val="26"/>
          <w:szCs w:val="26"/>
        </w:rPr>
        <w:t>lần</w:t>
      </w:r>
      <w:proofErr w:type="spellEnd"/>
      <w:r w:rsidRPr="00600D84">
        <w:rPr>
          <w:sz w:val="26"/>
          <w:szCs w:val="26"/>
        </w:rPr>
        <w:t xml:space="preserve"> </w:t>
      </w:r>
      <w:proofErr w:type="spellStart"/>
      <w:r w:rsidRPr="00600D84">
        <w:rPr>
          <w:sz w:val="26"/>
          <w:szCs w:val="26"/>
        </w:rPr>
        <w:t>gọi</w:t>
      </w:r>
      <w:proofErr w:type="spellEnd"/>
      <w:r w:rsidRPr="00600D84">
        <w:rPr>
          <w:sz w:val="26"/>
          <w:szCs w:val="26"/>
        </w:rPr>
        <w:t xml:space="preserve">. </w:t>
      </w:r>
    </w:p>
    <w:p w14:paraId="573296DA" w14:textId="6B62E060" w:rsidR="00600D84" w:rsidRPr="00600D84" w:rsidRDefault="00600D84" w:rsidP="00600D84">
      <w:pPr>
        <w:pStyle w:val="ListBullet"/>
        <w:tabs>
          <w:tab w:val="clear" w:pos="360"/>
          <w:tab w:val="num" w:pos="851"/>
        </w:tabs>
        <w:ind w:left="851"/>
        <w:rPr>
          <w:sz w:val="26"/>
          <w:szCs w:val="26"/>
        </w:rPr>
      </w:pPr>
      <w:proofErr w:type="spellStart"/>
      <w:r w:rsidRPr="00600D84">
        <w:rPr>
          <w:b/>
          <w:bCs/>
          <w:sz w:val="26"/>
          <w:szCs w:val="26"/>
        </w:rPr>
        <w:t>Số</w:t>
      </w:r>
      <w:proofErr w:type="spellEnd"/>
      <w:r w:rsidRPr="00600D84">
        <w:rPr>
          <w:b/>
          <w:bCs/>
          <w:sz w:val="26"/>
          <w:szCs w:val="26"/>
        </w:rPr>
        <w:t xml:space="preserve"> </w:t>
      </w:r>
      <w:proofErr w:type="spellStart"/>
      <w:r w:rsidRPr="00600D84">
        <w:rPr>
          <w:b/>
          <w:bCs/>
          <w:sz w:val="26"/>
          <w:szCs w:val="26"/>
        </w:rPr>
        <w:t>lần</w:t>
      </w:r>
      <w:proofErr w:type="spellEnd"/>
      <w:r w:rsidRPr="00600D84">
        <w:rPr>
          <w:b/>
          <w:bCs/>
          <w:sz w:val="26"/>
          <w:szCs w:val="26"/>
        </w:rPr>
        <w:t xml:space="preserve"> </w:t>
      </w:r>
      <w:proofErr w:type="spellStart"/>
      <w:r w:rsidRPr="00600D84">
        <w:rPr>
          <w:b/>
          <w:bCs/>
          <w:sz w:val="26"/>
          <w:szCs w:val="26"/>
        </w:rPr>
        <w:t>thử</w:t>
      </w:r>
      <w:proofErr w:type="spellEnd"/>
      <w:r w:rsidRPr="00600D84">
        <w:rPr>
          <w:b/>
          <w:bCs/>
          <w:sz w:val="26"/>
          <w:szCs w:val="26"/>
        </w:rPr>
        <w:t xml:space="preserve"> </w:t>
      </w:r>
      <w:proofErr w:type="spellStart"/>
      <w:r w:rsidRPr="00600D84">
        <w:rPr>
          <w:b/>
          <w:bCs/>
          <w:sz w:val="26"/>
          <w:szCs w:val="26"/>
        </w:rPr>
        <w:t>lại</w:t>
      </w:r>
      <w:proofErr w:type="spellEnd"/>
      <w:r w:rsidRPr="00600D84">
        <w:rPr>
          <w:b/>
          <w:bCs/>
          <w:sz w:val="26"/>
          <w:szCs w:val="26"/>
        </w:rPr>
        <w:t xml:space="preserve"> </w:t>
      </w:r>
      <w:proofErr w:type="spellStart"/>
      <w:r w:rsidRPr="00600D84">
        <w:rPr>
          <w:b/>
          <w:bCs/>
          <w:sz w:val="26"/>
          <w:szCs w:val="26"/>
        </w:rPr>
        <w:t>khi</w:t>
      </w:r>
      <w:proofErr w:type="spellEnd"/>
      <w:r w:rsidRPr="00600D84">
        <w:rPr>
          <w:b/>
          <w:bCs/>
          <w:sz w:val="26"/>
          <w:szCs w:val="26"/>
        </w:rPr>
        <w:t xml:space="preserve"> </w:t>
      </w:r>
      <w:proofErr w:type="spellStart"/>
      <w:r w:rsidRPr="00600D84">
        <w:rPr>
          <w:b/>
          <w:bCs/>
          <w:sz w:val="26"/>
          <w:szCs w:val="26"/>
        </w:rPr>
        <w:t>gọi</w:t>
      </w:r>
      <w:proofErr w:type="spellEnd"/>
      <w:r w:rsidRPr="00600D84">
        <w:rPr>
          <w:b/>
          <w:bCs/>
          <w:sz w:val="26"/>
          <w:szCs w:val="26"/>
        </w:rPr>
        <w:t xml:space="preserve"> API:</w:t>
      </w:r>
      <w:r w:rsidRPr="00600D84">
        <w:rPr>
          <w:sz w:val="26"/>
          <w:szCs w:val="26"/>
        </w:rPr>
        <w:t xml:space="preserve"> </w:t>
      </w:r>
      <w:proofErr w:type="spellStart"/>
      <w:r w:rsidRPr="00600D84">
        <w:rPr>
          <w:sz w:val="26"/>
          <w:szCs w:val="26"/>
        </w:rPr>
        <w:t>Số</w:t>
      </w:r>
      <w:proofErr w:type="spellEnd"/>
      <w:r w:rsidRPr="00600D84">
        <w:rPr>
          <w:sz w:val="26"/>
          <w:szCs w:val="26"/>
        </w:rPr>
        <w:t xml:space="preserve"> </w:t>
      </w:r>
      <w:proofErr w:type="spellStart"/>
      <w:r w:rsidRPr="00600D84">
        <w:rPr>
          <w:sz w:val="26"/>
          <w:szCs w:val="26"/>
        </w:rPr>
        <w:t>lần</w:t>
      </w:r>
      <w:proofErr w:type="spellEnd"/>
      <w:r w:rsidRPr="00600D84">
        <w:rPr>
          <w:sz w:val="26"/>
          <w:szCs w:val="26"/>
        </w:rPr>
        <w:t xml:space="preserve"> </w:t>
      </w:r>
      <w:proofErr w:type="spellStart"/>
      <w:r w:rsidRPr="00600D84">
        <w:rPr>
          <w:sz w:val="26"/>
          <w:szCs w:val="26"/>
        </w:rPr>
        <w:t>hệ</w:t>
      </w:r>
      <w:proofErr w:type="spellEnd"/>
      <w:r w:rsidRPr="00600D84">
        <w:rPr>
          <w:sz w:val="26"/>
          <w:szCs w:val="26"/>
        </w:rPr>
        <w:t xml:space="preserve"> </w:t>
      </w:r>
      <w:proofErr w:type="spellStart"/>
      <w:r w:rsidRPr="00600D84">
        <w:rPr>
          <w:sz w:val="26"/>
          <w:szCs w:val="26"/>
        </w:rPr>
        <w:t>thống</w:t>
      </w:r>
      <w:proofErr w:type="spellEnd"/>
      <w:r w:rsidRPr="00600D84">
        <w:rPr>
          <w:sz w:val="26"/>
          <w:szCs w:val="26"/>
        </w:rPr>
        <w:t xml:space="preserve"> </w:t>
      </w:r>
      <w:proofErr w:type="spellStart"/>
      <w:r w:rsidRPr="00600D84">
        <w:rPr>
          <w:sz w:val="26"/>
          <w:szCs w:val="26"/>
        </w:rPr>
        <w:t>tự</w:t>
      </w:r>
      <w:proofErr w:type="spellEnd"/>
      <w:r w:rsidRPr="00600D84">
        <w:rPr>
          <w:sz w:val="26"/>
          <w:szCs w:val="26"/>
        </w:rPr>
        <w:t xml:space="preserve"> </w:t>
      </w:r>
      <w:proofErr w:type="spellStart"/>
      <w:r w:rsidRPr="00600D84">
        <w:rPr>
          <w:sz w:val="26"/>
          <w:szCs w:val="26"/>
        </w:rPr>
        <w:t>động</w:t>
      </w:r>
      <w:proofErr w:type="spellEnd"/>
      <w:r w:rsidRPr="00600D84">
        <w:rPr>
          <w:sz w:val="26"/>
          <w:szCs w:val="26"/>
        </w:rPr>
        <w:t xml:space="preserve"> </w:t>
      </w:r>
      <w:proofErr w:type="spellStart"/>
      <w:r w:rsidRPr="00600D84">
        <w:rPr>
          <w:sz w:val="26"/>
          <w:szCs w:val="26"/>
        </w:rPr>
        <w:t>gọi</w:t>
      </w:r>
      <w:proofErr w:type="spellEnd"/>
      <w:r w:rsidRPr="00600D84">
        <w:rPr>
          <w:sz w:val="26"/>
          <w:szCs w:val="26"/>
        </w:rPr>
        <w:t xml:space="preserve"> </w:t>
      </w:r>
      <w:proofErr w:type="spellStart"/>
      <w:r w:rsidRPr="00600D84">
        <w:rPr>
          <w:sz w:val="26"/>
          <w:szCs w:val="26"/>
        </w:rPr>
        <w:t>lại</w:t>
      </w:r>
      <w:proofErr w:type="spellEnd"/>
      <w:r w:rsidRPr="00600D84">
        <w:rPr>
          <w:sz w:val="26"/>
          <w:szCs w:val="26"/>
        </w:rPr>
        <w:t xml:space="preserve"> </w:t>
      </w:r>
      <w:proofErr w:type="spellStart"/>
      <w:r w:rsidRPr="00600D84">
        <w:rPr>
          <w:sz w:val="26"/>
          <w:szCs w:val="26"/>
        </w:rPr>
        <w:t>khi</w:t>
      </w:r>
      <w:proofErr w:type="spellEnd"/>
      <w:r w:rsidRPr="00600D84">
        <w:rPr>
          <w:sz w:val="26"/>
          <w:szCs w:val="26"/>
        </w:rPr>
        <w:t xml:space="preserve"> </w:t>
      </w:r>
      <w:proofErr w:type="spellStart"/>
      <w:r w:rsidRPr="00600D84">
        <w:rPr>
          <w:sz w:val="26"/>
          <w:szCs w:val="26"/>
        </w:rPr>
        <w:t>xảy</w:t>
      </w:r>
      <w:proofErr w:type="spellEnd"/>
      <w:r w:rsidRPr="00600D84">
        <w:rPr>
          <w:sz w:val="26"/>
          <w:szCs w:val="26"/>
        </w:rPr>
        <w:t xml:space="preserve"> </w:t>
      </w:r>
      <w:proofErr w:type="spellStart"/>
      <w:r w:rsidRPr="00600D84">
        <w:rPr>
          <w:sz w:val="26"/>
          <w:szCs w:val="26"/>
        </w:rPr>
        <w:t>ra</w:t>
      </w:r>
      <w:proofErr w:type="spellEnd"/>
      <w:r w:rsidRPr="00600D84">
        <w:rPr>
          <w:sz w:val="26"/>
          <w:szCs w:val="26"/>
        </w:rPr>
        <w:t xml:space="preserve"> </w:t>
      </w:r>
      <w:proofErr w:type="spellStart"/>
      <w:r w:rsidRPr="00600D84">
        <w:rPr>
          <w:sz w:val="26"/>
          <w:szCs w:val="26"/>
        </w:rPr>
        <w:t>lỗi</w:t>
      </w:r>
      <w:proofErr w:type="spellEnd"/>
      <w:r w:rsidRPr="00600D84">
        <w:rPr>
          <w:sz w:val="26"/>
          <w:szCs w:val="26"/>
        </w:rPr>
        <w:t xml:space="preserve"> </w:t>
      </w:r>
      <w:proofErr w:type="spellStart"/>
      <w:r w:rsidRPr="00600D84">
        <w:rPr>
          <w:sz w:val="26"/>
          <w:szCs w:val="26"/>
        </w:rPr>
        <w:t>kết</w:t>
      </w:r>
      <w:proofErr w:type="spellEnd"/>
      <w:r w:rsidRPr="00600D84">
        <w:rPr>
          <w:sz w:val="26"/>
          <w:szCs w:val="26"/>
        </w:rPr>
        <w:t xml:space="preserve"> </w:t>
      </w:r>
      <w:proofErr w:type="spellStart"/>
      <w:r w:rsidRPr="00600D84">
        <w:rPr>
          <w:sz w:val="26"/>
          <w:szCs w:val="26"/>
        </w:rPr>
        <w:t>nối</w:t>
      </w:r>
      <w:proofErr w:type="spellEnd"/>
      <w:r w:rsidRPr="00600D84">
        <w:rPr>
          <w:sz w:val="26"/>
          <w:szCs w:val="26"/>
        </w:rPr>
        <w:t xml:space="preserve"> </w:t>
      </w:r>
      <w:proofErr w:type="spellStart"/>
      <w:r w:rsidRPr="00600D84">
        <w:rPr>
          <w:sz w:val="26"/>
          <w:szCs w:val="26"/>
        </w:rPr>
        <w:t>hoặc</w:t>
      </w:r>
      <w:proofErr w:type="spellEnd"/>
      <w:r w:rsidRPr="00600D84">
        <w:rPr>
          <w:sz w:val="26"/>
          <w:szCs w:val="26"/>
        </w:rPr>
        <w:t xml:space="preserve"> </w:t>
      </w:r>
      <w:proofErr w:type="spellStart"/>
      <w:r w:rsidRPr="00600D84">
        <w:rPr>
          <w:sz w:val="26"/>
          <w:szCs w:val="26"/>
        </w:rPr>
        <w:t>quá</w:t>
      </w:r>
      <w:proofErr w:type="spellEnd"/>
      <w:r w:rsidRPr="00600D84">
        <w:rPr>
          <w:sz w:val="26"/>
          <w:szCs w:val="26"/>
        </w:rPr>
        <w:t xml:space="preserve"> </w:t>
      </w:r>
      <w:proofErr w:type="spellStart"/>
      <w:r w:rsidRPr="00600D84">
        <w:rPr>
          <w:sz w:val="26"/>
          <w:szCs w:val="26"/>
        </w:rPr>
        <w:t>thời</w:t>
      </w:r>
      <w:proofErr w:type="spellEnd"/>
      <w:r w:rsidRPr="00600D84">
        <w:rPr>
          <w:sz w:val="26"/>
          <w:szCs w:val="26"/>
        </w:rPr>
        <w:t xml:space="preserve"> </w:t>
      </w:r>
      <w:proofErr w:type="spellStart"/>
      <w:r w:rsidRPr="00600D84">
        <w:rPr>
          <w:sz w:val="26"/>
          <w:szCs w:val="26"/>
        </w:rPr>
        <w:t>gian</w:t>
      </w:r>
      <w:proofErr w:type="spellEnd"/>
      <w:r w:rsidRPr="00600D84">
        <w:rPr>
          <w:sz w:val="26"/>
          <w:szCs w:val="26"/>
        </w:rPr>
        <w:t xml:space="preserve"> </w:t>
      </w:r>
      <w:proofErr w:type="spellStart"/>
      <w:r w:rsidRPr="00600D84">
        <w:rPr>
          <w:sz w:val="26"/>
          <w:szCs w:val="26"/>
        </w:rPr>
        <w:t>chờ</w:t>
      </w:r>
      <w:proofErr w:type="spellEnd"/>
      <w:r w:rsidRPr="00600D84">
        <w:rPr>
          <w:sz w:val="26"/>
          <w:szCs w:val="26"/>
        </w:rPr>
        <w:t xml:space="preserve">. </w:t>
      </w:r>
    </w:p>
    <w:p w14:paraId="01F7C53F" w14:textId="4F8E7A8F" w:rsidR="00600D84" w:rsidRPr="00600D84" w:rsidRDefault="00600D84" w:rsidP="00600D84">
      <w:pPr>
        <w:pStyle w:val="ListBullet"/>
        <w:tabs>
          <w:tab w:val="clear" w:pos="360"/>
          <w:tab w:val="num" w:pos="851"/>
        </w:tabs>
        <w:ind w:left="851"/>
        <w:rPr>
          <w:sz w:val="26"/>
          <w:szCs w:val="26"/>
        </w:rPr>
      </w:pPr>
      <w:proofErr w:type="spellStart"/>
      <w:r w:rsidRPr="00600D84">
        <w:rPr>
          <w:b/>
          <w:bCs/>
          <w:sz w:val="26"/>
          <w:szCs w:val="26"/>
        </w:rPr>
        <w:t>Thời</w:t>
      </w:r>
      <w:proofErr w:type="spellEnd"/>
      <w:r w:rsidRPr="00600D84">
        <w:rPr>
          <w:b/>
          <w:bCs/>
          <w:sz w:val="26"/>
          <w:szCs w:val="26"/>
        </w:rPr>
        <w:t xml:space="preserve"> </w:t>
      </w:r>
      <w:proofErr w:type="spellStart"/>
      <w:r w:rsidRPr="00600D84">
        <w:rPr>
          <w:b/>
          <w:bCs/>
          <w:sz w:val="26"/>
          <w:szCs w:val="26"/>
        </w:rPr>
        <w:t>gian</w:t>
      </w:r>
      <w:proofErr w:type="spellEnd"/>
      <w:r w:rsidRPr="00600D84">
        <w:rPr>
          <w:b/>
          <w:bCs/>
          <w:sz w:val="26"/>
          <w:szCs w:val="26"/>
        </w:rPr>
        <w:t xml:space="preserve"> </w:t>
      </w:r>
      <w:proofErr w:type="spellStart"/>
      <w:r w:rsidRPr="00600D84">
        <w:rPr>
          <w:b/>
          <w:bCs/>
          <w:sz w:val="26"/>
          <w:szCs w:val="26"/>
        </w:rPr>
        <w:t>chờ</w:t>
      </w:r>
      <w:proofErr w:type="spellEnd"/>
      <w:r w:rsidRPr="00600D84">
        <w:rPr>
          <w:b/>
          <w:bCs/>
          <w:sz w:val="26"/>
          <w:szCs w:val="26"/>
        </w:rPr>
        <w:t xml:space="preserve"> </w:t>
      </w:r>
      <w:proofErr w:type="spellStart"/>
      <w:r w:rsidRPr="00600D84">
        <w:rPr>
          <w:b/>
          <w:bCs/>
          <w:sz w:val="26"/>
          <w:szCs w:val="26"/>
        </w:rPr>
        <w:t>giữa</w:t>
      </w:r>
      <w:proofErr w:type="spellEnd"/>
      <w:r w:rsidRPr="00600D84">
        <w:rPr>
          <w:b/>
          <w:bCs/>
          <w:sz w:val="26"/>
          <w:szCs w:val="26"/>
        </w:rPr>
        <w:t xml:space="preserve"> </w:t>
      </w:r>
      <w:proofErr w:type="spellStart"/>
      <w:r w:rsidRPr="00600D84">
        <w:rPr>
          <w:b/>
          <w:bCs/>
          <w:sz w:val="26"/>
          <w:szCs w:val="26"/>
        </w:rPr>
        <w:t>các</w:t>
      </w:r>
      <w:proofErr w:type="spellEnd"/>
      <w:r w:rsidRPr="00600D84">
        <w:rPr>
          <w:b/>
          <w:bCs/>
          <w:sz w:val="26"/>
          <w:szCs w:val="26"/>
        </w:rPr>
        <w:t xml:space="preserve"> </w:t>
      </w:r>
      <w:proofErr w:type="spellStart"/>
      <w:r w:rsidRPr="00600D84">
        <w:rPr>
          <w:b/>
          <w:bCs/>
          <w:sz w:val="26"/>
          <w:szCs w:val="26"/>
        </w:rPr>
        <w:t>lần</w:t>
      </w:r>
      <w:proofErr w:type="spellEnd"/>
      <w:r w:rsidRPr="00600D84">
        <w:rPr>
          <w:b/>
          <w:bCs/>
          <w:sz w:val="26"/>
          <w:szCs w:val="26"/>
        </w:rPr>
        <w:t xml:space="preserve"> </w:t>
      </w:r>
      <w:proofErr w:type="spellStart"/>
      <w:r w:rsidRPr="00600D84">
        <w:rPr>
          <w:b/>
          <w:bCs/>
          <w:sz w:val="26"/>
          <w:szCs w:val="26"/>
        </w:rPr>
        <w:t>thử</w:t>
      </w:r>
      <w:proofErr w:type="spellEnd"/>
      <w:r w:rsidRPr="00600D84">
        <w:rPr>
          <w:b/>
          <w:bCs/>
          <w:sz w:val="26"/>
          <w:szCs w:val="26"/>
        </w:rPr>
        <w:t xml:space="preserve"> </w:t>
      </w:r>
      <w:proofErr w:type="spellStart"/>
      <w:r w:rsidRPr="00600D84">
        <w:rPr>
          <w:b/>
          <w:bCs/>
          <w:sz w:val="26"/>
          <w:szCs w:val="26"/>
        </w:rPr>
        <w:t>lại</w:t>
      </w:r>
      <w:proofErr w:type="spellEnd"/>
      <w:r w:rsidRPr="00600D84">
        <w:rPr>
          <w:b/>
          <w:bCs/>
          <w:sz w:val="26"/>
          <w:szCs w:val="26"/>
        </w:rPr>
        <w:t>:</w:t>
      </w:r>
      <w:r w:rsidRPr="00600D84">
        <w:rPr>
          <w:sz w:val="26"/>
          <w:szCs w:val="26"/>
        </w:rPr>
        <w:t xml:space="preserve"> </w:t>
      </w:r>
      <w:proofErr w:type="spellStart"/>
      <w:r w:rsidRPr="00600D84">
        <w:rPr>
          <w:sz w:val="26"/>
          <w:szCs w:val="26"/>
        </w:rPr>
        <w:t>Khoảng</w:t>
      </w:r>
      <w:proofErr w:type="spellEnd"/>
      <w:r w:rsidRPr="00600D84">
        <w:rPr>
          <w:sz w:val="26"/>
          <w:szCs w:val="26"/>
        </w:rPr>
        <w:t xml:space="preserve"> </w:t>
      </w:r>
      <w:proofErr w:type="spellStart"/>
      <w:r w:rsidRPr="00600D84">
        <w:rPr>
          <w:sz w:val="26"/>
          <w:szCs w:val="26"/>
        </w:rPr>
        <w:t>thời</w:t>
      </w:r>
      <w:proofErr w:type="spellEnd"/>
      <w:r w:rsidRPr="00600D84">
        <w:rPr>
          <w:sz w:val="26"/>
          <w:szCs w:val="26"/>
        </w:rPr>
        <w:t xml:space="preserve"> </w:t>
      </w:r>
      <w:proofErr w:type="spellStart"/>
      <w:r w:rsidRPr="00600D84">
        <w:rPr>
          <w:sz w:val="26"/>
          <w:szCs w:val="26"/>
        </w:rPr>
        <w:t>gian</w:t>
      </w:r>
      <w:proofErr w:type="spellEnd"/>
      <w:r w:rsidRPr="00600D84">
        <w:rPr>
          <w:sz w:val="26"/>
          <w:szCs w:val="26"/>
        </w:rPr>
        <w:t xml:space="preserve"> </w:t>
      </w:r>
      <w:proofErr w:type="spellStart"/>
      <w:r w:rsidRPr="00600D84">
        <w:rPr>
          <w:sz w:val="26"/>
          <w:szCs w:val="26"/>
        </w:rPr>
        <w:t>chờ</w:t>
      </w:r>
      <w:proofErr w:type="spellEnd"/>
      <w:r w:rsidRPr="00600D84">
        <w:rPr>
          <w:sz w:val="26"/>
          <w:szCs w:val="26"/>
        </w:rPr>
        <w:t xml:space="preserve"> </w:t>
      </w:r>
      <w:proofErr w:type="spellStart"/>
      <w:r w:rsidRPr="00600D84">
        <w:rPr>
          <w:sz w:val="26"/>
          <w:szCs w:val="26"/>
        </w:rPr>
        <w:t>trước</w:t>
      </w:r>
      <w:proofErr w:type="spellEnd"/>
      <w:r w:rsidRPr="00600D84">
        <w:rPr>
          <w:sz w:val="26"/>
          <w:szCs w:val="26"/>
        </w:rPr>
        <w:t xml:space="preserve"> </w:t>
      </w:r>
      <w:proofErr w:type="spellStart"/>
      <w:r w:rsidRPr="00600D84">
        <w:rPr>
          <w:sz w:val="26"/>
          <w:szCs w:val="26"/>
        </w:rPr>
        <w:t>khi</w:t>
      </w:r>
      <w:proofErr w:type="spellEnd"/>
      <w:r w:rsidRPr="00600D84">
        <w:rPr>
          <w:sz w:val="26"/>
          <w:szCs w:val="26"/>
        </w:rPr>
        <w:t xml:space="preserve"> </w:t>
      </w:r>
      <w:proofErr w:type="spellStart"/>
      <w:r w:rsidRPr="00600D84">
        <w:rPr>
          <w:sz w:val="26"/>
          <w:szCs w:val="26"/>
        </w:rPr>
        <w:t>hệ</w:t>
      </w:r>
      <w:proofErr w:type="spellEnd"/>
      <w:r w:rsidRPr="00600D84">
        <w:rPr>
          <w:sz w:val="26"/>
          <w:szCs w:val="26"/>
        </w:rPr>
        <w:t xml:space="preserve"> </w:t>
      </w:r>
      <w:proofErr w:type="spellStart"/>
      <w:r w:rsidRPr="00600D84">
        <w:rPr>
          <w:sz w:val="26"/>
          <w:szCs w:val="26"/>
        </w:rPr>
        <w:t>thống</w:t>
      </w:r>
      <w:proofErr w:type="spellEnd"/>
      <w:r w:rsidRPr="00600D84">
        <w:rPr>
          <w:sz w:val="26"/>
          <w:szCs w:val="26"/>
        </w:rPr>
        <w:t xml:space="preserve"> </w:t>
      </w:r>
      <w:proofErr w:type="spellStart"/>
      <w:r w:rsidRPr="00600D84">
        <w:rPr>
          <w:sz w:val="26"/>
          <w:szCs w:val="26"/>
        </w:rPr>
        <w:t>thực</w:t>
      </w:r>
      <w:proofErr w:type="spellEnd"/>
      <w:r w:rsidRPr="00600D84">
        <w:rPr>
          <w:sz w:val="26"/>
          <w:szCs w:val="26"/>
        </w:rPr>
        <w:t xml:space="preserve"> </w:t>
      </w:r>
      <w:proofErr w:type="spellStart"/>
      <w:r w:rsidRPr="00600D84">
        <w:rPr>
          <w:sz w:val="26"/>
          <w:szCs w:val="26"/>
        </w:rPr>
        <w:t>hiện</w:t>
      </w:r>
      <w:proofErr w:type="spellEnd"/>
      <w:r w:rsidRPr="00600D84">
        <w:rPr>
          <w:sz w:val="26"/>
          <w:szCs w:val="26"/>
        </w:rPr>
        <w:t xml:space="preserve"> </w:t>
      </w:r>
      <w:proofErr w:type="spellStart"/>
      <w:r w:rsidRPr="00600D84">
        <w:rPr>
          <w:sz w:val="26"/>
          <w:szCs w:val="26"/>
        </w:rPr>
        <w:t>lần</w:t>
      </w:r>
      <w:proofErr w:type="spellEnd"/>
      <w:r w:rsidRPr="00600D84">
        <w:rPr>
          <w:sz w:val="26"/>
          <w:szCs w:val="26"/>
        </w:rPr>
        <w:t xml:space="preserve"> </w:t>
      </w:r>
      <w:proofErr w:type="spellStart"/>
      <w:r w:rsidRPr="00600D84">
        <w:rPr>
          <w:sz w:val="26"/>
          <w:szCs w:val="26"/>
        </w:rPr>
        <w:t>gọi</w:t>
      </w:r>
      <w:proofErr w:type="spellEnd"/>
      <w:r w:rsidRPr="00600D84">
        <w:rPr>
          <w:sz w:val="26"/>
          <w:szCs w:val="26"/>
        </w:rPr>
        <w:t xml:space="preserve"> </w:t>
      </w:r>
      <w:proofErr w:type="spellStart"/>
      <w:r w:rsidRPr="00600D84">
        <w:rPr>
          <w:sz w:val="26"/>
          <w:szCs w:val="26"/>
        </w:rPr>
        <w:t>lại</w:t>
      </w:r>
      <w:proofErr w:type="spellEnd"/>
      <w:r w:rsidRPr="00600D84">
        <w:rPr>
          <w:sz w:val="26"/>
          <w:szCs w:val="26"/>
        </w:rPr>
        <w:t xml:space="preserve"> </w:t>
      </w:r>
      <w:proofErr w:type="spellStart"/>
      <w:r w:rsidRPr="00600D84">
        <w:rPr>
          <w:sz w:val="26"/>
          <w:szCs w:val="26"/>
        </w:rPr>
        <w:t>tiếp</w:t>
      </w:r>
      <w:proofErr w:type="spellEnd"/>
      <w:r w:rsidRPr="00600D84">
        <w:rPr>
          <w:sz w:val="26"/>
          <w:szCs w:val="26"/>
        </w:rPr>
        <w:t xml:space="preserve"> </w:t>
      </w:r>
      <w:proofErr w:type="spellStart"/>
      <w:r w:rsidRPr="00600D84">
        <w:rPr>
          <w:sz w:val="26"/>
          <w:szCs w:val="26"/>
        </w:rPr>
        <w:t>theo.</w:t>
      </w:r>
      <w:proofErr w:type="spellEnd"/>
    </w:p>
    <w:p w14:paraId="1940285C" w14:textId="250BAAD9" w:rsidR="00600D84" w:rsidRPr="00600D84" w:rsidRDefault="00600D84" w:rsidP="00600D84">
      <w:pPr>
        <w:pStyle w:val="ListBullet"/>
        <w:numPr>
          <w:ilvl w:val="0"/>
          <w:numId w:val="18"/>
        </w:numPr>
        <w:rPr>
          <w:sz w:val="26"/>
          <w:szCs w:val="26"/>
        </w:rPr>
      </w:pPr>
      <w:proofErr w:type="spellStart"/>
      <w:r w:rsidRPr="00600D84">
        <w:rPr>
          <w:sz w:val="26"/>
          <w:szCs w:val="26"/>
        </w:rPr>
        <w:t>Bước</w:t>
      </w:r>
      <w:proofErr w:type="spellEnd"/>
      <w:r w:rsidRPr="00600D84">
        <w:rPr>
          <w:sz w:val="26"/>
          <w:szCs w:val="26"/>
        </w:rPr>
        <w:t xml:space="preserve"> 3: </w:t>
      </w:r>
      <w:proofErr w:type="spellStart"/>
      <w:r w:rsidRPr="00600D84">
        <w:rPr>
          <w:sz w:val="26"/>
          <w:szCs w:val="26"/>
        </w:rPr>
        <w:t>Nhấn</w:t>
      </w:r>
      <w:proofErr w:type="spellEnd"/>
      <w:r w:rsidRPr="00600D84">
        <w:rPr>
          <w:sz w:val="26"/>
          <w:szCs w:val="26"/>
        </w:rPr>
        <w:t xml:space="preserve"> “Lưu” </w:t>
      </w:r>
      <w:proofErr w:type="spellStart"/>
      <w:r w:rsidRPr="00600D84">
        <w:rPr>
          <w:sz w:val="26"/>
          <w:szCs w:val="26"/>
        </w:rPr>
        <w:t>sau</w:t>
      </w:r>
      <w:proofErr w:type="spellEnd"/>
      <w:r w:rsidRPr="00600D84">
        <w:rPr>
          <w:sz w:val="26"/>
          <w:szCs w:val="26"/>
        </w:rPr>
        <w:t xml:space="preserve"> </w:t>
      </w:r>
      <w:proofErr w:type="spellStart"/>
      <w:r w:rsidRPr="00600D84">
        <w:rPr>
          <w:sz w:val="26"/>
          <w:szCs w:val="26"/>
        </w:rPr>
        <w:t>khi</w:t>
      </w:r>
      <w:proofErr w:type="spellEnd"/>
      <w:r w:rsidRPr="00600D84">
        <w:rPr>
          <w:sz w:val="26"/>
          <w:szCs w:val="26"/>
        </w:rPr>
        <w:t xml:space="preserve"> </w:t>
      </w:r>
      <w:proofErr w:type="spellStart"/>
      <w:r w:rsidRPr="00600D84">
        <w:rPr>
          <w:sz w:val="26"/>
          <w:szCs w:val="26"/>
        </w:rPr>
        <w:t>điều</w:t>
      </w:r>
      <w:proofErr w:type="spellEnd"/>
      <w:r w:rsidRPr="00600D84">
        <w:rPr>
          <w:sz w:val="26"/>
          <w:szCs w:val="26"/>
        </w:rPr>
        <w:t xml:space="preserve"> </w:t>
      </w:r>
      <w:proofErr w:type="spellStart"/>
      <w:r w:rsidRPr="00600D84">
        <w:rPr>
          <w:sz w:val="26"/>
          <w:szCs w:val="26"/>
        </w:rPr>
        <w:t>chỉnh</w:t>
      </w:r>
      <w:proofErr w:type="spellEnd"/>
      <w:r w:rsidRPr="00600D84">
        <w:rPr>
          <w:sz w:val="26"/>
          <w:szCs w:val="26"/>
        </w:rPr>
        <w:t xml:space="preserve"> </w:t>
      </w:r>
      <w:proofErr w:type="spellStart"/>
      <w:r w:rsidRPr="00600D84">
        <w:rPr>
          <w:sz w:val="26"/>
          <w:szCs w:val="26"/>
        </w:rPr>
        <w:t>cấu</w:t>
      </w:r>
      <w:proofErr w:type="spellEnd"/>
      <w:r w:rsidRPr="00600D84">
        <w:rPr>
          <w:sz w:val="26"/>
          <w:szCs w:val="26"/>
        </w:rPr>
        <w:t xml:space="preserve"> </w:t>
      </w:r>
      <w:proofErr w:type="spellStart"/>
      <w:r w:rsidRPr="00600D84">
        <w:rPr>
          <w:sz w:val="26"/>
          <w:szCs w:val="26"/>
        </w:rPr>
        <w:t>hình</w:t>
      </w:r>
      <w:proofErr w:type="spellEnd"/>
      <w:r w:rsidRPr="00600D84">
        <w:rPr>
          <w:sz w:val="26"/>
          <w:szCs w:val="26"/>
        </w:rPr>
        <w:t>.</w:t>
      </w:r>
    </w:p>
    <w:p w14:paraId="137EDD7C" w14:textId="3E290AE0" w:rsidR="00600D84" w:rsidRDefault="00600D84" w:rsidP="00600D84">
      <w:pPr>
        <w:jc w:val="center"/>
      </w:pPr>
      <w:r w:rsidRPr="00600D84">
        <w:rPr>
          <w:noProof/>
        </w:rPr>
        <w:lastRenderedPageBreak/>
        <w:drawing>
          <wp:inline distT="0" distB="0" distL="0" distR="0" wp14:anchorId="47931B3A" wp14:editId="73487493">
            <wp:extent cx="5760720" cy="4041140"/>
            <wp:effectExtent l="0" t="0" r="0" b="0"/>
            <wp:docPr id="486751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51473" name=""/>
                    <pic:cNvPicPr/>
                  </pic:nvPicPr>
                  <pic:blipFill>
                    <a:blip r:embed="rId23"/>
                    <a:stretch>
                      <a:fillRect/>
                    </a:stretch>
                  </pic:blipFill>
                  <pic:spPr>
                    <a:xfrm>
                      <a:off x="0" y="0"/>
                      <a:ext cx="5760720" cy="4041140"/>
                    </a:xfrm>
                    <a:prstGeom prst="rect">
                      <a:avLst/>
                    </a:prstGeom>
                  </pic:spPr>
                </pic:pic>
              </a:graphicData>
            </a:graphic>
          </wp:inline>
        </w:drawing>
      </w:r>
    </w:p>
    <w:p w14:paraId="76EC7C96" w14:textId="0CC773CC" w:rsidR="00600D84" w:rsidRPr="00600D84" w:rsidRDefault="00600D84" w:rsidP="00600D84">
      <w:pPr>
        <w:jc w:val="center"/>
      </w:pPr>
      <w:proofErr w:type="spellStart"/>
      <w:r w:rsidRPr="000C37B8">
        <w:rPr>
          <w:rFonts w:cs="Times New Roman"/>
          <w:i/>
          <w:iCs/>
        </w:rPr>
        <w:t>Hình</w:t>
      </w:r>
      <w:proofErr w:type="spellEnd"/>
      <w:r w:rsidRPr="000C37B8">
        <w:rPr>
          <w:rFonts w:cs="Times New Roman"/>
          <w:i/>
          <w:iCs/>
        </w:rPr>
        <w:t xml:space="preserve"> </w:t>
      </w:r>
      <w:r>
        <w:rPr>
          <w:rFonts w:cs="Times New Roman"/>
          <w:i/>
          <w:iCs/>
        </w:rPr>
        <w:t>14</w:t>
      </w:r>
      <w:r w:rsidRPr="000C37B8">
        <w:rPr>
          <w:rFonts w:cs="Times New Roman"/>
          <w:i/>
          <w:iCs/>
        </w:rPr>
        <w:t>.</w:t>
      </w:r>
      <w:r>
        <w:rPr>
          <w:rFonts w:cs="Times New Roman"/>
          <w:i/>
          <w:iCs/>
        </w:rPr>
        <w:t xml:space="preserve"> </w:t>
      </w:r>
      <w:proofErr w:type="spellStart"/>
      <w:r w:rsidRPr="00600D84">
        <w:rPr>
          <w:rFonts w:cs="Times New Roman"/>
          <w:i/>
          <w:iCs/>
        </w:rPr>
        <w:t>Cấu</w:t>
      </w:r>
      <w:proofErr w:type="spellEnd"/>
      <w:r w:rsidRPr="00600D84">
        <w:rPr>
          <w:rFonts w:cs="Times New Roman"/>
          <w:i/>
          <w:iCs/>
        </w:rPr>
        <w:t xml:space="preserve"> </w:t>
      </w:r>
      <w:proofErr w:type="spellStart"/>
      <w:r w:rsidRPr="00600D84">
        <w:rPr>
          <w:rFonts w:cs="Times New Roman"/>
          <w:i/>
          <w:iCs/>
        </w:rPr>
        <w:t>hình</w:t>
      </w:r>
      <w:proofErr w:type="spellEnd"/>
      <w:r w:rsidRPr="00600D84">
        <w:rPr>
          <w:rFonts w:cs="Times New Roman"/>
          <w:i/>
          <w:iCs/>
        </w:rPr>
        <w:t xml:space="preserve"> </w:t>
      </w:r>
      <w:proofErr w:type="spellStart"/>
      <w:r w:rsidRPr="00600D84">
        <w:rPr>
          <w:rFonts w:cs="Times New Roman"/>
          <w:i/>
          <w:iCs/>
        </w:rPr>
        <w:t>kết</w:t>
      </w:r>
      <w:proofErr w:type="spellEnd"/>
      <w:r w:rsidRPr="00600D84">
        <w:rPr>
          <w:rFonts w:cs="Times New Roman"/>
          <w:i/>
          <w:iCs/>
        </w:rPr>
        <w:t xml:space="preserve"> </w:t>
      </w:r>
      <w:proofErr w:type="spellStart"/>
      <w:r w:rsidRPr="00600D84">
        <w:rPr>
          <w:rFonts w:cs="Times New Roman"/>
          <w:i/>
          <w:iCs/>
        </w:rPr>
        <w:t>nối</w:t>
      </w:r>
      <w:proofErr w:type="spellEnd"/>
      <w:r w:rsidRPr="00600D84">
        <w:rPr>
          <w:rFonts w:cs="Times New Roman"/>
          <w:i/>
          <w:iCs/>
        </w:rPr>
        <w:t xml:space="preserve"> </w:t>
      </w:r>
      <w:proofErr w:type="spellStart"/>
      <w:r w:rsidRPr="00600D84">
        <w:rPr>
          <w:rFonts w:cs="Times New Roman"/>
          <w:i/>
          <w:iCs/>
        </w:rPr>
        <w:t>dịch</w:t>
      </w:r>
      <w:proofErr w:type="spellEnd"/>
      <w:r w:rsidRPr="00600D84">
        <w:rPr>
          <w:rFonts w:cs="Times New Roman"/>
          <w:i/>
          <w:iCs/>
        </w:rPr>
        <w:t xml:space="preserve"> </w:t>
      </w:r>
      <w:proofErr w:type="spellStart"/>
      <w:r w:rsidRPr="00600D84">
        <w:rPr>
          <w:rFonts w:cs="Times New Roman"/>
          <w:i/>
          <w:iCs/>
        </w:rPr>
        <w:t>vụ</w:t>
      </w:r>
      <w:proofErr w:type="spellEnd"/>
      <w:r w:rsidRPr="00600D84">
        <w:rPr>
          <w:rFonts w:cs="Times New Roman"/>
          <w:i/>
          <w:iCs/>
        </w:rPr>
        <w:t xml:space="preserve"> </w:t>
      </w:r>
      <w:proofErr w:type="spellStart"/>
      <w:r w:rsidRPr="00600D84">
        <w:rPr>
          <w:rFonts w:cs="Times New Roman"/>
          <w:i/>
          <w:iCs/>
        </w:rPr>
        <w:t>ký</w:t>
      </w:r>
      <w:proofErr w:type="spellEnd"/>
      <w:r w:rsidRPr="00600D84">
        <w:rPr>
          <w:rFonts w:cs="Times New Roman"/>
          <w:i/>
          <w:iCs/>
        </w:rPr>
        <w:t xml:space="preserve"> </w:t>
      </w:r>
      <w:proofErr w:type="spellStart"/>
      <w:r w:rsidRPr="00600D84">
        <w:rPr>
          <w:rFonts w:cs="Times New Roman"/>
          <w:i/>
          <w:iCs/>
        </w:rPr>
        <w:t>số</w:t>
      </w:r>
      <w:proofErr w:type="spellEnd"/>
      <w:r w:rsidRPr="00600D84">
        <w:rPr>
          <w:rFonts w:cs="Times New Roman"/>
          <w:i/>
          <w:iCs/>
        </w:rPr>
        <w:t xml:space="preserve"> </w:t>
      </w:r>
      <w:proofErr w:type="spellStart"/>
      <w:r w:rsidRPr="00600D84">
        <w:rPr>
          <w:rFonts w:cs="Times New Roman"/>
          <w:i/>
          <w:iCs/>
        </w:rPr>
        <w:t>từ</w:t>
      </w:r>
      <w:proofErr w:type="spellEnd"/>
      <w:r w:rsidRPr="00600D84">
        <w:rPr>
          <w:rFonts w:cs="Times New Roman"/>
          <w:i/>
          <w:iCs/>
        </w:rPr>
        <w:t xml:space="preserve"> xa</w:t>
      </w:r>
    </w:p>
    <w:p w14:paraId="6641100E" w14:textId="5DA58A2F" w:rsidR="009657F6" w:rsidRPr="009657F6" w:rsidRDefault="00600D84" w:rsidP="009657F6">
      <w:pPr>
        <w:pStyle w:val="Heading3"/>
      </w:pPr>
      <w:bookmarkStart w:id="17" w:name="_Toc234595026"/>
      <w:r>
        <w:t xml:space="preserve">4.5.2. </w:t>
      </w:r>
      <w:proofErr w:type="spellStart"/>
      <w:r w:rsidR="009657F6" w:rsidRPr="009657F6">
        <w:t>Ký</w:t>
      </w:r>
      <w:proofErr w:type="spellEnd"/>
      <w:r w:rsidR="009657F6" w:rsidRPr="009657F6">
        <w:t xml:space="preserve"> </w:t>
      </w:r>
      <w:proofErr w:type="spellStart"/>
      <w:r w:rsidR="009657F6" w:rsidRPr="009657F6">
        <w:t>số</w:t>
      </w:r>
      <w:proofErr w:type="spellEnd"/>
      <w:r w:rsidR="009657F6" w:rsidRPr="009657F6">
        <w:t xml:space="preserve"> </w:t>
      </w:r>
      <w:proofErr w:type="spellStart"/>
      <w:r w:rsidR="009657F6">
        <w:t>từ</w:t>
      </w:r>
      <w:proofErr w:type="spellEnd"/>
      <w:r w:rsidR="009657F6">
        <w:t xml:space="preserve"> xa </w:t>
      </w:r>
      <w:proofErr w:type="spellStart"/>
      <w:r w:rsidR="009657F6">
        <w:t>khi</w:t>
      </w:r>
      <w:proofErr w:type="spellEnd"/>
      <w:r w:rsidR="009657F6">
        <w:t xml:space="preserve"> </w:t>
      </w:r>
      <w:proofErr w:type="spellStart"/>
      <w:r w:rsidR="009657F6">
        <w:t>nộp</w:t>
      </w:r>
      <w:proofErr w:type="spellEnd"/>
      <w:r w:rsidR="009657F6">
        <w:t xml:space="preserve"> </w:t>
      </w:r>
      <w:proofErr w:type="spellStart"/>
      <w:r w:rsidR="009657F6">
        <w:t>hồ</w:t>
      </w:r>
      <w:proofErr w:type="spellEnd"/>
      <w:r w:rsidR="009657F6">
        <w:t xml:space="preserve"> </w:t>
      </w:r>
      <w:proofErr w:type="spellStart"/>
      <w:r w:rsidR="009657F6">
        <w:t>sơ</w:t>
      </w:r>
      <w:proofErr w:type="spellEnd"/>
      <w:r w:rsidR="009657F6">
        <w:t xml:space="preserve"> </w:t>
      </w:r>
      <w:proofErr w:type="spellStart"/>
      <w:r w:rsidR="009657F6">
        <w:t>trên</w:t>
      </w:r>
      <w:proofErr w:type="spellEnd"/>
      <w:r w:rsidR="009657F6">
        <w:t xml:space="preserve"> </w:t>
      </w:r>
      <w:proofErr w:type="spellStart"/>
      <w:r w:rsidR="009657F6">
        <w:t>Cổng</w:t>
      </w:r>
      <w:proofErr w:type="spellEnd"/>
      <w:r w:rsidR="009657F6">
        <w:t xml:space="preserve"> DV</w:t>
      </w:r>
      <w:r w:rsidR="006E398C">
        <w:t>C</w:t>
      </w:r>
      <w:r w:rsidR="009657F6">
        <w:t xml:space="preserve"> BHXH</w:t>
      </w:r>
      <w:bookmarkEnd w:id="17"/>
    </w:p>
    <w:p w14:paraId="747FFCC0" w14:textId="68F56A73" w:rsidR="009657F6" w:rsidRPr="00E412E2" w:rsidRDefault="006E398C" w:rsidP="00E412E2">
      <w:pPr>
        <w:pStyle w:val="ListParagraph"/>
        <w:numPr>
          <w:ilvl w:val="0"/>
          <w:numId w:val="16"/>
        </w:numPr>
        <w:ind w:left="426"/>
        <w:rPr>
          <w:rFonts w:cs="Times New Roman"/>
          <w:sz w:val="26"/>
          <w:szCs w:val="26"/>
        </w:rPr>
      </w:pPr>
      <w:proofErr w:type="spellStart"/>
      <w:r w:rsidRPr="00E412E2">
        <w:rPr>
          <w:rFonts w:cs="Times New Roman"/>
          <w:sz w:val="26"/>
          <w:szCs w:val="26"/>
        </w:rPr>
        <w:t>Bước</w:t>
      </w:r>
      <w:proofErr w:type="spellEnd"/>
      <w:r w:rsidRPr="00E412E2">
        <w:rPr>
          <w:rFonts w:cs="Times New Roman"/>
          <w:sz w:val="26"/>
          <w:szCs w:val="26"/>
        </w:rPr>
        <w:t xml:space="preserve"> 1: </w:t>
      </w:r>
      <w:proofErr w:type="spellStart"/>
      <w:r w:rsidRPr="00E412E2">
        <w:rPr>
          <w:rFonts w:cs="Times New Roman"/>
          <w:sz w:val="26"/>
          <w:szCs w:val="26"/>
        </w:rPr>
        <w:t>Trên</w:t>
      </w:r>
      <w:proofErr w:type="spellEnd"/>
      <w:r w:rsidRPr="00E412E2">
        <w:rPr>
          <w:rFonts w:cs="Times New Roman"/>
          <w:sz w:val="26"/>
          <w:szCs w:val="26"/>
        </w:rPr>
        <w:t xml:space="preserve"> </w:t>
      </w:r>
      <w:proofErr w:type="spellStart"/>
      <w:r w:rsidRPr="00E412E2">
        <w:rPr>
          <w:rFonts w:cs="Times New Roman"/>
          <w:sz w:val="26"/>
          <w:szCs w:val="26"/>
        </w:rPr>
        <w:t>cửa</w:t>
      </w:r>
      <w:proofErr w:type="spellEnd"/>
      <w:r w:rsidRPr="00E412E2">
        <w:rPr>
          <w:rFonts w:cs="Times New Roman"/>
          <w:sz w:val="26"/>
          <w:szCs w:val="26"/>
        </w:rPr>
        <w:t xml:space="preserve"> </w:t>
      </w:r>
      <w:proofErr w:type="spellStart"/>
      <w:r w:rsidRPr="00E412E2">
        <w:rPr>
          <w:rFonts w:cs="Times New Roman"/>
          <w:sz w:val="26"/>
          <w:szCs w:val="26"/>
        </w:rPr>
        <w:t>sổ</w:t>
      </w:r>
      <w:proofErr w:type="spellEnd"/>
      <w:r w:rsidRPr="00E412E2">
        <w:rPr>
          <w:rFonts w:cs="Times New Roman"/>
          <w:sz w:val="26"/>
          <w:szCs w:val="26"/>
        </w:rPr>
        <w:t xml:space="preserve"> </w:t>
      </w:r>
      <w:proofErr w:type="spellStart"/>
      <w:r w:rsidRPr="00E412E2">
        <w:rPr>
          <w:rFonts w:cs="Times New Roman"/>
          <w:sz w:val="26"/>
          <w:szCs w:val="26"/>
        </w:rPr>
        <w:t>chọn</w:t>
      </w:r>
      <w:proofErr w:type="spellEnd"/>
      <w:r w:rsidRPr="00E412E2">
        <w:rPr>
          <w:rFonts w:cs="Times New Roman"/>
          <w:sz w:val="26"/>
          <w:szCs w:val="26"/>
        </w:rPr>
        <w:t xml:space="preserve"> </w:t>
      </w:r>
      <w:proofErr w:type="spellStart"/>
      <w:r w:rsidRPr="00E412E2">
        <w:rPr>
          <w:rFonts w:cs="Times New Roman"/>
          <w:sz w:val="26"/>
          <w:szCs w:val="26"/>
        </w:rPr>
        <w:t>chứng</w:t>
      </w:r>
      <w:proofErr w:type="spellEnd"/>
      <w:r w:rsidRPr="00E412E2">
        <w:rPr>
          <w:rFonts w:cs="Times New Roman"/>
          <w:sz w:val="26"/>
          <w:szCs w:val="26"/>
        </w:rPr>
        <w:t xml:space="preserve"> </w:t>
      </w:r>
      <w:proofErr w:type="spellStart"/>
      <w:r w:rsidRPr="00E412E2">
        <w:rPr>
          <w:rFonts w:cs="Times New Roman"/>
          <w:sz w:val="26"/>
          <w:szCs w:val="26"/>
        </w:rPr>
        <w:t>thư</w:t>
      </w:r>
      <w:proofErr w:type="spellEnd"/>
      <w:r w:rsidRPr="00E412E2">
        <w:rPr>
          <w:rFonts w:cs="Times New Roman"/>
          <w:sz w:val="26"/>
          <w:szCs w:val="26"/>
        </w:rPr>
        <w:t xml:space="preserve"> </w:t>
      </w:r>
      <w:proofErr w:type="spellStart"/>
      <w:r w:rsidRPr="00E412E2">
        <w:rPr>
          <w:rFonts w:cs="Times New Roman"/>
          <w:sz w:val="26"/>
          <w:szCs w:val="26"/>
        </w:rPr>
        <w:t>để</w:t>
      </w:r>
      <w:proofErr w:type="spellEnd"/>
      <w:r w:rsidRPr="00E412E2">
        <w:rPr>
          <w:rFonts w:cs="Times New Roman"/>
          <w:sz w:val="26"/>
          <w:szCs w:val="26"/>
        </w:rPr>
        <w:t xml:space="preserve"> </w:t>
      </w:r>
      <w:proofErr w:type="spellStart"/>
      <w:r w:rsidRPr="00E412E2">
        <w:rPr>
          <w:rFonts w:cs="Times New Roman"/>
          <w:sz w:val="26"/>
          <w:szCs w:val="26"/>
        </w:rPr>
        <w:t>ký</w:t>
      </w:r>
      <w:proofErr w:type="spellEnd"/>
      <w:r w:rsidRPr="00E412E2">
        <w:rPr>
          <w:rFonts w:cs="Times New Roman"/>
          <w:sz w:val="26"/>
          <w:szCs w:val="26"/>
        </w:rPr>
        <w:t xml:space="preserve"> </w:t>
      </w:r>
      <w:proofErr w:type="spellStart"/>
      <w:r w:rsidRPr="00E412E2">
        <w:rPr>
          <w:rFonts w:cs="Times New Roman"/>
          <w:sz w:val="26"/>
          <w:szCs w:val="26"/>
        </w:rPr>
        <w:t>số</w:t>
      </w:r>
      <w:proofErr w:type="spellEnd"/>
      <w:r w:rsidRPr="00E412E2">
        <w:rPr>
          <w:rFonts w:cs="Times New Roman"/>
          <w:sz w:val="26"/>
          <w:szCs w:val="26"/>
        </w:rPr>
        <w:t xml:space="preserve"> </w:t>
      </w:r>
      <w:proofErr w:type="spellStart"/>
      <w:r w:rsidRPr="00E412E2">
        <w:rPr>
          <w:rFonts w:cs="Times New Roman"/>
          <w:sz w:val="26"/>
          <w:szCs w:val="26"/>
        </w:rPr>
        <w:t>chọn</w:t>
      </w:r>
      <w:proofErr w:type="spellEnd"/>
      <w:r w:rsidRPr="00E412E2">
        <w:rPr>
          <w:rFonts w:cs="Times New Roman"/>
          <w:sz w:val="26"/>
          <w:szCs w:val="26"/>
        </w:rPr>
        <w:t xml:space="preserve"> “</w:t>
      </w:r>
      <w:proofErr w:type="spellStart"/>
      <w:r w:rsidRPr="00E412E2">
        <w:rPr>
          <w:rFonts w:cs="Times New Roman"/>
          <w:sz w:val="26"/>
          <w:szCs w:val="26"/>
        </w:rPr>
        <w:t>Ký</w:t>
      </w:r>
      <w:proofErr w:type="spellEnd"/>
      <w:r w:rsidRPr="00E412E2">
        <w:rPr>
          <w:rFonts w:cs="Times New Roman"/>
          <w:sz w:val="26"/>
          <w:szCs w:val="26"/>
        </w:rPr>
        <w:t xml:space="preserve"> </w:t>
      </w:r>
      <w:proofErr w:type="spellStart"/>
      <w:r w:rsidRPr="00E412E2">
        <w:rPr>
          <w:rFonts w:cs="Times New Roman"/>
          <w:sz w:val="26"/>
          <w:szCs w:val="26"/>
        </w:rPr>
        <w:t>số</w:t>
      </w:r>
      <w:proofErr w:type="spellEnd"/>
      <w:r w:rsidRPr="00E412E2">
        <w:rPr>
          <w:rFonts w:cs="Times New Roman"/>
          <w:sz w:val="26"/>
          <w:szCs w:val="26"/>
        </w:rPr>
        <w:t xml:space="preserve"> </w:t>
      </w:r>
      <w:proofErr w:type="spellStart"/>
      <w:r w:rsidRPr="00E412E2">
        <w:rPr>
          <w:rFonts w:cs="Times New Roman"/>
          <w:sz w:val="26"/>
          <w:szCs w:val="26"/>
        </w:rPr>
        <w:t>từ</w:t>
      </w:r>
      <w:proofErr w:type="spellEnd"/>
      <w:r w:rsidRPr="00E412E2">
        <w:rPr>
          <w:rFonts w:cs="Times New Roman"/>
          <w:sz w:val="26"/>
          <w:szCs w:val="26"/>
        </w:rPr>
        <w:t xml:space="preserve"> xa”</w:t>
      </w:r>
    </w:p>
    <w:p w14:paraId="1BA6689D" w14:textId="77663A7C" w:rsidR="006E398C" w:rsidRDefault="006E398C" w:rsidP="009657F6">
      <w:pPr>
        <w:rPr>
          <w:rFonts w:cs="Times New Roman"/>
        </w:rPr>
      </w:pPr>
      <w:r>
        <w:rPr>
          <w:rFonts w:cs="Times New Roman"/>
          <w:noProof/>
        </w:rPr>
        <w:drawing>
          <wp:inline distT="0" distB="0" distL="0" distR="0" wp14:anchorId="1ACA8E90" wp14:editId="64499F04">
            <wp:extent cx="5505450" cy="3476625"/>
            <wp:effectExtent l="0" t="0" r="0" b="9525"/>
            <wp:docPr id="664777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5450" cy="3476625"/>
                    </a:xfrm>
                    <a:prstGeom prst="rect">
                      <a:avLst/>
                    </a:prstGeom>
                    <a:noFill/>
                    <a:ln>
                      <a:noFill/>
                    </a:ln>
                  </pic:spPr>
                </pic:pic>
              </a:graphicData>
            </a:graphic>
          </wp:inline>
        </w:drawing>
      </w:r>
    </w:p>
    <w:p w14:paraId="2386B6CA" w14:textId="6E5933BF" w:rsidR="006E398C" w:rsidRDefault="006E398C" w:rsidP="006E398C">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9207F0">
        <w:rPr>
          <w:rFonts w:cs="Times New Roman"/>
          <w:i/>
          <w:iCs/>
        </w:rPr>
        <w:t>5</w:t>
      </w:r>
      <w:r w:rsidRPr="000C37B8">
        <w:rPr>
          <w:rFonts w:cs="Times New Roman"/>
          <w:i/>
          <w:iCs/>
        </w:rPr>
        <w:t>.</w:t>
      </w:r>
      <w:r>
        <w:rPr>
          <w:rFonts w:cs="Times New Roman"/>
          <w:i/>
          <w:iCs/>
        </w:rPr>
        <w:t xml:space="preserve"> </w:t>
      </w:r>
      <w:proofErr w:type="spellStart"/>
      <w:r>
        <w:rPr>
          <w:rFonts w:cs="Times New Roman"/>
          <w:i/>
          <w:iCs/>
        </w:rPr>
        <w:t>Chọn</w:t>
      </w:r>
      <w:proofErr w:type="spellEnd"/>
      <w:r>
        <w:rPr>
          <w:rFonts w:cs="Times New Roman"/>
          <w:i/>
          <w:iCs/>
        </w:rPr>
        <w:t xml:space="preserve"> “</w:t>
      </w:r>
      <w:proofErr w:type="spellStart"/>
      <w:r>
        <w:rPr>
          <w:rFonts w:cs="Times New Roman"/>
          <w:i/>
          <w:iCs/>
        </w:rPr>
        <w:t>Ký</w:t>
      </w:r>
      <w:proofErr w:type="spellEnd"/>
      <w:r>
        <w:rPr>
          <w:rFonts w:cs="Times New Roman"/>
          <w:i/>
          <w:iCs/>
        </w:rPr>
        <w:t xml:space="preserve"> </w:t>
      </w:r>
      <w:proofErr w:type="spellStart"/>
      <w:r>
        <w:rPr>
          <w:rFonts w:cs="Times New Roman"/>
          <w:i/>
          <w:iCs/>
        </w:rPr>
        <w:t>số</w:t>
      </w:r>
      <w:proofErr w:type="spellEnd"/>
      <w:r>
        <w:rPr>
          <w:rFonts w:cs="Times New Roman"/>
          <w:i/>
          <w:iCs/>
        </w:rPr>
        <w:t xml:space="preserve"> </w:t>
      </w:r>
      <w:proofErr w:type="spellStart"/>
      <w:r>
        <w:rPr>
          <w:rFonts w:cs="Times New Roman"/>
          <w:i/>
          <w:iCs/>
        </w:rPr>
        <w:t>từ</w:t>
      </w:r>
      <w:proofErr w:type="spellEnd"/>
      <w:r>
        <w:rPr>
          <w:rFonts w:cs="Times New Roman"/>
          <w:i/>
          <w:iCs/>
        </w:rPr>
        <w:t xml:space="preserve"> xa”</w:t>
      </w:r>
    </w:p>
    <w:p w14:paraId="1D55282E" w14:textId="31C776A6" w:rsidR="006E398C" w:rsidRPr="00E412E2" w:rsidRDefault="006E398C" w:rsidP="00E412E2">
      <w:pPr>
        <w:pStyle w:val="ListParagraph"/>
        <w:numPr>
          <w:ilvl w:val="0"/>
          <w:numId w:val="16"/>
        </w:numPr>
        <w:ind w:left="426"/>
        <w:rPr>
          <w:rFonts w:cs="Times New Roman"/>
          <w:sz w:val="26"/>
          <w:szCs w:val="26"/>
        </w:rPr>
      </w:pPr>
      <w:proofErr w:type="spellStart"/>
      <w:r w:rsidRPr="00E412E2">
        <w:rPr>
          <w:rFonts w:cs="Times New Roman"/>
          <w:sz w:val="26"/>
          <w:szCs w:val="26"/>
        </w:rPr>
        <w:lastRenderedPageBreak/>
        <w:t>Bước</w:t>
      </w:r>
      <w:proofErr w:type="spellEnd"/>
      <w:r w:rsidRPr="00E412E2">
        <w:rPr>
          <w:rFonts w:cs="Times New Roman"/>
          <w:sz w:val="26"/>
          <w:szCs w:val="26"/>
        </w:rPr>
        <w:t xml:space="preserve"> 2: </w:t>
      </w:r>
      <w:proofErr w:type="spellStart"/>
      <w:r w:rsidR="00D209BC" w:rsidRPr="00E412E2">
        <w:rPr>
          <w:rFonts w:cs="Times New Roman"/>
          <w:sz w:val="26"/>
          <w:szCs w:val="26"/>
        </w:rPr>
        <w:t>Chọn</w:t>
      </w:r>
      <w:proofErr w:type="spellEnd"/>
      <w:r w:rsidR="00D209BC" w:rsidRPr="00E412E2">
        <w:rPr>
          <w:rFonts w:cs="Times New Roman"/>
          <w:sz w:val="26"/>
          <w:szCs w:val="26"/>
        </w:rPr>
        <w:t xml:space="preserve"> </w:t>
      </w:r>
      <w:proofErr w:type="spellStart"/>
      <w:r w:rsidR="00D209BC" w:rsidRPr="00E412E2">
        <w:rPr>
          <w:rFonts w:cs="Times New Roman"/>
          <w:sz w:val="26"/>
          <w:szCs w:val="26"/>
        </w:rPr>
        <w:t>đúng</w:t>
      </w:r>
      <w:proofErr w:type="spellEnd"/>
      <w:r w:rsidR="00D209BC" w:rsidRPr="00E412E2">
        <w:rPr>
          <w:rFonts w:cs="Times New Roman"/>
          <w:sz w:val="26"/>
          <w:szCs w:val="26"/>
        </w:rPr>
        <w:t xml:space="preserve"> </w:t>
      </w:r>
      <w:proofErr w:type="spellStart"/>
      <w:r w:rsidR="00D209BC" w:rsidRPr="00E412E2">
        <w:rPr>
          <w:rFonts w:cs="Times New Roman"/>
          <w:sz w:val="26"/>
          <w:szCs w:val="26"/>
        </w:rPr>
        <w:t>nhà</w:t>
      </w:r>
      <w:proofErr w:type="spellEnd"/>
      <w:r w:rsidR="00D209BC" w:rsidRPr="00E412E2">
        <w:rPr>
          <w:rFonts w:cs="Times New Roman"/>
          <w:sz w:val="26"/>
          <w:szCs w:val="26"/>
        </w:rPr>
        <w:t xml:space="preserve"> </w:t>
      </w:r>
      <w:proofErr w:type="spellStart"/>
      <w:r w:rsidR="00D209BC" w:rsidRPr="00E412E2">
        <w:rPr>
          <w:rFonts w:cs="Times New Roman"/>
          <w:sz w:val="26"/>
          <w:szCs w:val="26"/>
        </w:rPr>
        <w:t>cung</w:t>
      </w:r>
      <w:proofErr w:type="spellEnd"/>
      <w:r w:rsidR="00D209BC" w:rsidRPr="00E412E2">
        <w:rPr>
          <w:rFonts w:cs="Times New Roman"/>
          <w:sz w:val="26"/>
          <w:szCs w:val="26"/>
        </w:rPr>
        <w:t xml:space="preserve"> </w:t>
      </w:r>
      <w:proofErr w:type="spellStart"/>
      <w:r w:rsidR="00D209BC" w:rsidRPr="00E412E2">
        <w:rPr>
          <w:rFonts w:cs="Times New Roman"/>
          <w:sz w:val="26"/>
          <w:szCs w:val="26"/>
        </w:rPr>
        <w:t>cấp</w:t>
      </w:r>
      <w:proofErr w:type="spellEnd"/>
      <w:r w:rsidR="00D209BC" w:rsidRPr="00E412E2">
        <w:rPr>
          <w:rFonts w:cs="Times New Roman"/>
          <w:sz w:val="26"/>
          <w:szCs w:val="26"/>
        </w:rPr>
        <w:t xml:space="preserve"> </w:t>
      </w:r>
      <w:proofErr w:type="spellStart"/>
      <w:r w:rsidR="00D209BC" w:rsidRPr="00E412E2">
        <w:rPr>
          <w:rFonts w:cs="Times New Roman"/>
          <w:sz w:val="26"/>
          <w:szCs w:val="26"/>
        </w:rPr>
        <w:t>chữ</w:t>
      </w:r>
      <w:proofErr w:type="spellEnd"/>
      <w:r w:rsidR="00D209BC" w:rsidRPr="00E412E2">
        <w:rPr>
          <w:rFonts w:cs="Times New Roman"/>
          <w:sz w:val="26"/>
          <w:szCs w:val="26"/>
        </w:rPr>
        <w:t xml:space="preserve"> </w:t>
      </w:r>
      <w:proofErr w:type="spellStart"/>
      <w:r w:rsidR="00D209BC" w:rsidRPr="00E412E2">
        <w:rPr>
          <w:rFonts w:cs="Times New Roman"/>
          <w:sz w:val="26"/>
          <w:szCs w:val="26"/>
        </w:rPr>
        <w:t>ký</w:t>
      </w:r>
      <w:proofErr w:type="spellEnd"/>
      <w:r w:rsidR="00D209BC" w:rsidRPr="00E412E2">
        <w:rPr>
          <w:rFonts w:cs="Times New Roman"/>
          <w:sz w:val="26"/>
          <w:szCs w:val="26"/>
        </w:rPr>
        <w:t xml:space="preserve"> </w:t>
      </w:r>
      <w:proofErr w:type="spellStart"/>
      <w:r w:rsidR="00D209BC" w:rsidRPr="00E412E2">
        <w:rPr>
          <w:rFonts w:cs="Times New Roman"/>
          <w:sz w:val="26"/>
          <w:szCs w:val="26"/>
        </w:rPr>
        <w:t>số</w:t>
      </w:r>
      <w:proofErr w:type="spellEnd"/>
      <w:r w:rsidR="00D209BC" w:rsidRPr="00E412E2">
        <w:rPr>
          <w:rFonts w:cs="Times New Roman"/>
          <w:sz w:val="26"/>
          <w:szCs w:val="26"/>
        </w:rPr>
        <w:t xml:space="preserve"> </w:t>
      </w:r>
      <w:proofErr w:type="spellStart"/>
      <w:r w:rsidR="00D209BC" w:rsidRPr="00E412E2">
        <w:rPr>
          <w:rFonts w:cs="Times New Roman"/>
          <w:sz w:val="26"/>
          <w:szCs w:val="26"/>
        </w:rPr>
        <w:t>từ</w:t>
      </w:r>
      <w:proofErr w:type="spellEnd"/>
      <w:r w:rsidR="00D209BC" w:rsidRPr="00E412E2">
        <w:rPr>
          <w:rFonts w:cs="Times New Roman"/>
          <w:sz w:val="26"/>
          <w:szCs w:val="26"/>
        </w:rPr>
        <w:t xml:space="preserve"> xa. Sau </w:t>
      </w:r>
      <w:proofErr w:type="spellStart"/>
      <w:r w:rsidR="00D209BC" w:rsidRPr="00E412E2">
        <w:rPr>
          <w:rFonts w:cs="Times New Roman"/>
          <w:sz w:val="26"/>
          <w:szCs w:val="26"/>
        </w:rPr>
        <w:t>đó</w:t>
      </w:r>
      <w:proofErr w:type="spellEnd"/>
      <w:r w:rsidR="00D209BC" w:rsidRPr="00E412E2">
        <w:rPr>
          <w:rFonts w:cs="Times New Roman"/>
          <w:sz w:val="26"/>
          <w:szCs w:val="26"/>
        </w:rPr>
        <w:t xml:space="preserve"> </w:t>
      </w:r>
      <w:proofErr w:type="spellStart"/>
      <w:r w:rsidR="00D209BC" w:rsidRPr="00E412E2">
        <w:rPr>
          <w:rFonts w:cs="Times New Roman"/>
          <w:sz w:val="26"/>
          <w:szCs w:val="26"/>
        </w:rPr>
        <w:t>nhập</w:t>
      </w:r>
      <w:proofErr w:type="spellEnd"/>
      <w:r w:rsidR="00D209BC" w:rsidRPr="00E412E2">
        <w:rPr>
          <w:rFonts w:cs="Times New Roman"/>
          <w:sz w:val="26"/>
          <w:szCs w:val="26"/>
        </w:rPr>
        <w:t xml:space="preserve"> </w:t>
      </w:r>
      <w:proofErr w:type="spellStart"/>
      <w:r w:rsidR="00D209BC" w:rsidRPr="00E412E2">
        <w:rPr>
          <w:rFonts w:cs="Times New Roman"/>
          <w:sz w:val="26"/>
          <w:szCs w:val="26"/>
        </w:rPr>
        <w:t>thông</w:t>
      </w:r>
      <w:proofErr w:type="spellEnd"/>
      <w:r w:rsidR="00D209BC" w:rsidRPr="00E412E2">
        <w:rPr>
          <w:rFonts w:cs="Times New Roman"/>
          <w:sz w:val="26"/>
          <w:szCs w:val="26"/>
        </w:rPr>
        <w:t xml:space="preserve"> tin </w:t>
      </w:r>
      <w:proofErr w:type="spellStart"/>
      <w:r w:rsidR="00D209BC" w:rsidRPr="00E412E2">
        <w:rPr>
          <w:rFonts w:cs="Times New Roman"/>
          <w:sz w:val="26"/>
          <w:szCs w:val="26"/>
        </w:rPr>
        <w:t>tài</w:t>
      </w:r>
      <w:proofErr w:type="spellEnd"/>
      <w:r w:rsidR="00D209BC" w:rsidRPr="00E412E2">
        <w:rPr>
          <w:rFonts w:cs="Times New Roman"/>
          <w:sz w:val="26"/>
          <w:szCs w:val="26"/>
        </w:rPr>
        <w:t xml:space="preserve"> </w:t>
      </w:r>
      <w:proofErr w:type="spellStart"/>
      <w:r w:rsidR="00D209BC" w:rsidRPr="00E412E2">
        <w:rPr>
          <w:rFonts w:cs="Times New Roman"/>
          <w:sz w:val="26"/>
          <w:szCs w:val="26"/>
        </w:rPr>
        <w:t>khoản</w:t>
      </w:r>
      <w:proofErr w:type="spellEnd"/>
      <w:r w:rsidR="00D209BC" w:rsidRPr="00E412E2">
        <w:rPr>
          <w:rFonts w:cs="Times New Roman"/>
          <w:sz w:val="26"/>
          <w:szCs w:val="26"/>
        </w:rPr>
        <w:t xml:space="preserve"> </w:t>
      </w:r>
      <w:proofErr w:type="spellStart"/>
      <w:r w:rsidR="00D209BC" w:rsidRPr="00E412E2">
        <w:rPr>
          <w:rFonts w:cs="Times New Roman"/>
          <w:sz w:val="26"/>
          <w:szCs w:val="26"/>
        </w:rPr>
        <w:t>ký</w:t>
      </w:r>
      <w:proofErr w:type="spellEnd"/>
      <w:r w:rsidR="00D209BC" w:rsidRPr="00E412E2">
        <w:rPr>
          <w:rFonts w:cs="Times New Roman"/>
          <w:sz w:val="26"/>
          <w:szCs w:val="26"/>
        </w:rPr>
        <w:t xml:space="preserve"> </w:t>
      </w:r>
      <w:proofErr w:type="spellStart"/>
      <w:r w:rsidR="00D209BC" w:rsidRPr="00E412E2">
        <w:rPr>
          <w:rFonts w:cs="Times New Roman"/>
          <w:sz w:val="26"/>
          <w:szCs w:val="26"/>
        </w:rPr>
        <w:t>số</w:t>
      </w:r>
      <w:proofErr w:type="spellEnd"/>
      <w:r w:rsidR="00D209BC" w:rsidRPr="00E412E2">
        <w:rPr>
          <w:rFonts w:cs="Times New Roman"/>
          <w:sz w:val="26"/>
          <w:szCs w:val="26"/>
        </w:rPr>
        <w:t xml:space="preserve"> </w:t>
      </w:r>
      <w:proofErr w:type="spellStart"/>
      <w:r w:rsidR="00D209BC" w:rsidRPr="00E412E2">
        <w:rPr>
          <w:rFonts w:cs="Times New Roman"/>
          <w:sz w:val="26"/>
          <w:szCs w:val="26"/>
        </w:rPr>
        <w:t>từ</w:t>
      </w:r>
      <w:proofErr w:type="spellEnd"/>
      <w:r w:rsidR="00D209BC" w:rsidRPr="00E412E2">
        <w:rPr>
          <w:rFonts w:cs="Times New Roman"/>
          <w:sz w:val="26"/>
          <w:szCs w:val="26"/>
        </w:rPr>
        <w:t xml:space="preserve"> xa. </w:t>
      </w:r>
      <w:proofErr w:type="spellStart"/>
      <w:r w:rsidR="00D209BC" w:rsidRPr="00E412E2">
        <w:rPr>
          <w:rFonts w:cs="Times New Roman"/>
          <w:sz w:val="26"/>
          <w:szCs w:val="26"/>
        </w:rPr>
        <w:t>Kết</w:t>
      </w:r>
      <w:proofErr w:type="spellEnd"/>
      <w:r w:rsidR="00D209BC" w:rsidRPr="00E412E2">
        <w:rPr>
          <w:rFonts w:cs="Times New Roman"/>
          <w:sz w:val="26"/>
          <w:szCs w:val="26"/>
        </w:rPr>
        <w:t xml:space="preserve"> </w:t>
      </w:r>
      <w:proofErr w:type="spellStart"/>
      <w:r w:rsidR="00D209BC" w:rsidRPr="00E412E2">
        <w:rPr>
          <w:rFonts w:cs="Times New Roman"/>
          <w:sz w:val="26"/>
          <w:szCs w:val="26"/>
        </w:rPr>
        <w:t>thúc</w:t>
      </w:r>
      <w:proofErr w:type="spellEnd"/>
      <w:r w:rsidR="00D209BC" w:rsidRPr="00E412E2">
        <w:rPr>
          <w:rFonts w:cs="Times New Roman"/>
          <w:sz w:val="26"/>
          <w:szCs w:val="26"/>
        </w:rPr>
        <w:t xml:space="preserve"> </w:t>
      </w:r>
      <w:proofErr w:type="spellStart"/>
      <w:r w:rsidR="00D209BC" w:rsidRPr="00E412E2">
        <w:rPr>
          <w:rFonts w:cs="Times New Roman"/>
          <w:sz w:val="26"/>
          <w:szCs w:val="26"/>
        </w:rPr>
        <w:t>nhấn</w:t>
      </w:r>
      <w:proofErr w:type="spellEnd"/>
      <w:r w:rsidR="00D209BC" w:rsidRPr="00E412E2">
        <w:rPr>
          <w:rFonts w:cs="Times New Roman"/>
          <w:sz w:val="26"/>
          <w:szCs w:val="26"/>
        </w:rPr>
        <w:t xml:space="preserve"> “</w:t>
      </w:r>
      <w:proofErr w:type="spellStart"/>
      <w:r w:rsidR="00D209BC" w:rsidRPr="00E412E2">
        <w:rPr>
          <w:rFonts w:cs="Times New Roman"/>
          <w:sz w:val="26"/>
          <w:szCs w:val="26"/>
        </w:rPr>
        <w:t>Đồng</w:t>
      </w:r>
      <w:proofErr w:type="spellEnd"/>
      <w:r w:rsidR="00D209BC" w:rsidRPr="00E412E2">
        <w:rPr>
          <w:rFonts w:cs="Times New Roman"/>
          <w:sz w:val="26"/>
          <w:szCs w:val="26"/>
        </w:rPr>
        <w:t xml:space="preserve"> ý”.</w:t>
      </w:r>
    </w:p>
    <w:p w14:paraId="6DAAB4C4" w14:textId="71078703" w:rsidR="00D209BC" w:rsidRDefault="00D209BC" w:rsidP="006E398C">
      <w:pPr>
        <w:rPr>
          <w:rFonts w:cs="Times New Roman"/>
        </w:rPr>
      </w:pPr>
      <w:r>
        <w:rPr>
          <w:rFonts w:cs="Times New Roman"/>
          <w:noProof/>
        </w:rPr>
        <w:drawing>
          <wp:inline distT="0" distB="0" distL="0" distR="0" wp14:anchorId="3284603D" wp14:editId="20622A90">
            <wp:extent cx="5760720" cy="3351530"/>
            <wp:effectExtent l="0" t="0" r="0" b="1270"/>
            <wp:docPr id="470527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351530"/>
                    </a:xfrm>
                    <a:prstGeom prst="rect">
                      <a:avLst/>
                    </a:prstGeom>
                    <a:noFill/>
                    <a:ln>
                      <a:noFill/>
                    </a:ln>
                  </pic:spPr>
                </pic:pic>
              </a:graphicData>
            </a:graphic>
          </wp:inline>
        </w:drawing>
      </w:r>
    </w:p>
    <w:p w14:paraId="75029098" w14:textId="312210E6" w:rsidR="00D209BC" w:rsidRDefault="00D209BC" w:rsidP="00D209BC">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9207F0">
        <w:rPr>
          <w:rFonts w:cs="Times New Roman"/>
          <w:i/>
          <w:iCs/>
        </w:rPr>
        <w:t>6</w:t>
      </w:r>
      <w:r w:rsidRPr="000C37B8">
        <w:rPr>
          <w:rFonts w:cs="Times New Roman"/>
          <w:i/>
          <w:iCs/>
        </w:rPr>
        <w:t>.</w:t>
      </w:r>
      <w:r>
        <w:rPr>
          <w:rFonts w:cs="Times New Roman"/>
          <w:i/>
          <w:iCs/>
        </w:rPr>
        <w:t xml:space="preserve"> 1- </w:t>
      </w:r>
      <w:proofErr w:type="spellStart"/>
      <w:r>
        <w:rPr>
          <w:rFonts w:cs="Times New Roman"/>
          <w:i/>
          <w:iCs/>
        </w:rPr>
        <w:t>Chọn</w:t>
      </w:r>
      <w:proofErr w:type="spellEnd"/>
      <w:r>
        <w:rPr>
          <w:rFonts w:cs="Times New Roman"/>
          <w:i/>
          <w:iCs/>
        </w:rPr>
        <w:t xml:space="preserve"> </w:t>
      </w:r>
      <w:proofErr w:type="spellStart"/>
      <w:r>
        <w:rPr>
          <w:rFonts w:cs="Times New Roman"/>
          <w:i/>
          <w:iCs/>
        </w:rPr>
        <w:t>nhà</w:t>
      </w:r>
      <w:proofErr w:type="spellEnd"/>
      <w:r>
        <w:rPr>
          <w:rFonts w:cs="Times New Roman"/>
          <w:i/>
          <w:iCs/>
        </w:rPr>
        <w:t xml:space="preserve"> </w:t>
      </w:r>
      <w:proofErr w:type="spellStart"/>
      <w:r>
        <w:rPr>
          <w:rFonts w:cs="Times New Roman"/>
          <w:i/>
          <w:iCs/>
        </w:rPr>
        <w:t>cung</w:t>
      </w:r>
      <w:proofErr w:type="spellEnd"/>
      <w:r>
        <w:rPr>
          <w:rFonts w:cs="Times New Roman"/>
          <w:i/>
          <w:iCs/>
        </w:rPr>
        <w:t xml:space="preserve"> </w:t>
      </w:r>
      <w:proofErr w:type="spellStart"/>
      <w:r>
        <w:rPr>
          <w:rFonts w:cs="Times New Roman"/>
          <w:i/>
          <w:iCs/>
        </w:rPr>
        <w:t>cấp</w:t>
      </w:r>
      <w:proofErr w:type="spellEnd"/>
      <w:r>
        <w:rPr>
          <w:rFonts w:cs="Times New Roman"/>
          <w:i/>
          <w:iCs/>
        </w:rPr>
        <w:t xml:space="preserve"> </w:t>
      </w:r>
      <w:proofErr w:type="spellStart"/>
      <w:r>
        <w:rPr>
          <w:rFonts w:cs="Times New Roman"/>
          <w:i/>
          <w:iCs/>
        </w:rPr>
        <w:t>chữ</w:t>
      </w:r>
      <w:proofErr w:type="spellEnd"/>
      <w:r>
        <w:rPr>
          <w:rFonts w:cs="Times New Roman"/>
          <w:i/>
          <w:iCs/>
        </w:rPr>
        <w:t xml:space="preserve"> </w:t>
      </w:r>
      <w:proofErr w:type="spellStart"/>
      <w:r>
        <w:rPr>
          <w:rFonts w:cs="Times New Roman"/>
          <w:i/>
          <w:iCs/>
        </w:rPr>
        <w:t>ký</w:t>
      </w:r>
      <w:proofErr w:type="spellEnd"/>
      <w:r>
        <w:rPr>
          <w:rFonts w:cs="Times New Roman"/>
          <w:i/>
          <w:iCs/>
        </w:rPr>
        <w:t xml:space="preserve"> </w:t>
      </w:r>
      <w:proofErr w:type="spellStart"/>
      <w:r>
        <w:rPr>
          <w:rFonts w:cs="Times New Roman"/>
          <w:i/>
          <w:iCs/>
        </w:rPr>
        <w:t>số</w:t>
      </w:r>
      <w:proofErr w:type="spellEnd"/>
      <w:r>
        <w:rPr>
          <w:rFonts w:cs="Times New Roman"/>
          <w:i/>
          <w:iCs/>
        </w:rPr>
        <w:t xml:space="preserve"> </w:t>
      </w:r>
      <w:proofErr w:type="spellStart"/>
      <w:r>
        <w:rPr>
          <w:rFonts w:cs="Times New Roman"/>
          <w:i/>
          <w:iCs/>
        </w:rPr>
        <w:t>từ</w:t>
      </w:r>
      <w:proofErr w:type="spellEnd"/>
      <w:r>
        <w:rPr>
          <w:rFonts w:cs="Times New Roman"/>
          <w:i/>
          <w:iCs/>
        </w:rPr>
        <w:t xml:space="preserve"> xa. 2- </w:t>
      </w:r>
      <w:proofErr w:type="spellStart"/>
      <w:r>
        <w:rPr>
          <w:rFonts w:cs="Times New Roman"/>
          <w:i/>
          <w:iCs/>
        </w:rPr>
        <w:t>Nhập</w:t>
      </w:r>
      <w:proofErr w:type="spellEnd"/>
      <w:r>
        <w:rPr>
          <w:rFonts w:cs="Times New Roman"/>
          <w:i/>
          <w:iCs/>
        </w:rPr>
        <w:t xml:space="preserve"> </w:t>
      </w:r>
      <w:proofErr w:type="spellStart"/>
      <w:r>
        <w:rPr>
          <w:rFonts w:cs="Times New Roman"/>
          <w:i/>
          <w:iCs/>
        </w:rPr>
        <w:t>tài</w:t>
      </w:r>
      <w:proofErr w:type="spellEnd"/>
      <w:r>
        <w:rPr>
          <w:rFonts w:cs="Times New Roman"/>
          <w:i/>
          <w:iCs/>
        </w:rPr>
        <w:t xml:space="preserve"> </w:t>
      </w:r>
      <w:proofErr w:type="spellStart"/>
      <w:r>
        <w:rPr>
          <w:rFonts w:cs="Times New Roman"/>
          <w:i/>
          <w:iCs/>
        </w:rPr>
        <w:t>khoản</w:t>
      </w:r>
      <w:proofErr w:type="spellEnd"/>
      <w:r>
        <w:rPr>
          <w:rFonts w:cs="Times New Roman"/>
          <w:i/>
          <w:iCs/>
        </w:rPr>
        <w:t xml:space="preserve"> </w:t>
      </w:r>
      <w:proofErr w:type="spellStart"/>
      <w:r>
        <w:rPr>
          <w:rFonts w:cs="Times New Roman"/>
          <w:i/>
          <w:iCs/>
        </w:rPr>
        <w:t>ký</w:t>
      </w:r>
      <w:proofErr w:type="spellEnd"/>
      <w:r>
        <w:rPr>
          <w:rFonts w:cs="Times New Roman"/>
          <w:i/>
          <w:iCs/>
        </w:rPr>
        <w:t xml:space="preserve"> </w:t>
      </w:r>
      <w:proofErr w:type="spellStart"/>
      <w:r>
        <w:rPr>
          <w:rFonts w:cs="Times New Roman"/>
          <w:i/>
          <w:iCs/>
        </w:rPr>
        <w:t>số</w:t>
      </w:r>
      <w:proofErr w:type="spellEnd"/>
      <w:r>
        <w:rPr>
          <w:rFonts w:cs="Times New Roman"/>
          <w:i/>
          <w:iCs/>
        </w:rPr>
        <w:t xml:space="preserve"> </w:t>
      </w:r>
      <w:proofErr w:type="spellStart"/>
      <w:r>
        <w:rPr>
          <w:rFonts w:cs="Times New Roman"/>
          <w:i/>
          <w:iCs/>
        </w:rPr>
        <w:t>từ</w:t>
      </w:r>
      <w:proofErr w:type="spellEnd"/>
      <w:r>
        <w:rPr>
          <w:rFonts w:cs="Times New Roman"/>
          <w:i/>
          <w:iCs/>
        </w:rPr>
        <w:t xml:space="preserve"> xa. 3- </w:t>
      </w:r>
      <w:proofErr w:type="spellStart"/>
      <w:r>
        <w:rPr>
          <w:rFonts w:cs="Times New Roman"/>
          <w:i/>
          <w:iCs/>
        </w:rPr>
        <w:t>Nhấn</w:t>
      </w:r>
      <w:proofErr w:type="spellEnd"/>
      <w:r>
        <w:rPr>
          <w:rFonts w:cs="Times New Roman"/>
          <w:i/>
          <w:iCs/>
        </w:rPr>
        <w:t xml:space="preserve"> “</w:t>
      </w:r>
      <w:proofErr w:type="spellStart"/>
      <w:r>
        <w:rPr>
          <w:rFonts w:cs="Times New Roman"/>
          <w:i/>
          <w:iCs/>
        </w:rPr>
        <w:t>Đồng</w:t>
      </w:r>
      <w:proofErr w:type="spellEnd"/>
      <w:r>
        <w:rPr>
          <w:rFonts w:cs="Times New Roman"/>
          <w:i/>
          <w:iCs/>
        </w:rPr>
        <w:t xml:space="preserve"> ý”</w:t>
      </w:r>
    </w:p>
    <w:p w14:paraId="32DE143A" w14:textId="724663C5" w:rsidR="005B4B3A" w:rsidRPr="00E412E2" w:rsidRDefault="005B4B3A" w:rsidP="00E412E2">
      <w:pPr>
        <w:pStyle w:val="ListParagraph"/>
        <w:numPr>
          <w:ilvl w:val="0"/>
          <w:numId w:val="16"/>
        </w:numPr>
        <w:ind w:left="426"/>
        <w:rPr>
          <w:rFonts w:cs="Times New Roman"/>
          <w:sz w:val="26"/>
          <w:szCs w:val="26"/>
        </w:rPr>
      </w:pPr>
      <w:proofErr w:type="spellStart"/>
      <w:r w:rsidRPr="00E412E2">
        <w:rPr>
          <w:rFonts w:cs="Times New Roman"/>
          <w:sz w:val="26"/>
          <w:szCs w:val="26"/>
        </w:rPr>
        <w:t>Bước</w:t>
      </w:r>
      <w:proofErr w:type="spellEnd"/>
      <w:r w:rsidRPr="00E412E2">
        <w:rPr>
          <w:rFonts w:cs="Times New Roman"/>
          <w:sz w:val="26"/>
          <w:szCs w:val="26"/>
        </w:rPr>
        <w:t xml:space="preserve"> 3: </w:t>
      </w:r>
      <w:proofErr w:type="spellStart"/>
      <w:r w:rsidRPr="00E412E2">
        <w:rPr>
          <w:rFonts w:cs="Times New Roman"/>
          <w:sz w:val="26"/>
          <w:szCs w:val="26"/>
        </w:rPr>
        <w:t>Nếu</w:t>
      </w:r>
      <w:proofErr w:type="spellEnd"/>
      <w:r w:rsidRPr="00E412E2">
        <w:rPr>
          <w:rFonts w:cs="Times New Roman"/>
          <w:sz w:val="26"/>
          <w:szCs w:val="26"/>
        </w:rPr>
        <w:t xml:space="preserve"> </w:t>
      </w:r>
      <w:proofErr w:type="spellStart"/>
      <w:r w:rsidRPr="00E412E2">
        <w:rPr>
          <w:rFonts w:cs="Times New Roman"/>
          <w:sz w:val="26"/>
          <w:szCs w:val="26"/>
        </w:rPr>
        <w:t>thông</w:t>
      </w:r>
      <w:proofErr w:type="spellEnd"/>
      <w:r w:rsidRPr="00E412E2">
        <w:rPr>
          <w:rFonts w:cs="Times New Roman"/>
          <w:sz w:val="26"/>
          <w:szCs w:val="26"/>
        </w:rPr>
        <w:t xml:space="preserve"> tin </w:t>
      </w:r>
      <w:proofErr w:type="spellStart"/>
      <w:r w:rsidRPr="00E412E2">
        <w:rPr>
          <w:rFonts w:cs="Times New Roman"/>
          <w:sz w:val="26"/>
          <w:szCs w:val="26"/>
        </w:rPr>
        <w:t>tài</w:t>
      </w:r>
      <w:proofErr w:type="spellEnd"/>
      <w:r w:rsidRPr="00E412E2">
        <w:rPr>
          <w:rFonts w:cs="Times New Roman"/>
          <w:sz w:val="26"/>
          <w:szCs w:val="26"/>
        </w:rPr>
        <w:t xml:space="preserve"> </w:t>
      </w:r>
      <w:proofErr w:type="spellStart"/>
      <w:r w:rsidRPr="00E412E2">
        <w:rPr>
          <w:rFonts w:cs="Times New Roman"/>
          <w:sz w:val="26"/>
          <w:szCs w:val="26"/>
        </w:rPr>
        <w:t>khoản</w:t>
      </w:r>
      <w:proofErr w:type="spellEnd"/>
      <w:r w:rsidRPr="00E412E2">
        <w:rPr>
          <w:rFonts w:cs="Times New Roman"/>
          <w:sz w:val="26"/>
          <w:szCs w:val="26"/>
        </w:rPr>
        <w:t xml:space="preserve"> </w:t>
      </w:r>
      <w:proofErr w:type="spellStart"/>
      <w:r w:rsidRPr="00E412E2">
        <w:rPr>
          <w:rFonts w:cs="Times New Roman"/>
          <w:sz w:val="26"/>
          <w:szCs w:val="26"/>
        </w:rPr>
        <w:t>chính</w:t>
      </w:r>
      <w:proofErr w:type="spellEnd"/>
      <w:r w:rsidRPr="00E412E2">
        <w:rPr>
          <w:rFonts w:cs="Times New Roman"/>
          <w:sz w:val="26"/>
          <w:szCs w:val="26"/>
        </w:rPr>
        <w:t xml:space="preserve"> </w:t>
      </w:r>
      <w:proofErr w:type="spellStart"/>
      <w:r w:rsidRPr="00E412E2">
        <w:rPr>
          <w:rFonts w:cs="Times New Roman"/>
          <w:sz w:val="26"/>
          <w:szCs w:val="26"/>
        </w:rPr>
        <w:t>xác</w:t>
      </w:r>
      <w:proofErr w:type="spellEnd"/>
      <w:r w:rsidRPr="00E412E2">
        <w:rPr>
          <w:rFonts w:cs="Times New Roman"/>
          <w:sz w:val="26"/>
          <w:szCs w:val="26"/>
        </w:rPr>
        <w:t xml:space="preserve"> </w:t>
      </w:r>
      <w:proofErr w:type="spellStart"/>
      <w:r w:rsidRPr="00E412E2">
        <w:rPr>
          <w:rFonts w:cs="Times New Roman"/>
          <w:sz w:val="26"/>
          <w:szCs w:val="26"/>
        </w:rPr>
        <w:t>thì</w:t>
      </w:r>
      <w:proofErr w:type="spellEnd"/>
      <w:r w:rsidRPr="00E412E2">
        <w:rPr>
          <w:rFonts w:cs="Times New Roman"/>
          <w:sz w:val="26"/>
          <w:szCs w:val="26"/>
        </w:rPr>
        <w:t xml:space="preserve"> </w:t>
      </w:r>
      <w:proofErr w:type="spellStart"/>
      <w:r w:rsidRPr="00E412E2">
        <w:rPr>
          <w:rFonts w:cs="Times New Roman"/>
          <w:sz w:val="26"/>
          <w:szCs w:val="26"/>
        </w:rPr>
        <w:t>sẽ</w:t>
      </w:r>
      <w:proofErr w:type="spellEnd"/>
      <w:r w:rsidRPr="00E412E2">
        <w:rPr>
          <w:rFonts w:cs="Times New Roman"/>
          <w:sz w:val="26"/>
          <w:szCs w:val="26"/>
        </w:rPr>
        <w:t xml:space="preserve"> </w:t>
      </w:r>
      <w:proofErr w:type="spellStart"/>
      <w:r w:rsidRPr="00E412E2">
        <w:rPr>
          <w:rFonts w:cs="Times New Roman"/>
          <w:sz w:val="26"/>
          <w:szCs w:val="26"/>
        </w:rPr>
        <w:t>có</w:t>
      </w:r>
      <w:proofErr w:type="spellEnd"/>
      <w:r w:rsidRPr="00E412E2">
        <w:rPr>
          <w:rFonts w:cs="Times New Roman"/>
          <w:sz w:val="26"/>
          <w:szCs w:val="26"/>
        </w:rPr>
        <w:t xml:space="preserve"> </w:t>
      </w:r>
      <w:proofErr w:type="spellStart"/>
      <w:r w:rsidRPr="00E412E2">
        <w:rPr>
          <w:rFonts w:cs="Times New Roman"/>
          <w:sz w:val="26"/>
          <w:szCs w:val="26"/>
        </w:rPr>
        <w:t>cửa</w:t>
      </w:r>
      <w:proofErr w:type="spellEnd"/>
      <w:r w:rsidRPr="00E412E2">
        <w:rPr>
          <w:rFonts w:cs="Times New Roman"/>
          <w:sz w:val="26"/>
          <w:szCs w:val="26"/>
        </w:rPr>
        <w:t xml:space="preserve"> </w:t>
      </w:r>
      <w:proofErr w:type="spellStart"/>
      <w:r w:rsidRPr="00E412E2">
        <w:rPr>
          <w:rFonts w:cs="Times New Roman"/>
          <w:sz w:val="26"/>
          <w:szCs w:val="26"/>
        </w:rPr>
        <w:t>sổ</w:t>
      </w:r>
      <w:proofErr w:type="spellEnd"/>
      <w:r w:rsidRPr="00E412E2">
        <w:rPr>
          <w:rFonts w:cs="Times New Roman"/>
          <w:sz w:val="26"/>
          <w:szCs w:val="26"/>
        </w:rPr>
        <w:t xml:space="preserve"> </w:t>
      </w:r>
      <w:proofErr w:type="spellStart"/>
      <w:r w:rsidRPr="00E412E2">
        <w:rPr>
          <w:rFonts w:cs="Times New Roman"/>
          <w:sz w:val="26"/>
          <w:szCs w:val="26"/>
        </w:rPr>
        <w:t>lựa</w:t>
      </w:r>
      <w:proofErr w:type="spellEnd"/>
      <w:r w:rsidRPr="00E412E2">
        <w:rPr>
          <w:rFonts w:cs="Times New Roman"/>
          <w:sz w:val="26"/>
          <w:szCs w:val="26"/>
        </w:rPr>
        <w:t xml:space="preserve"> </w:t>
      </w:r>
      <w:proofErr w:type="spellStart"/>
      <w:r w:rsidRPr="00E412E2">
        <w:rPr>
          <w:rFonts w:cs="Times New Roman"/>
          <w:sz w:val="26"/>
          <w:szCs w:val="26"/>
        </w:rPr>
        <w:t>chọn</w:t>
      </w:r>
      <w:proofErr w:type="spellEnd"/>
      <w:r w:rsidRPr="00E412E2">
        <w:rPr>
          <w:rFonts w:cs="Times New Roman"/>
          <w:sz w:val="26"/>
          <w:szCs w:val="26"/>
        </w:rPr>
        <w:t xml:space="preserve"> </w:t>
      </w:r>
      <w:proofErr w:type="spellStart"/>
      <w:r w:rsidRPr="00E412E2">
        <w:rPr>
          <w:rFonts w:cs="Times New Roman"/>
          <w:sz w:val="26"/>
          <w:szCs w:val="26"/>
        </w:rPr>
        <w:t>chứng</w:t>
      </w:r>
      <w:proofErr w:type="spellEnd"/>
      <w:r w:rsidRPr="00E412E2">
        <w:rPr>
          <w:rFonts w:cs="Times New Roman"/>
          <w:sz w:val="26"/>
          <w:szCs w:val="26"/>
        </w:rPr>
        <w:t xml:space="preserve"> </w:t>
      </w:r>
      <w:proofErr w:type="spellStart"/>
      <w:r w:rsidRPr="00E412E2">
        <w:rPr>
          <w:rFonts w:cs="Times New Roman"/>
          <w:sz w:val="26"/>
          <w:szCs w:val="26"/>
        </w:rPr>
        <w:t>thư</w:t>
      </w:r>
      <w:proofErr w:type="spellEnd"/>
      <w:r w:rsidRPr="00E412E2">
        <w:rPr>
          <w:rFonts w:cs="Times New Roman"/>
          <w:sz w:val="26"/>
          <w:szCs w:val="26"/>
        </w:rPr>
        <w:t xml:space="preserve"> </w:t>
      </w:r>
      <w:proofErr w:type="spellStart"/>
      <w:r w:rsidRPr="00E412E2">
        <w:rPr>
          <w:rFonts w:cs="Times New Roman"/>
          <w:sz w:val="26"/>
          <w:szCs w:val="26"/>
        </w:rPr>
        <w:t>hiện</w:t>
      </w:r>
      <w:proofErr w:type="spellEnd"/>
      <w:r w:rsidRPr="00E412E2">
        <w:rPr>
          <w:rFonts w:cs="Times New Roman"/>
          <w:sz w:val="26"/>
          <w:szCs w:val="26"/>
        </w:rPr>
        <w:t xml:space="preserve"> </w:t>
      </w:r>
      <w:proofErr w:type="spellStart"/>
      <w:r w:rsidRPr="00E412E2">
        <w:rPr>
          <w:rFonts w:cs="Times New Roman"/>
          <w:sz w:val="26"/>
          <w:szCs w:val="26"/>
        </w:rPr>
        <w:t>ra.</w:t>
      </w:r>
      <w:proofErr w:type="spellEnd"/>
      <w:r w:rsidRPr="00E412E2">
        <w:rPr>
          <w:rFonts w:cs="Times New Roman"/>
          <w:sz w:val="26"/>
          <w:szCs w:val="26"/>
        </w:rPr>
        <w:t xml:space="preserve"> </w:t>
      </w:r>
      <w:proofErr w:type="spellStart"/>
      <w:r w:rsidRPr="00E412E2">
        <w:rPr>
          <w:rFonts w:cs="Times New Roman"/>
          <w:sz w:val="26"/>
          <w:szCs w:val="26"/>
        </w:rPr>
        <w:t>Hãy</w:t>
      </w:r>
      <w:proofErr w:type="spellEnd"/>
      <w:r w:rsidRPr="00E412E2">
        <w:rPr>
          <w:rFonts w:cs="Times New Roman"/>
          <w:sz w:val="26"/>
          <w:szCs w:val="26"/>
        </w:rPr>
        <w:t xml:space="preserve"> </w:t>
      </w:r>
      <w:proofErr w:type="spellStart"/>
      <w:r w:rsidRPr="00E412E2">
        <w:rPr>
          <w:rFonts w:cs="Times New Roman"/>
          <w:sz w:val="26"/>
          <w:szCs w:val="26"/>
        </w:rPr>
        <w:t>chọn</w:t>
      </w:r>
      <w:proofErr w:type="spellEnd"/>
      <w:r w:rsidRPr="00E412E2">
        <w:rPr>
          <w:rFonts w:cs="Times New Roman"/>
          <w:sz w:val="26"/>
          <w:szCs w:val="26"/>
        </w:rPr>
        <w:t xml:space="preserve"> </w:t>
      </w:r>
      <w:proofErr w:type="spellStart"/>
      <w:r w:rsidRPr="00E412E2">
        <w:rPr>
          <w:rFonts w:cs="Times New Roman"/>
          <w:sz w:val="26"/>
          <w:szCs w:val="26"/>
        </w:rPr>
        <w:t>một</w:t>
      </w:r>
      <w:proofErr w:type="spellEnd"/>
      <w:r w:rsidRPr="00E412E2">
        <w:rPr>
          <w:rFonts w:cs="Times New Roman"/>
          <w:sz w:val="26"/>
          <w:szCs w:val="26"/>
        </w:rPr>
        <w:t xml:space="preserve"> </w:t>
      </w:r>
      <w:proofErr w:type="spellStart"/>
      <w:r w:rsidRPr="00E412E2">
        <w:rPr>
          <w:rFonts w:cs="Times New Roman"/>
          <w:sz w:val="26"/>
          <w:szCs w:val="26"/>
        </w:rPr>
        <w:t>chứng</w:t>
      </w:r>
      <w:proofErr w:type="spellEnd"/>
      <w:r w:rsidRPr="00E412E2">
        <w:rPr>
          <w:rFonts w:cs="Times New Roman"/>
          <w:sz w:val="26"/>
          <w:szCs w:val="26"/>
        </w:rPr>
        <w:t xml:space="preserve"> </w:t>
      </w:r>
      <w:proofErr w:type="spellStart"/>
      <w:r w:rsidRPr="00E412E2">
        <w:rPr>
          <w:rFonts w:cs="Times New Roman"/>
          <w:sz w:val="26"/>
          <w:szCs w:val="26"/>
        </w:rPr>
        <w:t>thư</w:t>
      </w:r>
      <w:proofErr w:type="spellEnd"/>
      <w:r w:rsidRPr="00E412E2">
        <w:rPr>
          <w:rFonts w:cs="Times New Roman"/>
          <w:sz w:val="26"/>
          <w:szCs w:val="26"/>
        </w:rPr>
        <w:t xml:space="preserve"> </w:t>
      </w:r>
      <w:proofErr w:type="spellStart"/>
      <w:r w:rsidRPr="00E412E2">
        <w:rPr>
          <w:rFonts w:cs="Times New Roman"/>
          <w:sz w:val="26"/>
          <w:szCs w:val="26"/>
        </w:rPr>
        <w:t>để</w:t>
      </w:r>
      <w:proofErr w:type="spellEnd"/>
      <w:r w:rsidRPr="00E412E2">
        <w:rPr>
          <w:rFonts w:cs="Times New Roman"/>
          <w:sz w:val="26"/>
          <w:szCs w:val="26"/>
        </w:rPr>
        <w:t xml:space="preserve"> </w:t>
      </w:r>
      <w:proofErr w:type="spellStart"/>
      <w:r w:rsidRPr="00E412E2">
        <w:rPr>
          <w:rFonts w:cs="Times New Roman"/>
          <w:sz w:val="26"/>
          <w:szCs w:val="26"/>
        </w:rPr>
        <w:t>ký</w:t>
      </w:r>
      <w:proofErr w:type="spellEnd"/>
      <w:r w:rsidRPr="00E412E2">
        <w:rPr>
          <w:rFonts w:cs="Times New Roman"/>
          <w:sz w:val="26"/>
          <w:szCs w:val="26"/>
        </w:rPr>
        <w:t xml:space="preserve"> </w:t>
      </w:r>
      <w:proofErr w:type="spellStart"/>
      <w:r w:rsidRPr="00E412E2">
        <w:rPr>
          <w:rFonts w:cs="Times New Roman"/>
          <w:sz w:val="26"/>
          <w:szCs w:val="26"/>
        </w:rPr>
        <w:t>số</w:t>
      </w:r>
      <w:proofErr w:type="spellEnd"/>
      <w:r w:rsidRPr="00E412E2">
        <w:rPr>
          <w:rFonts w:cs="Times New Roman"/>
          <w:sz w:val="26"/>
          <w:szCs w:val="26"/>
        </w:rPr>
        <w:t xml:space="preserve">, </w:t>
      </w:r>
      <w:proofErr w:type="spellStart"/>
      <w:r w:rsidRPr="00E412E2">
        <w:rPr>
          <w:rFonts w:cs="Times New Roman"/>
          <w:sz w:val="26"/>
          <w:szCs w:val="26"/>
        </w:rPr>
        <w:t>sau</w:t>
      </w:r>
      <w:proofErr w:type="spellEnd"/>
      <w:r w:rsidRPr="00E412E2">
        <w:rPr>
          <w:rFonts w:cs="Times New Roman"/>
          <w:sz w:val="26"/>
          <w:szCs w:val="26"/>
        </w:rPr>
        <w:t xml:space="preserve"> </w:t>
      </w:r>
      <w:proofErr w:type="spellStart"/>
      <w:r w:rsidRPr="00E412E2">
        <w:rPr>
          <w:rFonts w:cs="Times New Roman"/>
          <w:sz w:val="26"/>
          <w:szCs w:val="26"/>
        </w:rPr>
        <w:t>đó</w:t>
      </w:r>
      <w:proofErr w:type="spellEnd"/>
      <w:r w:rsidRPr="00E412E2">
        <w:rPr>
          <w:rFonts w:cs="Times New Roman"/>
          <w:sz w:val="26"/>
          <w:szCs w:val="26"/>
        </w:rPr>
        <w:t xml:space="preserve"> </w:t>
      </w:r>
      <w:proofErr w:type="spellStart"/>
      <w:r w:rsidRPr="00E412E2">
        <w:rPr>
          <w:rFonts w:cs="Times New Roman"/>
          <w:sz w:val="26"/>
          <w:szCs w:val="26"/>
        </w:rPr>
        <w:t>chọn</w:t>
      </w:r>
      <w:proofErr w:type="spellEnd"/>
      <w:r w:rsidRPr="00E412E2">
        <w:rPr>
          <w:rFonts w:cs="Times New Roman"/>
          <w:sz w:val="26"/>
          <w:szCs w:val="26"/>
        </w:rPr>
        <w:t xml:space="preserve"> “</w:t>
      </w:r>
      <w:proofErr w:type="spellStart"/>
      <w:r w:rsidRPr="00E412E2">
        <w:rPr>
          <w:rFonts w:cs="Times New Roman"/>
          <w:sz w:val="26"/>
          <w:szCs w:val="26"/>
        </w:rPr>
        <w:t>Đồng</w:t>
      </w:r>
      <w:proofErr w:type="spellEnd"/>
      <w:r w:rsidRPr="00E412E2">
        <w:rPr>
          <w:rFonts w:cs="Times New Roman"/>
          <w:sz w:val="26"/>
          <w:szCs w:val="26"/>
        </w:rPr>
        <w:t xml:space="preserve"> ý”.</w:t>
      </w:r>
    </w:p>
    <w:p w14:paraId="557371CC" w14:textId="0090A96C" w:rsidR="005B4B3A" w:rsidRDefault="005B4B3A" w:rsidP="00E412E2">
      <w:pPr>
        <w:jc w:val="center"/>
        <w:rPr>
          <w:rFonts w:cs="Times New Roman"/>
        </w:rPr>
      </w:pPr>
      <w:r w:rsidRPr="005B4B3A">
        <w:rPr>
          <w:rFonts w:cs="Times New Roman"/>
          <w:noProof/>
        </w:rPr>
        <w:lastRenderedPageBreak/>
        <w:drawing>
          <wp:inline distT="0" distB="0" distL="0" distR="0" wp14:anchorId="48C05280" wp14:editId="1529D02C">
            <wp:extent cx="4029637" cy="4791744"/>
            <wp:effectExtent l="0" t="0" r="9525" b="8890"/>
            <wp:docPr id="702699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99187" name=""/>
                    <pic:cNvPicPr/>
                  </pic:nvPicPr>
                  <pic:blipFill>
                    <a:blip r:embed="rId26"/>
                    <a:stretch>
                      <a:fillRect/>
                    </a:stretch>
                  </pic:blipFill>
                  <pic:spPr>
                    <a:xfrm>
                      <a:off x="0" y="0"/>
                      <a:ext cx="4029637" cy="4791744"/>
                    </a:xfrm>
                    <a:prstGeom prst="rect">
                      <a:avLst/>
                    </a:prstGeom>
                  </pic:spPr>
                </pic:pic>
              </a:graphicData>
            </a:graphic>
          </wp:inline>
        </w:drawing>
      </w:r>
    </w:p>
    <w:p w14:paraId="799BBB90" w14:textId="2931C4C4" w:rsidR="005B4B3A" w:rsidRDefault="005B4B3A" w:rsidP="00E412E2">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9207F0">
        <w:rPr>
          <w:rFonts w:cs="Times New Roman"/>
          <w:i/>
          <w:iCs/>
        </w:rPr>
        <w:t>7</w:t>
      </w:r>
      <w:r w:rsidRPr="000C37B8">
        <w:rPr>
          <w:rFonts w:cs="Times New Roman"/>
          <w:i/>
          <w:iCs/>
        </w:rPr>
        <w:t>.</w:t>
      </w:r>
      <w:r w:rsidR="00E412E2">
        <w:rPr>
          <w:rFonts w:cs="Times New Roman"/>
          <w:i/>
          <w:iCs/>
        </w:rPr>
        <w:t xml:space="preserve"> </w:t>
      </w:r>
      <w:proofErr w:type="spellStart"/>
      <w:r w:rsidR="00E412E2">
        <w:rPr>
          <w:rFonts w:cs="Times New Roman"/>
          <w:i/>
          <w:iCs/>
        </w:rPr>
        <w:t>Chọn</w:t>
      </w:r>
      <w:proofErr w:type="spellEnd"/>
      <w:r w:rsidR="00E412E2">
        <w:rPr>
          <w:rFonts w:cs="Times New Roman"/>
          <w:i/>
          <w:iCs/>
        </w:rPr>
        <w:t xml:space="preserve"> </w:t>
      </w:r>
      <w:proofErr w:type="spellStart"/>
      <w:r w:rsidR="00E412E2">
        <w:rPr>
          <w:rFonts w:cs="Times New Roman"/>
          <w:i/>
          <w:iCs/>
        </w:rPr>
        <w:t>chứng</w:t>
      </w:r>
      <w:proofErr w:type="spellEnd"/>
      <w:r w:rsidR="00E412E2">
        <w:rPr>
          <w:rFonts w:cs="Times New Roman"/>
          <w:i/>
          <w:iCs/>
        </w:rPr>
        <w:t xml:space="preserve"> </w:t>
      </w:r>
      <w:proofErr w:type="spellStart"/>
      <w:r w:rsidR="00E412E2">
        <w:rPr>
          <w:rFonts w:cs="Times New Roman"/>
          <w:i/>
          <w:iCs/>
        </w:rPr>
        <w:t>thư</w:t>
      </w:r>
      <w:proofErr w:type="spellEnd"/>
      <w:r w:rsidR="00E412E2">
        <w:rPr>
          <w:rFonts w:cs="Times New Roman"/>
          <w:i/>
          <w:iCs/>
        </w:rPr>
        <w:t xml:space="preserve"> </w:t>
      </w:r>
      <w:proofErr w:type="spellStart"/>
      <w:r w:rsidR="00E412E2">
        <w:rPr>
          <w:rFonts w:cs="Times New Roman"/>
          <w:i/>
          <w:iCs/>
        </w:rPr>
        <w:t>để</w:t>
      </w:r>
      <w:proofErr w:type="spellEnd"/>
      <w:r w:rsidR="00E412E2">
        <w:rPr>
          <w:rFonts w:cs="Times New Roman"/>
          <w:i/>
          <w:iCs/>
        </w:rPr>
        <w:t xml:space="preserve"> </w:t>
      </w:r>
      <w:proofErr w:type="spellStart"/>
      <w:r w:rsidR="00E412E2">
        <w:rPr>
          <w:rFonts w:cs="Times New Roman"/>
          <w:i/>
          <w:iCs/>
        </w:rPr>
        <w:t>ký</w:t>
      </w:r>
      <w:proofErr w:type="spellEnd"/>
      <w:r w:rsidR="00E412E2">
        <w:rPr>
          <w:rFonts w:cs="Times New Roman"/>
          <w:i/>
          <w:iCs/>
        </w:rPr>
        <w:t xml:space="preserve">. Sau </w:t>
      </w:r>
      <w:proofErr w:type="spellStart"/>
      <w:r w:rsidR="00E412E2">
        <w:rPr>
          <w:rFonts w:cs="Times New Roman"/>
          <w:i/>
          <w:iCs/>
        </w:rPr>
        <w:t>đó</w:t>
      </w:r>
      <w:proofErr w:type="spellEnd"/>
      <w:r w:rsidR="00E412E2">
        <w:rPr>
          <w:rFonts w:cs="Times New Roman"/>
          <w:i/>
          <w:iCs/>
        </w:rPr>
        <w:t xml:space="preserve"> </w:t>
      </w:r>
      <w:proofErr w:type="spellStart"/>
      <w:r w:rsidR="00E412E2">
        <w:rPr>
          <w:rFonts w:cs="Times New Roman"/>
          <w:i/>
          <w:iCs/>
        </w:rPr>
        <w:t>chọn</w:t>
      </w:r>
      <w:proofErr w:type="spellEnd"/>
      <w:r w:rsidR="00E412E2">
        <w:rPr>
          <w:rFonts w:cs="Times New Roman"/>
          <w:i/>
          <w:iCs/>
        </w:rPr>
        <w:t xml:space="preserve"> “</w:t>
      </w:r>
      <w:proofErr w:type="spellStart"/>
      <w:r w:rsidR="00E412E2">
        <w:rPr>
          <w:rFonts w:cs="Times New Roman"/>
          <w:i/>
          <w:iCs/>
        </w:rPr>
        <w:t>Đồng</w:t>
      </w:r>
      <w:proofErr w:type="spellEnd"/>
      <w:r w:rsidR="00E412E2">
        <w:rPr>
          <w:rFonts w:cs="Times New Roman"/>
          <w:i/>
          <w:iCs/>
        </w:rPr>
        <w:t xml:space="preserve"> ý”</w:t>
      </w:r>
    </w:p>
    <w:p w14:paraId="3AE2AB5E" w14:textId="1DD45A5D" w:rsidR="00BC23D8" w:rsidRDefault="00BC23D8" w:rsidP="00BC23D8">
      <w:pPr>
        <w:pStyle w:val="Heading3"/>
      </w:pPr>
      <w:bookmarkStart w:id="18" w:name="_Toc234595027"/>
      <w:r w:rsidRPr="009657F6">
        <w:t>4.5.</w:t>
      </w:r>
      <w:r w:rsidR="00600D84">
        <w:t>3</w:t>
      </w:r>
      <w:r w:rsidRPr="009657F6">
        <w:t xml:space="preserve">. </w:t>
      </w:r>
      <w:proofErr w:type="spellStart"/>
      <w:r w:rsidRPr="009657F6">
        <w:t>Ký</w:t>
      </w:r>
      <w:proofErr w:type="spellEnd"/>
      <w:r w:rsidRPr="009657F6">
        <w:t xml:space="preserve"> </w:t>
      </w:r>
      <w:proofErr w:type="spellStart"/>
      <w:r w:rsidRPr="009657F6">
        <w:t>số</w:t>
      </w:r>
      <w:proofErr w:type="spellEnd"/>
      <w:r w:rsidRPr="009657F6">
        <w:t xml:space="preserve"> </w:t>
      </w:r>
      <w:proofErr w:type="spellStart"/>
      <w:r>
        <w:t>từ</w:t>
      </w:r>
      <w:proofErr w:type="spellEnd"/>
      <w:r>
        <w:t xml:space="preserve"> xa </w:t>
      </w:r>
      <w:proofErr w:type="spellStart"/>
      <w:r>
        <w:t>khi</w:t>
      </w:r>
      <w:proofErr w:type="spellEnd"/>
      <w:r>
        <w:t xml:space="preserve"> </w:t>
      </w:r>
      <w:proofErr w:type="spellStart"/>
      <w:r>
        <w:t>ký</w:t>
      </w:r>
      <w:proofErr w:type="spellEnd"/>
      <w:r>
        <w:t xml:space="preserve"> PDF </w:t>
      </w:r>
      <w:proofErr w:type="spellStart"/>
      <w:r>
        <w:t>trên</w:t>
      </w:r>
      <w:proofErr w:type="spellEnd"/>
      <w:r>
        <w:t xml:space="preserve"> </w:t>
      </w:r>
      <w:proofErr w:type="spellStart"/>
      <w:r>
        <w:t>Cổng</w:t>
      </w:r>
      <w:proofErr w:type="spellEnd"/>
      <w:r>
        <w:t xml:space="preserve"> </w:t>
      </w:r>
      <w:proofErr w:type="spellStart"/>
      <w:r>
        <w:t>tiếp</w:t>
      </w:r>
      <w:proofErr w:type="spellEnd"/>
      <w:r>
        <w:t xml:space="preserve"> </w:t>
      </w:r>
      <w:proofErr w:type="spellStart"/>
      <w:r>
        <w:t>nhận</w:t>
      </w:r>
      <w:proofErr w:type="spellEnd"/>
      <w:r>
        <w:t xml:space="preserve"> BHYT</w:t>
      </w:r>
      <w:bookmarkEnd w:id="18"/>
    </w:p>
    <w:p w14:paraId="3792B37E" w14:textId="53455DE0" w:rsidR="00BC23D8" w:rsidRPr="00DC0A34" w:rsidRDefault="00583597" w:rsidP="00DC0A34">
      <w:pPr>
        <w:pStyle w:val="ListParagraph"/>
        <w:numPr>
          <w:ilvl w:val="0"/>
          <w:numId w:val="16"/>
        </w:numPr>
        <w:ind w:left="426"/>
        <w:rPr>
          <w:rFonts w:cs="Times New Roman"/>
          <w:sz w:val="26"/>
          <w:szCs w:val="26"/>
        </w:rPr>
      </w:pPr>
      <w:proofErr w:type="spellStart"/>
      <w:r w:rsidRPr="00DC0A34">
        <w:rPr>
          <w:rFonts w:cs="Times New Roman"/>
          <w:sz w:val="26"/>
          <w:szCs w:val="26"/>
        </w:rPr>
        <w:t>Bước</w:t>
      </w:r>
      <w:proofErr w:type="spellEnd"/>
      <w:r w:rsidRPr="00DC0A34">
        <w:rPr>
          <w:rFonts w:cs="Times New Roman"/>
          <w:sz w:val="26"/>
          <w:szCs w:val="26"/>
        </w:rPr>
        <w:t xml:space="preserve"> 1: </w:t>
      </w:r>
      <w:proofErr w:type="spellStart"/>
      <w:r w:rsidRPr="00DC0A34">
        <w:rPr>
          <w:rFonts w:cs="Times New Roman"/>
          <w:sz w:val="26"/>
          <w:szCs w:val="26"/>
        </w:rPr>
        <w:t>Trên</w:t>
      </w:r>
      <w:proofErr w:type="spellEnd"/>
      <w:r w:rsidRPr="00DC0A34">
        <w:rPr>
          <w:rFonts w:cs="Times New Roman"/>
          <w:sz w:val="26"/>
          <w:szCs w:val="26"/>
        </w:rPr>
        <w:t xml:space="preserve"> menu </w:t>
      </w:r>
      <w:proofErr w:type="spellStart"/>
      <w:r w:rsidRPr="00DC0A34">
        <w:rPr>
          <w:rFonts w:cs="Times New Roman"/>
          <w:sz w:val="26"/>
          <w:szCs w:val="26"/>
        </w:rPr>
        <w:t>nhấn</w:t>
      </w:r>
      <w:proofErr w:type="spellEnd"/>
      <w:r w:rsidRPr="00DC0A34">
        <w:rPr>
          <w:rFonts w:cs="Times New Roman"/>
          <w:sz w:val="26"/>
          <w:szCs w:val="26"/>
        </w:rPr>
        <w:t xml:space="preserve"> </w:t>
      </w:r>
      <w:proofErr w:type="spellStart"/>
      <w:r w:rsidRPr="00DC0A34">
        <w:rPr>
          <w:rFonts w:cs="Times New Roman"/>
          <w:sz w:val="26"/>
          <w:szCs w:val="26"/>
        </w:rPr>
        <w:t>vào</w:t>
      </w:r>
      <w:proofErr w:type="spellEnd"/>
      <w:r w:rsidRPr="00DC0A34">
        <w:rPr>
          <w:rFonts w:cs="Times New Roman"/>
          <w:sz w:val="26"/>
          <w:szCs w:val="26"/>
        </w:rPr>
        <w:t xml:space="preserve"> </w:t>
      </w:r>
      <w:proofErr w:type="spellStart"/>
      <w:r w:rsidRPr="00DC0A34">
        <w:rPr>
          <w:rFonts w:cs="Times New Roman"/>
          <w:sz w:val="26"/>
          <w:szCs w:val="26"/>
        </w:rPr>
        <w:t>biểu</w:t>
      </w:r>
      <w:proofErr w:type="spellEnd"/>
      <w:r w:rsidRPr="00DC0A34">
        <w:rPr>
          <w:rFonts w:cs="Times New Roman"/>
          <w:sz w:val="26"/>
          <w:szCs w:val="26"/>
        </w:rPr>
        <w:t xml:space="preserve"> </w:t>
      </w:r>
      <w:proofErr w:type="spellStart"/>
      <w:r w:rsidRPr="00DC0A34">
        <w:rPr>
          <w:rFonts w:cs="Times New Roman"/>
          <w:sz w:val="26"/>
          <w:szCs w:val="26"/>
        </w:rPr>
        <w:t>tượng</w:t>
      </w:r>
      <w:proofErr w:type="spellEnd"/>
      <w:r w:rsidRPr="00DC0A34">
        <w:rPr>
          <w:rFonts w:cs="Times New Roman"/>
          <w:sz w:val="26"/>
          <w:szCs w:val="26"/>
        </w:rPr>
        <w:t xml:space="preserve"> “</w:t>
      </w:r>
      <w:proofErr w:type="spellStart"/>
      <w:r w:rsidRPr="00DC0A34">
        <w:rPr>
          <w:rFonts w:cs="Times New Roman"/>
          <w:sz w:val="26"/>
          <w:szCs w:val="26"/>
        </w:rPr>
        <w:t>Chứng</w:t>
      </w:r>
      <w:proofErr w:type="spellEnd"/>
      <w:r w:rsidRPr="00DC0A34">
        <w:rPr>
          <w:rFonts w:cs="Times New Roman"/>
          <w:sz w:val="26"/>
          <w:szCs w:val="26"/>
        </w:rPr>
        <w:t xml:space="preserve"> </w:t>
      </w:r>
      <w:proofErr w:type="spellStart"/>
      <w:r w:rsidRPr="00DC0A34">
        <w:rPr>
          <w:rFonts w:cs="Times New Roman"/>
          <w:sz w:val="26"/>
          <w:szCs w:val="26"/>
        </w:rPr>
        <w:t>thư</w:t>
      </w:r>
      <w:proofErr w:type="spellEnd"/>
      <w:r w:rsidRPr="00DC0A34">
        <w:rPr>
          <w:rFonts w:cs="Times New Roman"/>
          <w:sz w:val="26"/>
          <w:szCs w:val="26"/>
        </w:rPr>
        <w:t xml:space="preserve"> </w:t>
      </w:r>
      <w:proofErr w:type="spellStart"/>
      <w:r w:rsidRPr="00DC0A34">
        <w:rPr>
          <w:rFonts w:cs="Times New Roman"/>
          <w:sz w:val="26"/>
          <w:szCs w:val="26"/>
        </w:rPr>
        <w:t>số</w:t>
      </w:r>
      <w:proofErr w:type="spellEnd"/>
      <w:r w:rsidRPr="00DC0A34">
        <w:rPr>
          <w:rFonts w:cs="Times New Roman"/>
          <w:sz w:val="26"/>
          <w:szCs w:val="26"/>
        </w:rPr>
        <w:t>”</w:t>
      </w:r>
    </w:p>
    <w:p w14:paraId="63521382" w14:textId="53F947B8" w:rsidR="00583597" w:rsidRDefault="00583597" w:rsidP="00583597">
      <w:pPr>
        <w:jc w:val="center"/>
      </w:pPr>
      <w:r>
        <w:rPr>
          <w:noProof/>
        </w:rPr>
        <w:drawing>
          <wp:inline distT="0" distB="0" distL="0" distR="0" wp14:anchorId="1FEE1AFD" wp14:editId="36A0DADE">
            <wp:extent cx="5760720" cy="1668780"/>
            <wp:effectExtent l="0" t="0" r="0" b="7620"/>
            <wp:docPr id="183481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668780"/>
                    </a:xfrm>
                    <a:prstGeom prst="rect">
                      <a:avLst/>
                    </a:prstGeom>
                    <a:noFill/>
                    <a:ln>
                      <a:noFill/>
                    </a:ln>
                  </pic:spPr>
                </pic:pic>
              </a:graphicData>
            </a:graphic>
          </wp:inline>
        </w:drawing>
      </w:r>
    </w:p>
    <w:p w14:paraId="356A4578" w14:textId="0A77E32A" w:rsidR="00583597" w:rsidRDefault="00583597" w:rsidP="00583597">
      <w:pPr>
        <w:jc w:val="cente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9207F0">
        <w:rPr>
          <w:rFonts w:cs="Times New Roman"/>
          <w:i/>
          <w:iCs/>
        </w:rPr>
        <w:t>8</w:t>
      </w:r>
      <w:r>
        <w:rPr>
          <w:rFonts w:cs="Times New Roman"/>
          <w:i/>
          <w:iCs/>
        </w:rPr>
        <w:t xml:space="preserve">. </w:t>
      </w:r>
      <w:proofErr w:type="spellStart"/>
      <w:r>
        <w:rPr>
          <w:rFonts w:cs="Times New Roman"/>
          <w:i/>
          <w:iCs/>
        </w:rPr>
        <w:t>Nhấn</w:t>
      </w:r>
      <w:proofErr w:type="spellEnd"/>
      <w:r>
        <w:rPr>
          <w:rFonts w:cs="Times New Roman"/>
          <w:i/>
          <w:iCs/>
        </w:rPr>
        <w:t xml:space="preserve"> “</w:t>
      </w:r>
      <w:proofErr w:type="spellStart"/>
      <w:r>
        <w:rPr>
          <w:rFonts w:cs="Times New Roman"/>
          <w:i/>
          <w:iCs/>
        </w:rPr>
        <w:t>Chọn</w:t>
      </w:r>
      <w:proofErr w:type="spellEnd"/>
      <w:r>
        <w:rPr>
          <w:rFonts w:cs="Times New Roman"/>
          <w:i/>
          <w:iCs/>
        </w:rPr>
        <w:t xml:space="preserve"> </w:t>
      </w:r>
      <w:proofErr w:type="spellStart"/>
      <w:r>
        <w:rPr>
          <w:rFonts w:cs="Times New Roman"/>
          <w:i/>
          <w:iCs/>
        </w:rPr>
        <w:t>chứng</w:t>
      </w:r>
      <w:proofErr w:type="spellEnd"/>
      <w:r>
        <w:rPr>
          <w:rFonts w:cs="Times New Roman"/>
          <w:i/>
          <w:iCs/>
        </w:rPr>
        <w:t xml:space="preserve"> </w:t>
      </w:r>
      <w:proofErr w:type="spellStart"/>
      <w:r>
        <w:rPr>
          <w:rFonts w:cs="Times New Roman"/>
          <w:i/>
          <w:iCs/>
        </w:rPr>
        <w:t>thư</w:t>
      </w:r>
      <w:proofErr w:type="spellEnd"/>
      <w:r>
        <w:rPr>
          <w:rFonts w:cs="Times New Roman"/>
          <w:i/>
          <w:iCs/>
        </w:rPr>
        <w:t xml:space="preserve">” </w:t>
      </w:r>
      <w:proofErr w:type="spellStart"/>
      <w:r>
        <w:rPr>
          <w:rFonts w:cs="Times New Roman"/>
          <w:i/>
          <w:iCs/>
        </w:rPr>
        <w:t>trên</w:t>
      </w:r>
      <w:proofErr w:type="spellEnd"/>
      <w:r>
        <w:rPr>
          <w:rFonts w:cs="Times New Roman"/>
          <w:i/>
          <w:iCs/>
        </w:rPr>
        <w:t xml:space="preserve"> menu</w:t>
      </w:r>
    </w:p>
    <w:p w14:paraId="6D9FF200" w14:textId="03C604A1" w:rsidR="00583597" w:rsidRPr="00DC0A34" w:rsidRDefault="00583597" w:rsidP="00DC0A34">
      <w:pPr>
        <w:pStyle w:val="ListParagraph"/>
        <w:numPr>
          <w:ilvl w:val="0"/>
          <w:numId w:val="16"/>
        </w:numPr>
        <w:ind w:left="426"/>
        <w:rPr>
          <w:rFonts w:cs="Times New Roman"/>
          <w:sz w:val="26"/>
          <w:szCs w:val="26"/>
        </w:rPr>
      </w:pPr>
      <w:proofErr w:type="spellStart"/>
      <w:r w:rsidRPr="00DC0A34">
        <w:rPr>
          <w:rFonts w:cs="Times New Roman"/>
          <w:sz w:val="26"/>
          <w:szCs w:val="26"/>
        </w:rPr>
        <w:t>Bước</w:t>
      </w:r>
      <w:proofErr w:type="spellEnd"/>
      <w:r w:rsidRPr="00DC0A34">
        <w:rPr>
          <w:rFonts w:cs="Times New Roman"/>
          <w:sz w:val="26"/>
          <w:szCs w:val="26"/>
        </w:rPr>
        <w:t xml:space="preserve"> 2: </w:t>
      </w:r>
      <w:proofErr w:type="spellStart"/>
      <w:r w:rsidRPr="00DC0A34">
        <w:rPr>
          <w:rFonts w:cs="Times New Roman"/>
          <w:sz w:val="26"/>
          <w:szCs w:val="26"/>
        </w:rPr>
        <w:t>Tại</w:t>
      </w:r>
      <w:proofErr w:type="spellEnd"/>
      <w:r w:rsidRPr="00DC0A34">
        <w:rPr>
          <w:rFonts w:cs="Times New Roman"/>
          <w:sz w:val="26"/>
          <w:szCs w:val="26"/>
        </w:rPr>
        <w:t xml:space="preserve"> </w:t>
      </w:r>
      <w:proofErr w:type="spellStart"/>
      <w:r w:rsidRPr="00DC0A34">
        <w:rPr>
          <w:rFonts w:cs="Times New Roman"/>
          <w:sz w:val="26"/>
          <w:szCs w:val="26"/>
        </w:rPr>
        <w:t>phần</w:t>
      </w:r>
      <w:proofErr w:type="spellEnd"/>
      <w:r w:rsidRPr="00DC0A34">
        <w:rPr>
          <w:rFonts w:cs="Times New Roman"/>
          <w:sz w:val="26"/>
          <w:szCs w:val="26"/>
        </w:rPr>
        <w:t xml:space="preserve"> “CHỮ KÝ SỐ TỪ XA” </w:t>
      </w:r>
      <w:proofErr w:type="spellStart"/>
      <w:r w:rsidRPr="00DC0A34">
        <w:rPr>
          <w:rFonts w:cs="Times New Roman"/>
          <w:sz w:val="26"/>
          <w:szCs w:val="26"/>
        </w:rPr>
        <w:t>chọn</w:t>
      </w:r>
      <w:proofErr w:type="spellEnd"/>
      <w:r w:rsidRPr="00DC0A34">
        <w:rPr>
          <w:rFonts w:cs="Times New Roman"/>
          <w:sz w:val="26"/>
          <w:szCs w:val="26"/>
        </w:rPr>
        <w:t xml:space="preserve"> “</w:t>
      </w:r>
      <w:proofErr w:type="spellStart"/>
      <w:r w:rsidRPr="00DC0A34">
        <w:rPr>
          <w:rFonts w:cs="Times New Roman"/>
          <w:sz w:val="26"/>
          <w:szCs w:val="26"/>
        </w:rPr>
        <w:t>Lấy</w:t>
      </w:r>
      <w:proofErr w:type="spellEnd"/>
      <w:r w:rsidRPr="00DC0A34">
        <w:rPr>
          <w:rFonts w:cs="Times New Roman"/>
          <w:sz w:val="26"/>
          <w:szCs w:val="26"/>
        </w:rPr>
        <w:t xml:space="preserve"> </w:t>
      </w:r>
      <w:proofErr w:type="spellStart"/>
      <w:r w:rsidRPr="00DC0A34">
        <w:rPr>
          <w:rFonts w:cs="Times New Roman"/>
          <w:sz w:val="26"/>
          <w:szCs w:val="26"/>
        </w:rPr>
        <w:t>danh</w:t>
      </w:r>
      <w:proofErr w:type="spellEnd"/>
      <w:r w:rsidRPr="00DC0A34">
        <w:rPr>
          <w:rFonts w:cs="Times New Roman"/>
          <w:sz w:val="26"/>
          <w:szCs w:val="26"/>
        </w:rPr>
        <w:t xml:space="preserve"> </w:t>
      </w:r>
      <w:proofErr w:type="spellStart"/>
      <w:r w:rsidRPr="00DC0A34">
        <w:rPr>
          <w:rFonts w:cs="Times New Roman"/>
          <w:sz w:val="26"/>
          <w:szCs w:val="26"/>
        </w:rPr>
        <w:t>sách</w:t>
      </w:r>
      <w:proofErr w:type="spellEnd"/>
      <w:r w:rsidRPr="00DC0A34">
        <w:rPr>
          <w:rFonts w:cs="Times New Roman"/>
          <w:sz w:val="26"/>
          <w:szCs w:val="26"/>
        </w:rPr>
        <w:t xml:space="preserve"> </w:t>
      </w:r>
      <w:proofErr w:type="spellStart"/>
      <w:r w:rsidRPr="00DC0A34">
        <w:rPr>
          <w:rFonts w:cs="Times New Roman"/>
          <w:sz w:val="26"/>
          <w:szCs w:val="26"/>
        </w:rPr>
        <w:t>chứng</w:t>
      </w:r>
      <w:proofErr w:type="spellEnd"/>
      <w:r w:rsidRPr="00DC0A34">
        <w:rPr>
          <w:rFonts w:cs="Times New Roman"/>
          <w:sz w:val="26"/>
          <w:szCs w:val="26"/>
        </w:rPr>
        <w:t xml:space="preserve"> </w:t>
      </w:r>
      <w:proofErr w:type="spellStart"/>
      <w:r w:rsidRPr="00DC0A34">
        <w:rPr>
          <w:rFonts w:cs="Times New Roman"/>
          <w:sz w:val="26"/>
          <w:szCs w:val="26"/>
        </w:rPr>
        <w:t>thư</w:t>
      </w:r>
      <w:proofErr w:type="spellEnd"/>
      <w:r w:rsidRPr="00DC0A34">
        <w:rPr>
          <w:rFonts w:cs="Times New Roman"/>
          <w:sz w:val="26"/>
          <w:szCs w:val="26"/>
        </w:rPr>
        <w:t xml:space="preserve"> </w:t>
      </w:r>
      <w:proofErr w:type="spellStart"/>
      <w:r w:rsidRPr="00DC0A34">
        <w:rPr>
          <w:rFonts w:cs="Times New Roman"/>
          <w:sz w:val="26"/>
          <w:szCs w:val="26"/>
        </w:rPr>
        <w:t>ký</w:t>
      </w:r>
      <w:proofErr w:type="spellEnd"/>
      <w:r w:rsidRPr="00DC0A34">
        <w:rPr>
          <w:rFonts w:cs="Times New Roman"/>
          <w:sz w:val="26"/>
          <w:szCs w:val="26"/>
        </w:rPr>
        <w:t xml:space="preserve"> </w:t>
      </w:r>
      <w:proofErr w:type="spellStart"/>
      <w:r w:rsidRPr="00DC0A34">
        <w:rPr>
          <w:rFonts w:cs="Times New Roman"/>
          <w:sz w:val="26"/>
          <w:szCs w:val="26"/>
        </w:rPr>
        <w:t>số</w:t>
      </w:r>
      <w:proofErr w:type="spellEnd"/>
      <w:r w:rsidRPr="00DC0A34">
        <w:rPr>
          <w:rFonts w:cs="Times New Roman"/>
          <w:sz w:val="26"/>
          <w:szCs w:val="26"/>
        </w:rPr>
        <w:t xml:space="preserve"> </w:t>
      </w:r>
      <w:proofErr w:type="spellStart"/>
      <w:r w:rsidRPr="00DC0A34">
        <w:rPr>
          <w:rFonts w:cs="Times New Roman"/>
          <w:sz w:val="26"/>
          <w:szCs w:val="26"/>
        </w:rPr>
        <w:t>từ</w:t>
      </w:r>
      <w:proofErr w:type="spellEnd"/>
      <w:r w:rsidRPr="00DC0A34">
        <w:rPr>
          <w:rFonts w:cs="Times New Roman"/>
          <w:sz w:val="26"/>
          <w:szCs w:val="26"/>
        </w:rPr>
        <w:t xml:space="preserve"> xa”</w:t>
      </w:r>
    </w:p>
    <w:p w14:paraId="70A63247" w14:textId="4C4CA770" w:rsidR="00583597" w:rsidRDefault="00583597" w:rsidP="00583597">
      <w:pPr>
        <w:jc w:val="center"/>
      </w:pPr>
      <w:r>
        <w:rPr>
          <w:noProof/>
        </w:rPr>
        <w:lastRenderedPageBreak/>
        <w:drawing>
          <wp:inline distT="0" distB="0" distL="0" distR="0" wp14:anchorId="60F6BC0F" wp14:editId="3E9A9B82">
            <wp:extent cx="5753100" cy="3284220"/>
            <wp:effectExtent l="0" t="0" r="0" b="0"/>
            <wp:docPr id="1518321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3284220"/>
                    </a:xfrm>
                    <a:prstGeom prst="rect">
                      <a:avLst/>
                    </a:prstGeom>
                    <a:noFill/>
                    <a:ln>
                      <a:noFill/>
                    </a:ln>
                  </pic:spPr>
                </pic:pic>
              </a:graphicData>
            </a:graphic>
          </wp:inline>
        </w:drawing>
      </w:r>
    </w:p>
    <w:p w14:paraId="55CD0595" w14:textId="5B72B3D8" w:rsidR="00583597" w:rsidRPr="00583597" w:rsidRDefault="00583597" w:rsidP="00583597">
      <w:pPr>
        <w:jc w:val="center"/>
        <w:rPr>
          <w:rFonts w:cs="Times New Roman"/>
          <w:i/>
          <w:iCs/>
        </w:rPr>
      </w:pPr>
      <w:proofErr w:type="spellStart"/>
      <w:r w:rsidRPr="000C37B8">
        <w:rPr>
          <w:rFonts w:cs="Times New Roman"/>
          <w:i/>
          <w:iCs/>
        </w:rPr>
        <w:t>Hình</w:t>
      </w:r>
      <w:proofErr w:type="spellEnd"/>
      <w:r w:rsidRPr="000C37B8">
        <w:rPr>
          <w:rFonts w:cs="Times New Roman"/>
          <w:i/>
          <w:iCs/>
        </w:rPr>
        <w:t xml:space="preserve"> </w:t>
      </w:r>
      <w:r>
        <w:rPr>
          <w:rFonts w:cs="Times New Roman"/>
          <w:i/>
          <w:iCs/>
        </w:rPr>
        <w:t>1</w:t>
      </w:r>
      <w:r w:rsidR="009207F0">
        <w:rPr>
          <w:rFonts w:cs="Times New Roman"/>
          <w:i/>
          <w:iCs/>
        </w:rPr>
        <w:t>9</w:t>
      </w:r>
      <w:r>
        <w:rPr>
          <w:rFonts w:cs="Times New Roman"/>
          <w:i/>
          <w:iCs/>
        </w:rPr>
        <w:t xml:space="preserve">. </w:t>
      </w:r>
      <w:proofErr w:type="spellStart"/>
      <w:r w:rsidRPr="00583597">
        <w:rPr>
          <w:rFonts w:cs="Times New Roman"/>
          <w:i/>
          <w:iCs/>
        </w:rPr>
        <w:t>chọn</w:t>
      </w:r>
      <w:proofErr w:type="spellEnd"/>
      <w:r w:rsidRPr="00583597">
        <w:rPr>
          <w:rFonts w:cs="Times New Roman"/>
          <w:i/>
          <w:iCs/>
        </w:rPr>
        <w:t xml:space="preserve"> “</w:t>
      </w:r>
      <w:proofErr w:type="spellStart"/>
      <w:r w:rsidRPr="00583597">
        <w:rPr>
          <w:rFonts w:cs="Times New Roman"/>
          <w:i/>
          <w:iCs/>
        </w:rPr>
        <w:t>Lấy</w:t>
      </w:r>
      <w:proofErr w:type="spellEnd"/>
      <w:r w:rsidRPr="00583597">
        <w:rPr>
          <w:rFonts w:cs="Times New Roman"/>
          <w:i/>
          <w:iCs/>
        </w:rPr>
        <w:t xml:space="preserve"> </w:t>
      </w:r>
      <w:proofErr w:type="spellStart"/>
      <w:r w:rsidRPr="00583597">
        <w:rPr>
          <w:rFonts w:cs="Times New Roman"/>
          <w:i/>
          <w:iCs/>
        </w:rPr>
        <w:t>danh</w:t>
      </w:r>
      <w:proofErr w:type="spellEnd"/>
      <w:r w:rsidRPr="00583597">
        <w:rPr>
          <w:rFonts w:cs="Times New Roman"/>
          <w:i/>
          <w:iCs/>
        </w:rPr>
        <w:t xml:space="preserve"> </w:t>
      </w:r>
      <w:proofErr w:type="spellStart"/>
      <w:r w:rsidRPr="00583597">
        <w:rPr>
          <w:rFonts w:cs="Times New Roman"/>
          <w:i/>
          <w:iCs/>
        </w:rPr>
        <w:t>sách</w:t>
      </w:r>
      <w:proofErr w:type="spellEnd"/>
      <w:r w:rsidRPr="00583597">
        <w:rPr>
          <w:rFonts w:cs="Times New Roman"/>
          <w:i/>
          <w:iCs/>
        </w:rPr>
        <w:t xml:space="preserve"> </w:t>
      </w:r>
      <w:proofErr w:type="spellStart"/>
      <w:r w:rsidRPr="00583597">
        <w:rPr>
          <w:rFonts w:cs="Times New Roman"/>
          <w:i/>
          <w:iCs/>
        </w:rPr>
        <w:t>chứng</w:t>
      </w:r>
      <w:proofErr w:type="spellEnd"/>
      <w:r w:rsidRPr="00583597">
        <w:rPr>
          <w:rFonts w:cs="Times New Roman"/>
          <w:i/>
          <w:iCs/>
        </w:rPr>
        <w:t xml:space="preserve"> </w:t>
      </w:r>
      <w:proofErr w:type="spellStart"/>
      <w:r w:rsidRPr="00583597">
        <w:rPr>
          <w:rFonts w:cs="Times New Roman"/>
          <w:i/>
          <w:iCs/>
        </w:rPr>
        <w:t>thư</w:t>
      </w:r>
      <w:proofErr w:type="spellEnd"/>
      <w:r w:rsidRPr="00583597">
        <w:rPr>
          <w:rFonts w:cs="Times New Roman"/>
          <w:i/>
          <w:iCs/>
        </w:rPr>
        <w:t xml:space="preserve"> </w:t>
      </w:r>
      <w:proofErr w:type="spellStart"/>
      <w:r w:rsidRPr="00583597">
        <w:rPr>
          <w:rFonts w:cs="Times New Roman"/>
          <w:i/>
          <w:iCs/>
        </w:rPr>
        <w:t>ký</w:t>
      </w:r>
      <w:proofErr w:type="spellEnd"/>
      <w:r w:rsidRPr="00583597">
        <w:rPr>
          <w:rFonts w:cs="Times New Roman"/>
          <w:i/>
          <w:iCs/>
        </w:rPr>
        <w:t xml:space="preserve"> </w:t>
      </w:r>
      <w:proofErr w:type="spellStart"/>
      <w:r w:rsidRPr="00583597">
        <w:rPr>
          <w:rFonts w:cs="Times New Roman"/>
          <w:i/>
          <w:iCs/>
        </w:rPr>
        <w:t>số</w:t>
      </w:r>
      <w:proofErr w:type="spellEnd"/>
      <w:r w:rsidRPr="00583597">
        <w:rPr>
          <w:rFonts w:cs="Times New Roman"/>
          <w:i/>
          <w:iCs/>
        </w:rPr>
        <w:t xml:space="preserve"> </w:t>
      </w:r>
      <w:proofErr w:type="spellStart"/>
      <w:r w:rsidRPr="00583597">
        <w:rPr>
          <w:rFonts w:cs="Times New Roman"/>
          <w:i/>
          <w:iCs/>
        </w:rPr>
        <w:t>từ</w:t>
      </w:r>
      <w:proofErr w:type="spellEnd"/>
      <w:r w:rsidRPr="00583597">
        <w:rPr>
          <w:rFonts w:cs="Times New Roman"/>
          <w:i/>
          <w:iCs/>
        </w:rPr>
        <w:t xml:space="preserve"> xa”</w:t>
      </w:r>
    </w:p>
    <w:p w14:paraId="7719D89B" w14:textId="64BC33BD" w:rsidR="00BE31FA" w:rsidRDefault="00BE31FA" w:rsidP="00BE31FA">
      <w:pPr>
        <w:pStyle w:val="ListParagraph"/>
        <w:numPr>
          <w:ilvl w:val="0"/>
          <w:numId w:val="16"/>
        </w:numPr>
        <w:ind w:left="426"/>
        <w:rPr>
          <w:rFonts w:cs="Times New Roman"/>
          <w:sz w:val="26"/>
          <w:szCs w:val="26"/>
        </w:rPr>
      </w:pPr>
      <w:proofErr w:type="spellStart"/>
      <w:r w:rsidRPr="00E412E2">
        <w:rPr>
          <w:rFonts w:cs="Times New Roman"/>
          <w:sz w:val="26"/>
          <w:szCs w:val="26"/>
        </w:rPr>
        <w:t>Bước</w:t>
      </w:r>
      <w:proofErr w:type="spellEnd"/>
      <w:r w:rsidRPr="00E412E2">
        <w:rPr>
          <w:rFonts w:cs="Times New Roman"/>
          <w:sz w:val="26"/>
          <w:szCs w:val="26"/>
        </w:rPr>
        <w:t xml:space="preserve"> </w:t>
      </w:r>
      <w:r>
        <w:rPr>
          <w:rFonts w:cs="Times New Roman"/>
          <w:sz w:val="26"/>
          <w:szCs w:val="26"/>
        </w:rPr>
        <w:t>3</w:t>
      </w:r>
      <w:r w:rsidRPr="00E412E2">
        <w:rPr>
          <w:rFonts w:cs="Times New Roman"/>
          <w:sz w:val="26"/>
          <w:szCs w:val="26"/>
        </w:rPr>
        <w:t xml:space="preserve">: </w:t>
      </w:r>
      <w:proofErr w:type="spellStart"/>
      <w:r w:rsidRPr="00E412E2">
        <w:rPr>
          <w:rFonts w:cs="Times New Roman"/>
          <w:sz w:val="26"/>
          <w:szCs w:val="26"/>
        </w:rPr>
        <w:t>Chọn</w:t>
      </w:r>
      <w:proofErr w:type="spellEnd"/>
      <w:r w:rsidRPr="00E412E2">
        <w:rPr>
          <w:rFonts w:cs="Times New Roman"/>
          <w:sz w:val="26"/>
          <w:szCs w:val="26"/>
        </w:rPr>
        <w:t xml:space="preserve"> </w:t>
      </w:r>
      <w:proofErr w:type="spellStart"/>
      <w:r w:rsidRPr="00E412E2">
        <w:rPr>
          <w:rFonts w:cs="Times New Roman"/>
          <w:sz w:val="26"/>
          <w:szCs w:val="26"/>
        </w:rPr>
        <w:t>đúng</w:t>
      </w:r>
      <w:proofErr w:type="spellEnd"/>
      <w:r w:rsidRPr="00E412E2">
        <w:rPr>
          <w:rFonts w:cs="Times New Roman"/>
          <w:sz w:val="26"/>
          <w:szCs w:val="26"/>
        </w:rPr>
        <w:t xml:space="preserve"> </w:t>
      </w:r>
      <w:proofErr w:type="spellStart"/>
      <w:r w:rsidRPr="00E412E2">
        <w:rPr>
          <w:rFonts w:cs="Times New Roman"/>
          <w:sz w:val="26"/>
          <w:szCs w:val="26"/>
        </w:rPr>
        <w:t>nhà</w:t>
      </w:r>
      <w:proofErr w:type="spellEnd"/>
      <w:r w:rsidRPr="00E412E2">
        <w:rPr>
          <w:rFonts w:cs="Times New Roman"/>
          <w:sz w:val="26"/>
          <w:szCs w:val="26"/>
        </w:rPr>
        <w:t xml:space="preserve"> </w:t>
      </w:r>
      <w:proofErr w:type="spellStart"/>
      <w:r w:rsidRPr="00E412E2">
        <w:rPr>
          <w:rFonts w:cs="Times New Roman"/>
          <w:sz w:val="26"/>
          <w:szCs w:val="26"/>
        </w:rPr>
        <w:t>cung</w:t>
      </w:r>
      <w:proofErr w:type="spellEnd"/>
      <w:r w:rsidRPr="00E412E2">
        <w:rPr>
          <w:rFonts w:cs="Times New Roman"/>
          <w:sz w:val="26"/>
          <w:szCs w:val="26"/>
        </w:rPr>
        <w:t xml:space="preserve"> </w:t>
      </w:r>
      <w:proofErr w:type="spellStart"/>
      <w:r w:rsidRPr="00E412E2">
        <w:rPr>
          <w:rFonts w:cs="Times New Roman"/>
          <w:sz w:val="26"/>
          <w:szCs w:val="26"/>
        </w:rPr>
        <w:t>cấp</w:t>
      </w:r>
      <w:proofErr w:type="spellEnd"/>
      <w:r w:rsidRPr="00E412E2">
        <w:rPr>
          <w:rFonts w:cs="Times New Roman"/>
          <w:sz w:val="26"/>
          <w:szCs w:val="26"/>
        </w:rPr>
        <w:t xml:space="preserve"> </w:t>
      </w:r>
      <w:proofErr w:type="spellStart"/>
      <w:r w:rsidRPr="00E412E2">
        <w:rPr>
          <w:rFonts w:cs="Times New Roman"/>
          <w:sz w:val="26"/>
          <w:szCs w:val="26"/>
        </w:rPr>
        <w:t>chữ</w:t>
      </w:r>
      <w:proofErr w:type="spellEnd"/>
      <w:r w:rsidRPr="00E412E2">
        <w:rPr>
          <w:rFonts w:cs="Times New Roman"/>
          <w:sz w:val="26"/>
          <w:szCs w:val="26"/>
        </w:rPr>
        <w:t xml:space="preserve"> </w:t>
      </w:r>
      <w:proofErr w:type="spellStart"/>
      <w:r w:rsidRPr="00E412E2">
        <w:rPr>
          <w:rFonts w:cs="Times New Roman"/>
          <w:sz w:val="26"/>
          <w:szCs w:val="26"/>
        </w:rPr>
        <w:t>ký</w:t>
      </w:r>
      <w:proofErr w:type="spellEnd"/>
      <w:r w:rsidRPr="00E412E2">
        <w:rPr>
          <w:rFonts w:cs="Times New Roman"/>
          <w:sz w:val="26"/>
          <w:szCs w:val="26"/>
        </w:rPr>
        <w:t xml:space="preserve"> </w:t>
      </w:r>
      <w:proofErr w:type="spellStart"/>
      <w:r w:rsidRPr="00E412E2">
        <w:rPr>
          <w:rFonts w:cs="Times New Roman"/>
          <w:sz w:val="26"/>
          <w:szCs w:val="26"/>
        </w:rPr>
        <w:t>số</w:t>
      </w:r>
      <w:proofErr w:type="spellEnd"/>
      <w:r w:rsidRPr="00E412E2">
        <w:rPr>
          <w:rFonts w:cs="Times New Roman"/>
          <w:sz w:val="26"/>
          <w:szCs w:val="26"/>
        </w:rPr>
        <w:t xml:space="preserve"> </w:t>
      </w:r>
      <w:proofErr w:type="spellStart"/>
      <w:r w:rsidRPr="00E412E2">
        <w:rPr>
          <w:rFonts w:cs="Times New Roman"/>
          <w:sz w:val="26"/>
          <w:szCs w:val="26"/>
        </w:rPr>
        <w:t>từ</w:t>
      </w:r>
      <w:proofErr w:type="spellEnd"/>
      <w:r w:rsidRPr="00E412E2">
        <w:rPr>
          <w:rFonts w:cs="Times New Roman"/>
          <w:sz w:val="26"/>
          <w:szCs w:val="26"/>
        </w:rPr>
        <w:t xml:space="preserve"> xa. Sau </w:t>
      </w:r>
      <w:proofErr w:type="spellStart"/>
      <w:r w:rsidRPr="00E412E2">
        <w:rPr>
          <w:rFonts w:cs="Times New Roman"/>
          <w:sz w:val="26"/>
          <w:szCs w:val="26"/>
        </w:rPr>
        <w:t>đó</w:t>
      </w:r>
      <w:proofErr w:type="spellEnd"/>
      <w:r w:rsidRPr="00E412E2">
        <w:rPr>
          <w:rFonts w:cs="Times New Roman"/>
          <w:sz w:val="26"/>
          <w:szCs w:val="26"/>
        </w:rPr>
        <w:t xml:space="preserve"> </w:t>
      </w:r>
      <w:proofErr w:type="spellStart"/>
      <w:r w:rsidRPr="00E412E2">
        <w:rPr>
          <w:rFonts w:cs="Times New Roman"/>
          <w:sz w:val="26"/>
          <w:szCs w:val="26"/>
        </w:rPr>
        <w:t>nhập</w:t>
      </w:r>
      <w:proofErr w:type="spellEnd"/>
      <w:r w:rsidRPr="00E412E2">
        <w:rPr>
          <w:rFonts w:cs="Times New Roman"/>
          <w:sz w:val="26"/>
          <w:szCs w:val="26"/>
        </w:rPr>
        <w:t xml:space="preserve"> </w:t>
      </w:r>
      <w:proofErr w:type="spellStart"/>
      <w:r w:rsidRPr="00E412E2">
        <w:rPr>
          <w:rFonts w:cs="Times New Roman"/>
          <w:sz w:val="26"/>
          <w:szCs w:val="26"/>
        </w:rPr>
        <w:t>thông</w:t>
      </w:r>
      <w:proofErr w:type="spellEnd"/>
      <w:r w:rsidRPr="00E412E2">
        <w:rPr>
          <w:rFonts w:cs="Times New Roman"/>
          <w:sz w:val="26"/>
          <w:szCs w:val="26"/>
        </w:rPr>
        <w:t xml:space="preserve"> tin </w:t>
      </w:r>
      <w:proofErr w:type="spellStart"/>
      <w:r w:rsidRPr="00E412E2">
        <w:rPr>
          <w:rFonts w:cs="Times New Roman"/>
          <w:sz w:val="26"/>
          <w:szCs w:val="26"/>
        </w:rPr>
        <w:t>tài</w:t>
      </w:r>
      <w:proofErr w:type="spellEnd"/>
      <w:r w:rsidRPr="00E412E2">
        <w:rPr>
          <w:rFonts w:cs="Times New Roman"/>
          <w:sz w:val="26"/>
          <w:szCs w:val="26"/>
        </w:rPr>
        <w:t xml:space="preserve"> </w:t>
      </w:r>
      <w:proofErr w:type="spellStart"/>
      <w:r w:rsidRPr="00E412E2">
        <w:rPr>
          <w:rFonts w:cs="Times New Roman"/>
          <w:sz w:val="26"/>
          <w:szCs w:val="26"/>
        </w:rPr>
        <w:t>khoản</w:t>
      </w:r>
      <w:proofErr w:type="spellEnd"/>
      <w:r w:rsidRPr="00E412E2">
        <w:rPr>
          <w:rFonts w:cs="Times New Roman"/>
          <w:sz w:val="26"/>
          <w:szCs w:val="26"/>
        </w:rPr>
        <w:t xml:space="preserve"> </w:t>
      </w:r>
      <w:proofErr w:type="spellStart"/>
      <w:r w:rsidRPr="00E412E2">
        <w:rPr>
          <w:rFonts w:cs="Times New Roman"/>
          <w:sz w:val="26"/>
          <w:szCs w:val="26"/>
        </w:rPr>
        <w:t>ký</w:t>
      </w:r>
      <w:proofErr w:type="spellEnd"/>
      <w:r w:rsidRPr="00E412E2">
        <w:rPr>
          <w:rFonts w:cs="Times New Roman"/>
          <w:sz w:val="26"/>
          <w:szCs w:val="26"/>
        </w:rPr>
        <w:t xml:space="preserve"> </w:t>
      </w:r>
      <w:proofErr w:type="spellStart"/>
      <w:r w:rsidRPr="00E412E2">
        <w:rPr>
          <w:rFonts w:cs="Times New Roman"/>
          <w:sz w:val="26"/>
          <w:szCs w:val="26"/>
        </w:rPr>
        <w:t>số</w:t>
      </w:r>
      <w:proofErr w:type="spellEnd"/>
      <w:r w:rsidRPr="00E412E2">
        <w:rPr>
          <w:rFonts w:cs="Times New Roman"/>
          <w:sz w:val="26"/>
          <w:szCs w:val="26"/>
        </w:rPr>
        <w:t xml:space="preserve"> </w:t>
      </w:r>
      <w:proofErr w:type="spellStart"/>
      <w:r w:rsidRPr="00E412E2">
        <w:rPr>
          <w:rFonts w:cs="Times New Roman"/>
          <w:sz w:val="26"/>
          <w:szCs w:val="26"/>
        </w:rPr>
        <w:t>từ</w:t>
      </w:r>
      <w:proofErr w:type="spellEnd"/>
      <w:r w:rsidRPr="00E412E2">
        <w:rPr>
          <w:rFonts w:cs="Times New Roman"/>
          <w:sz w:val="26"/>
          <w:szCs w:val="26"/>
        </w:rPr>
        <w:t xml:space="preserve"> xa. </w:t>
      </w:r>
      <w:proofErr w:type="spellStart"/>
      <w:r w:rsidRPr="00E412E2">
        <w:rPr>
          <w:rFonts w:cs="Times New Roman"/>
          <w:sz w:val="26"/>
          <w:szCs w:val="26"/>
        </w:rPr>
        <w:t>Kết</w:t>
      </w:r>
      <w:proofErr w:type="spellEnd"/>
      <w:r w:rsidRPr="00E412E2">
        <w:rPr>
          <w:rFonts w:cs="Times New Roman"/>
          <w:sz w:val="26"/>
          <w:szCs w:val="26"/>
        </w:rPr>
        <w:t xml:space="preserve"> </w:t>
      </w:r>
      <w:proofErr w:type="spellStart"/>
      <w:r w:rsidRPr="00E412E2">
        <w:rPr>
          <w:rFonts w:cs="Times New Roman"/>
          <w:sz w:val="26"/>
          <w:szCs w:val="26"/>
        </w:rPr>
        <w:t>thúc</w:t>
      </w:r>
      <w:proofErr w:type="spellEnd"/>
      <w:r w:rsidRPr="00E412E2">
        <w:rPr>
          <w:rFonts w:cs="Times New Roman"/>
          <w:sz w:val="26"/>
          <w:szCs w:val="26"/>
        </w:rPr>
        <w:t xml:space="preserve"> </w:t>
      </w:r>
      <w:proofErr w:type="spellStart"/>
      <w:r w:rsidRPr="00E412E2">
        <w:rPr>
          <w:rFonts w:cs="Times New Roman"/>
          <w:sz w:val="26"/>
          <w:szCs w:val="26"/>
        </w:rPr>
        <w:t>nhấn</w:t>
      </w:r>
      <w:proofErr w:type="spellEnd"/>
      <w:r w:rsidRPr="00E412E2">
        <w:rPr>
          <w:rFonts w:cs="Times New Roman"/>
          <w:sz w:val="26"/>
          <w:szCs w:val="26"/>
        </w:rPr>
        <w:t xml:space="preserve"> “</w:t>
      </w:r>
      <w:proofErr w:type="spellStart"/>
      <w:r w:rsidRPr="00E412E2">
        <w:rPr>
          <w:rFonts w:cs="Times New Roman"/>
          <w:sz w:val="26"/>
          <w:szCs w:val="26"/>
        </w:rPr>
        <w:t>Đồng</w:t>
      </w:r>
      <w:proofErr w:type="spellEnd"/>
      <w:r w:rsidRPr="00E412E2">
        <w:rPr>
          <w:rFonts w:cs="Times New Roman"/>
          <w:sz w:val="26"/>
          <w:szCs w:val="26"/>
        </w:rPr>
        <w:t xml:space="preserve"> ý”.</w:t>
      </w:r>
      <w:r>
        <w:rPr>
          <w:rFonts w:cs="Times New Roman"/>
          <w:sz w:val="26"/>
          <w:szCs w:val="26"/>
        </w:rPr>
        <w:t xml:space="preserve"> </w:t>
      </w:r>
    </w:p>
    <w:p w14:paraId="2F1BA3BD" w14:textId="3D5B59B6" w:rsidR="00BE31FA" w:rsidRDefault="00BE31FA" w:rsidP="00BE31FA">
      <w:pPr>
        <w:pStyle w:val="ListParagraph"/>
        <w:ind w:left="426"/>
        <w:jc w:val="center"/>
        <w:rPr>
          <w:rFonts w:cs="Times New Roman"/>
          <w:i/>
          <w:iCs/>
        </w:rPr>
      </w:pPr>
      <w:r w:rsidRPr="00BE31FA">
        <w:rPr>
          <w:rFonts w:cs="Times New Roman"/>
          <w:i/>
          <w:iCs/>
        </w:rPr>
        <w:t xml:space="preserve">Xem </w:t>
      </w:r>
      <w:proofErr w:type="spellStart"/>
      <w:r w:rsidRPr="00BE31FA">
        <w:rPr>
          <w:rFonts w:cs="Times New Roman"/>
          <w:i/>
          <w:iCs/>
        </w:rPr>
        <w:t>Hình</w:t>
      </w:r>
      <w:proofErr w:type="spellEnd"/>
      <w:r w:rsidRPr="00BE31FA">
        <w:rPr>
          <w:rFonts w:cs="Times New Roman"/>
          <w:i/>
          <w:iCs/>
        </w:rPr>
        <w:t xml:space="preserve"> 1</w:t>
      </w:r>
      <w:r w:rsidR="009207F0">
        <w:rPr>
          <w:rFonts w:cs="Times New Roman"/>
          <w:i/>
          <w:iCs/>
        </w:rPr>
        <w:t>6</w:t>
      </w:r>
    </w:p>
    <w:p w14:paraId="24E9CA40" w14:textId="77777777" w:rsidR="00C81E97" w:rsidRPr="00BE31FA" w:rsidRDefault="00C81E97" w:rsidP="00BE31FA">
      <w:pPr>
        <w:pStyle w:val="ListParagraph"/>
        <w:ind w:left="426"/>
        <w:jc w:val="center"/>
        <w:rPr>
          <w:rFonts w:cs="Times New Roman"/>
          <w:i/>
          <w:iCs/>
        </w:rPr>
      </w:pPr>
    </w:p>
    <w:p w14:paraId="67938AB1" w14:textId="478BD22A" w:rsidR="00583597" w:rsidRDefault="00BE31FA" w:rsidP="00DC0A34">
      <w:pPr>
        <w:pStyle w:val="ListParagraph"/>
        <w:numPr>
          <w:ilvl w:val="0"/>
          <w:numId w:val="16"/>
        </w:numPr>
        <w:ind w:left="426"/>
        <w:rPr>
          <w:rFonts w:cs="Times New Roman"/>
          <w:sz w:val="26"/>
          <w:szCs w:val="26"/>
        </w:rPr>
      </w:pPr>
      <w:proofErr w:type="spellStart"/>
      <w:r w:rsidRPr="00E412E2">
        <w:rPr>
          <w:rFonts w:cs="Times New Roman"/>
          <w:sz w:val="26"/>
          <w:szCs w:val="26"/>
        </w:rPr>
        <w:t>Bước</w:t>
      </w:r>
      <w:proofErr w:type="spellEnd"/>
      <w:r w:rsidRPr="00E412E2">
        <w:rPr>
          <w:rFonts w:cs="Times New Roman"/>
          <w:sz w:val="26"/>
          <w:szCs w:val="26"/>
        </w:rPr>
        <w:t xml:space="preserve"> </w:t>
      </w:r>
      <w:r>
        <w:rPr>
          <w:rFonts w:cs="Times New Roman"/>
          <w:sz w:val="26"/>
          <w:szCs w:val="26"/>
        </w:rPr>
        <w:t>4</w:t>
      </w:r>
      <w:r w:rsidRPr="00E412E2">
        <w:rPr>
          <w:rFonts w:cs="Times New Roman"/>
          <w:sz w:val="26"/>
          <w:szCs w:val="26"/>
        </w:rPr>
        <w:t xml:space="preserve">: </w:t>
      </w:r>
      <w:proofErr w:type="spellStart"/>
      <w:r w:rsidRPr="00E412E2">
        <w:rPr>
          <w:rFonts w:cs="Times New Roman"/>
          <w:sz w:val="26"/>
          <w:szCs w:val="26"/>
        </w:rPr>
        <w:t>Nếu</w:t>
      </w:r>
      <w:proofErr w:type="spellEnd"/>
      <w:r w:rsidRPr="00E412E2">
        <w:rPr>
          <w:rFonts w:cs="Times New Roman"/>
          <w:sz w:val="26"/>
          <w:szCs w:val="26"/>
        </w:rPr>
        <w:t xml:space="preserve"> </w:t>
      </w:r>
      <w:proofErr w:type="spellStart"/>
      <w:r w:rsidRPr="00E412E2">
        <w:rPr>
          <w:rFonts w:cs="Times New Roman"/>
          <w:sz w:val="26"/>
          <w:szCs w:val="26"/>
        </w:rPr>
        <w:t>thông</w:t>
      </w:r>
      <w:proofErr w:type="spellEnd"/>
      <w:r w:rsidRPr="00E412E2">
        <w:rPr>
          <w:rFonts w:cs="Times New Roman"/>
          <w:sz w:val="26"/>
          <w:szCs w:val="26"/>
        </w:rPr>
        <w:t xml:space="preserve"> tin </w:t>
      </w:r>
      <w:proofErr w:type="spellStart"/>
      <w:r w:rsidRPr="00E412E2">
        <w:rPr>
          <w:rFonts w:cs="Times New Roman"/>
          <w:sz w:val="26"/>
          <w:szCs w:val="26"/>
        </w:rPr>
        <w:t>tài</w:t>
      </w:r>
      <w:proofErr w:type="spellEnd"/>
      <w:r w:rsidRPr="00E412E2">
        <w:rPr>
          <w:rFonts w:cs="Times New Roman"/>
          <w:sz w:val="26"/>
          <w:szCs w:val="26"/>
        </w:rPr>
        <w:t xml:space="preserve"> </w:t>
      </w:r>
      <w:proofErr w:type="spellStart"/>
      <w:r w:rsidRPr="00E412E2">
        <w:rPr>
          <w:rFonts w:cs="Times New Roman"/>
          <w:sz w:val="26"/>
          <w:szCs w:val="26"/>
        </w:rPr>
        <w:t>khoản</w:t>
      </w:r>
      <w:proofErr w:type="spellEnd"/>
      <w:r w:rsidRPr="00E412E2">
        <w:rPr>
          <w:rFonts w:cs="Times New Roman"/>
          <w:sz w:val="26"/>
          <w:szCs w:val="26"/>
        </w:rPr>
        <w:t xml:space="preserve"> </w:t>
      </w:r>
      <w:proofErr w:type="spellStart"/>
      <w:r w:rsidRPr="00E412E2">
        <w:rPr>
          <w:rFonts w:cs="Times New Roman"/>
          <w:sz w:val="26"/>
          <w:szCs w:val="26"/>
        </w:rPr>
        <w:t>chính</w:t>
      </w:r>
      <w:proofErr w:type="spellEnd"/>
      <w:r w:rsidRPr="00E412E2">
        <w:rPr>
          <w:rFonts w:cs="Times New Roman"/>
          <w:sz w:val="26"/>
          <w:szCs w:val="26"/>
        </w:rPr>
        <w:t xml:space="preserve"> </w:t>
      </w:r>
      <w:proofErr w:type="spellStart"/>
      <w:r w:rsidRPr="00E412E2">
        <w:rPr>
          <w:rFonts w:cs="Times New Roman"/>
          <w:sz w:val="26"/>
          <w:szCs w:val="26"/>
        </w:rPr>
        <w:t>xác</w:t>
      </w:r>
      <w:proofErr w:type="spellEnd"/>
      <w:r w:rsidRPr="00E412E2">
        <w:rPr>
          <w:rFonts w:cs="Times New Roman"/>
          <w:sz w:val="26"/>
          <w:szCs w:val="26"/>
        </w:rPr>
        <w:t xml:space="preserve"> </w:t>
      </w:r>
      <w:proofErr w:type="spellStart"/>
      <w:r w:rsidRPr="00E412E2">
        <w:rPr>
          <w:rFonts w:cs="Times New Roman"/>
          <w:sz w:val="26"/>
          <w:szCs w:val="26"/>
        </w:rPr>
        <w:t>thì</w:t>
      </w:r>
      <w:proofErr w:type="spellEnd"/>
      <w:r w:rsidRPr="00E412E2">
        <w:rPr>
          <w:rFonts w:cs="Times New Roman"/>
          <w:sz w:val="26"/>
          <w:szCs w:val="26"/>
        </w:rPr>
        <w:t xml:space="preserve"> </w:t>
      </w:r>
      <w:proofErr w:type="spellStart"/>
      <w:r w:rsidR="004037FA">
        <w:rPr>
          <w:rFonts w:cs="Times New Roman"/>
          <w:sz w:val="26"/>
          <w:szCs w:val="26"/>
        </w:rPr>
        <w:t>sau</w:t>
      </w:r>
      <w:proofErr w:type="spellEnd"/>
      <w:r w:rsidR="004037FA">
        <w:rPr>
          <w:rFonts w:cs="Times New Roman"/>
          <w:sz w:val="26"/>
          <w:szCs w:val="26"/>
        </w:rPr>
        <w:t xml:space="preserve"> </w:t>
      </w:r>
      <w:proofErr w:type="spellStart"/>
      <w:r w:rsidR="004037FA">
        <w:rPr>
          <w:rFonts w:cs="Times New Roman"/>
          <w:sz w:val="26"/>
          <w:szCs w:val="26"/>
        </w:rPr>
        <w:t>đó</w:t>
      </w:r>
      <w:proofErr w:type="spellEnd"/>
      <w:r w:rsidR="004037FA">
        <w:rPr>
          <w:rFonts w:cs="Times New Roman"/>
          <w:sz w:val="26"/>
          <w:szCs w:val="26"/>
        </w:rPr>
        <w:t xml:space="preserve"> </w:t>
      </w:r>
      <w:proofErr w:type="spellStart"/>
      <w:r w:rsidR="004037FA">
        <w:rPr>
          <w:rFonts w:cs="Times New Roman"/>
          <w:sz w:val="26"/>
          <w:szCs w:val="26"/>
        </w:rPr>
        <w:t>tiếp</w:t>
      </w:r>
      <w:proofErr w:type="spellEnd"/>
      <w:r w:rsidR="004037FA">
        <w:rPr>
          <w:rFonts w:cs="Times New Roman"/>
          <w:sz w:val="26"/>
          <w:szCs w:val="26"/>
        </w:rPr>
        <w:t xml:space="preserve"> </w:t>
      </w:r>
      <w:proofErr w:type="spellStart"/>
      <w:r w:rsidR="004037FA">
        <w:rPr>
          <w:rFonts w:cs="Times New Roman"/>
          <w:sz w:val="26"/>
          <w:szCs w:val="26"/>
        </w:rPr>
        <w:t>tục</w:t>
      </w:r>
      <w:proofErr w:type="spellEnd"/>
      <w:r w:rsidR="004037FA">
        <w:rPr>
          <w:rFonts w:cs="Times New Roman"/>
          <w:sz w:val="26"/>
          <w:szCs w:val="26"/>
        </w:rPr>
        <w:t xml:space="preserve"> </w:t>
      </w:r>
      <w:proofErr w:type="spellStart"/>
      <w:r w:rsidR="004037FA">
        <w:rPr>
          <w:rFonts w:cs="Times New Roman"/>
          <w:sz w:val="26"/>
          <w:szCs w:val="26"/>
        </w:rPr>
        <w:t>lại</w:t>
      </w:r>
      <w:proofErr w:type="spellEnd"/>
      <w:r w:rsidR="004037FA">
        <w:rPr>
          <w:rFonts w:cs="Times New Roman"/>
          <w:sz w:val="26"/>
          <w:szCs w:val="26"/>
        </w:rPr>
        <w:t xml:space="preserve"> </w:t>
      </w:r>
      <w:proofErr w:type="spellStart"/>
      <w:r w:rsidR="004037FA" w:rsidRPr="00DC0A34">
        <w:rPr>
          <w:rFonts w:cs="Times New Roman"/>
          <w:sz w:val="26"/>
          <w:szCs w:val="26"/>
        </w:rPr>
        <w:t>nhấn</w:t>
      </w:r>
      <w:proofErr w:type="spellEnd"/>
      <w:r w:rsidR="004037FA" w:rsidRPr="00DC0A34">
        <w:rPr>
          <w:rFonts w:cs="Times New Roman"/>
          <w:sz w:val="26"/>
          <w:szCs w:val="26"/>
        </w:rPr>
        <w:t xml:space="preserve"> </w:t>
      </w:r>
      <w:proofErr w:type="spellStart"/>
      <w:r w:rsidR="004037FA" w:rsidRPr="00DC0A34">
        <w:rPr>
          <w:rFonts w:cs="Times New Roman"/>
          <w:sz w:val="26"/>
          <w:szCs w:val="26"/>
        </w:rPr>
        <w:t>vào</w:t>
      </w:r>
      <w:proofErr w:type="spellEnd"/>
      <w:r w:rsidR="004037FA" w:rsidRPr="00DC0A34">
        <w:rPr>
          <w:rFonts w:cs="Times New Roman"/>
          <w:sz w:val="26"/>
          <w:szCs w:val="26"/>
        </w:rPr>
        <w:t xml:space="preserve"> </w:t>
      </w:r>
      <w:proofErr w:type="spellStart"/>
      <w:r w:rsidR="004037FA" w:rsidRPr="00DC0A34">
        <w:rPr>
          <w:rFonts w:cs="Times New Roman"/>
          <w:sz w:val="26"/>
          <w:szCs w:val="26"/>
        </w:rPr>
        <w:t>biểu</w:t>
      </w:r>
      <w:proofErr w:type="spellEnd"/>
      <w:r w:rsidR="004037FA" w:rsidRPr="00DC0A34">
        <w:rPr>
          <w:rFonts w:cs="Times New Roman"/>
          <w:sz w:val="26"/>
          <w:szCs w:val="26"/>
        </w:rPr>
        <w:t xml:space="preserve"> </w:t>
      </w:r>
      <w:proofErr w:type="spellStart"/>
      <w:r w:rsidR="004037FA" w:rsidRPr="00DC0A34">
        <w:rPr>
          <w:rFonts w:cs="Times New Roman"/>
          <w:sz w:val="26"/>
          <w:szCs w:val="26"/>
        </w:rPr>
        <w:t>tượng</w:t>
      </w:r>
      <w:proofErr w:type="spellEnd"/>
      <w:r w:rsidR="004037FA" w:rsidRPr="00DC0A34">
        <w:rPr>
          <w:rFonts w:cs="Times New Roman"/>
          <w:sz w:val="26"/>
          <w:szCs w:val="26"/>
        </w:rPr>
        <w:t xml:space="preserve"> “</w:t>
      </w:r>
      <w:proofErr w:type="spellStart"/>
      <w:r w:rsidR="004037FA" w:rsidRPr="00DC0A34">
        <w:rPr>
          <w:rFonts w:cs="Times New Roman"/>
          <w:sz w:val="26"/>
          <w:szCs w:val="26"/>
        </w:rPr>
        <w:t>Chứng</w:t>
      </w:r>
      <w:proofErr w:type="spellEnd"/>
      <w:r w:rsidR="004037FA" w:rsidRPr="00DC0A34">
        <w:rPr>
          <w:rFonts w:cs="Times New Roman"/>
          <w:sz w:val="26"/>
          <w:szCs w:val="26"/>
        </w:rPr>
        <w:t xml:space="preserve"> </w:t>
      </w:r>
      <w:proofErr w:type="spellStart"/>
      <w:r w:rsidR="004037FA" w:rsidRPr="00DC0A34">
        <w:rPr>
          <w:rFonts w:cs="Times New Roman"/>
          <w:sz w:val="26"/>
          <w:szCs w:val="26"/>
        </w:rPr>
        <w:t>thư</w:t>
      </w:r>
      <w:proofErr w:type="spellEnd"/>
      <w:r w:rsidR="004037FA" w:rsidRPr="00DC0A34">
        <w:rPr>
          <w:rFonts w:cs="Times New Roman"/>
          <w:sz w:val="26"/>
          <w:szCs w:val="26"/>
        </w:rPr>
        <w:t xml:space="preserve"> </w:t>
      </w:r>
      <w:proofErr w:type="spellStart"/>
      <w:r w:rsidR="004037FA" w:rsidRPr="00DC0A34">
        <w:rPr>
          <w:rFonts w:cs="Times New Roman"/>
          <w:sz w:val="26"/>
          <w:szCs w:val="26"/>
        </w:rPr>
        <w:t>số</w:t>
      </w:r>
      <w:proofErr w:type="spellEnd"/>
      <w:r w:rsidR="004037FA" w:rsidRPr="00DC0A34">
        <w:rPr>
          <w:rFonts w:cs="Times New Roman"/>
          <w:sz w:val="26"/>
          <w:szCs w:val="26"/>
        </w:rPr>
        <w:t>”</w:t>
      </w:r>
      <w:r w:rsidR="004037FA">
        <w:rPr>
          <w:rFonts w:cs="Times New Roman"/>
          <w:sz w:val="26"/>
          <w:szCs w:val="26"/>
        </w:rPr>
        <w:t xml:space="preserve"> </w:t>
      </w:r>
      <w:proofErr w:type="spellStart"/>
      <w:r w:rsidR="004037FA">
        <w:rPr>
          <w:rFonts w:cs="Times New Roman"/>
          <w:sz w:val="26"/>
          <w:szCs w:val="26"/>
        </w:rPr>
        <w:t>trên</w:t>
      </w:r>
      <w:proofErr w:type="spellEnd"/>
      <w:r w:rsidR="004037FA">
        <w:rPr>
          <w:rFonts w:cs="Times New Roman"/>
          <w:sz w:val="26"/>
          <w:szCs w:val="26"/>
        </w:rPr>
        <w:t xml:space="preserve"> Menu </w:t>
      </w:r>
      <w:proofErr w:type="spellStart"/>
      <w:r w:rsidR="004037FA">
        <w:rPr>
          <w:rFonts w:cs="Times New Roman"/>
          <w:sz w:val="26"/>
          <w:szCs w:val="26"/>
        </w:rPr>
        <w:t>để</w:t>
      </w:r>
      <w:proofErr w:type="spellEnd"/>
      <w:r w:rsidR="004037FA">
        <w:rPr>
          <w:rFonts w:cs="Times New Roman"/>
          <w:sz w:val="26"/>
          <w:szCs w:val="26"/>
        </w:rPr>
        <w:t xml:space="preserve"> </w:t>
      </w:r>
      <w:proofErr w:type="spellStart"/>
      <w:r w:rsidR="004037FA">
        <w:rPr>
          <w:rFonts w:cs="Times New Roman"/>
          <w:sz w:val="26"/>
          <w:szCs w:val="26"/>
        </w:rPr>
        <w:t>hiện</w:t>
      </w:r>
      <w:proofErr w:type="spellEnd"/>
      <w:r w:rsidR="004037FA">
        <w:rPr>
          <w:rFonts w:cs="Times New Roman"/>
          <w:sz w:val="26"/>
          <w:szCs w:val="26"/>
        </w:rPr>
        <w:t xml:space="preserve"> </w:t>
      </w:r>
      <w:proofErr w:type="spellStart"/>
      <w:r w:rsidR="004037FA">
        <w:rPr>
          <w:rFonts w:cs="Times New Roman"/>
          <w:sz w:val="26"/>
          <w:szCs w:val="26"/>
        </w:rPr>
        <w:t>ra</w:t>
      </w:r>
      <w:proofErr w:type="spellEnd"/>
      <w:r w:rsidR="004037FA">
        <w:rPr>
          <w:rFonts w:cs="Times New Roman"/>
          <w:sz w:val="26"/>
          <w:szCs w:val="26"/>
        </w:rPr>
        <w:t xml:space="preserve"> </w:t>
      </w:r>
      <w:proofErr w:type="spellStart"/>
      <w:r w:rsidR="004037FA">
        <w:rPr>
          <w:rFonts w:cs="Times New Roman"/>
          <w:sz w:val="26"/>
          <w:szCs w:val="26"/>
        </w:rPr>
        <w:t>danh</w:t>
      </w:r>
      <w:proofErr w:type="spellEnd"/>
      <w:r w:rsidR="004037FA">
        <w:rPr>
          <w:rFonts w:cs="Times New Roman"/>
          <w:sz w:val="26"/>
          <w:szCs w:val="26"/>
        </w:rPr>
        <w:t xml:space="preserve"> </w:t>
      </w:r>
      <w:proofErr w:type="spellStart"/>
      <w:r w:rsidR="004037FA">
        <w:rPr>
          <w:rFonts w:cs="Times New Roman"/>
          <w:sz w:val="26"/>
          <w:szCs w:val="26"/>
        </w:rPr>
        <w:t>sách</w:t>
      </w:r>
      <w:proofErr w:type="spellEnd"/>
      <w:r w:rsidR="004037FA">
        <w:rPr>
          <w:rFonts w:cs="Times New Roman"/>
          <w:sz w:val="26"/>
          <w:szCs w:val="26"/>
        </w:rPr>
        <w:t xml:space="preserve"> </w:t>
      </w:r>
      <w:proofErr w:type="spellStart"/>
      <w:r w:rsidR="004037FA">
        <w:rPr>
          <w:rFonts w:cs="Times New Roman"/>
          <w:sz w:val="26"/>
          <w:szCs w:val="26"/>
        </w:rPr>
        <w:t>chứng</w:t>
      </w:r>
      <w:proofErr w:type="spellEnd"/>
      <w:r w:rsidR="004037FA">
        <w:rPr>
          <w:rFonts w:cs="Times New Roman"/>
          <w:sz w:val="26"/>
          <w:szCs w:val="26"/>
        </w:rPr>
        <w:t xml:space="preserve"> </w:t>
      </w:r>
      <w:proofErr w:type="spellStart"/>
      <w:r w:rsidR="004037FA">
        <w:rPr>
          <w:rFonts w:cs="Times New Roman"/>
          <w:sz w:val="26"/>
          <w:szCs w:val="26"/>
        </w:rPr>
        <w:t>thư</w:t>
      </w:r>
      <w:proofErr w:type="spellEnd"/>
      <w:r w:rsidR="004037FA">
        <w:rPr>
          <w:rFonts w:cs="Times New Roman"/>
          <w:sz w:val="26"/>
          <w:szCs w:val="26"/>
        </w:rPr>
        <w:t xml:space="preserve"> </w:t>
      </w:r>
      <w:proofErr w:type="spellStart"/>
      <w:r w:rsidR="004037FA">
        <w:rPr>
          <w:rFonts w:cs="Times New Roman"/>
          <w:sz w:val="26"/>
          <w:szCs w:val="26"/>
        </w:rPr>
        <w:t>số</w:t>
      </w:r>
      <w:proofErr w:type="spellEnd"/>
      <w:r w:rsidRPr="00E412E2">
        <w:rPr>
          <w:rFonts w:cs="Times New Roman"/>
          <w:sz w:val="26"/>
          <w:szCs w:val="26"/>
        </w:rPr>
        <w:t xml:space="preserve">. </w:t>
      </w:r>
      <w:proofErr w:type="spellStart"/>
      <w:r w:rsidRPr="00E412E2">
        <w:rPr>
          <w:rFonts w:cs="Times New Roman"/>
          <w:sz w:val="26"/>
          <w:szCs w:val="26"/>
        </w:rPr>
        <w:t>Hãy</w:t>
      </w:r>
      <w:proofErr w:type="spellEnd"/>
      <w:r w:rsidRPr="00E412E2">
        <w:rPr>
          <w:rFonts w:cs="Times New Roman"/>
          <w:sz w:val="26"/>
          <w:szCs w:val="26"/>
        </w:rPr>
        <w:t xml:space="preserve"> </w:t>
      </w:r>
      <w:proofErr w:type="spellStart"/>
      <w:r w:rsidRPr="00E412E2">
        <w:rPr>
          <w:rFonts w:cs="Times New Roman"/>
          <w:sz w:val="26"/>
          <w:szCs w:val="26"/>
        </w:rPr>
        <w:t>chọn</w:t>
      </w:r>
      <w:proofErr w:type="spellEnd"/>
      <w:r w:rsidRPr="00E412E2">
        <w:rPr>
          <w:rFonts w:cs="Times New Roman"/>
          <w:sz w:val="26"/>
          <w:szCs w:val="26"/>
        </w:rPr>
        <w:t xml:space="preserve"> </w:t>
      </w:r>
      <w:proofErr w:type="spellStart"/>
      <w:r w:rsidRPr="00E412E2">
        <w:rPr>
          <w:rFonts w:cs="Times New Roman"/>
          <w:sz w:val="26"/>
          <w:szCs w:val="26"/>
        </w:rPr>
        <w:t>một</w:t>
      </w:r>
      <w:proofErr w:type="spellEnd"/>
      <w:r w:rsidRPr="00E412E2">
        <w:rPr>
          <w:rFonts w:cs="Times New Roman"/>
          <w:sz w:val="26"/>
          <w:szCs w:val="26"/>
        </w:rPr>
        <w:t xml:space="preserve"> </w:t>
      </w:r>
      <w:proofErr w:type="spellStart"/>
      <w:r w:rsidRPr="00E412E2">
        <w:rPr>
          <w:rFonts w:cs="Times New Roman"/>
          <w:sz w:val="26"/>
          <w:szCs w:val="26"/>
        </w:rPr>
        <w:t>chứng</w:t>
      </w:r>
      <w:proofErr w:type="spellEnd"/>
      <w:r w:rsidRPr="00E412E2">
        <w:rPr>
          <w:rFonts w:cs="Times New Roman"/>
          <w:sz w:val="26"/>
          <w:szCs w:val="26"/>
        </w:rPr>
        <w:t xml:space="preserve"> </w:t>
      </w:r>
      <w:proofErr w:type="spellStart"/>
      <w:r w:rsidRPr="00E412E2">
        <w:rPr>
          <w:rFonts w:cs="Times New Roman"/>
          <w:sz w:val="26"/>
          <w:szCs w:val="26"/>
        </w:rPr>
        <w:t>thư</w:t>
      </w:r>
      <w:proofErr w:type="spellEnd"/>
      <w:r w:rsidRPr="00E412E2">
        <w:rPr>
          <w:rFonts w:cs="Times New Roman"/>
          <w:sz w:val="26"/>
          <w:szCs w:val="26"/>
        </w:rPr>
        <w:t xml:space="preserve"> </w:t>
      </w:r>
      <w:proofErr w:type="spellStart"/>
      <w:r w:rsidRPr="00E412E2">
        <w:rPr>
          <w:rFonts w:cs="Times New Roman"/>
          <w:sz w:val="26"/>
          <w:szCs w:val="26"/>
        </w:rPr>
        <w:t>để</w:t>
      </w:r>
      <w:proofErr w:type="spellEnd"/>
      <w:r w:rsidRPr="00E412E2">
        <w:rPr>
          <w:rFonts w:cs="Times New Roman"/>
          <w:sz w:val="26"/>
          <w:szCs w:val="26"/>
        </w:rPr>
        <w:t xml:space="preserve"> </w:t>
      </w:r>
      <w:proofErr w:type="spellStart"/>
      <w:r w:rsidRPr="00E412E2">
        <w:rPr>
          <w:rFonts w:cs="Times New Roman"/>
          <w:sz w:val="26"/>
          <w:szCs w:val="26"/>
        </w:rPr>
        <w:t>ký</w:t>
      </w:r>
      <w:proofErr w:type="spellEnd"/>
      <w:r w:rsidRPr="00E412E2">
        <w:rPr>
          <w:rFonts w:cs="Times New Roman"/>
          <w:sz w:val="26"/>
          <w:szCs w:val="26"/>
        </w:rPr>
        <w:t xml:space="preserve"> </w:t>
      </w:r>
      <w:proofErr w:type="spellStart"/>
      <w:r w:rsidRPr="00E412E2">
        <w:rPr>
          <w:rFonts w:cs="Times New Roman"/>
          <w:sz w:val="26"/>
          <w:szCs w:val="26"/>
        </w:rPr>
        <w:t>số</w:t>
      </w:r>
      <w:proofErr w:type="spellEnd"/>
      <w:r w:rsidR="007B6E09">
        <w:rPr>
          <w:rFonts w:cs="Times New Roman"/>
          <w:sz w:val="26"/>
          <w:szCs w:val="26"/>
        </w:rPr>
        <w:t xml:space="preserve"> </w:t>
      </w:r>
      <w:proofErr w:type="spellStart"/>
      <w:r w:rsidR="007B6E09">
        <w:rPr>
          <w:rFonts w:cs="Times New Roman"/>
          <w:sz w:val="26"/>
          <w:szCs w:val="26"/>
        </w:rPr>
        <w:t>trong</w:t>
      </w:r>
      <w:proofErr w:type="spellEnd"/>
      <w:r w:rsidR="007B6E09">
        <w:rPr>
          <w:rFonts w:cs="Times New Roman"/>
          <w:sz w:val="26"/>
          <w:szCs w:val="26"/>
        </w:rPr>
        <w:t xml:space="preserve"> </w:t>
      </w:r>
      <w:proofErr w:type="spellStart"/>
      <w:r w:rsidR="007B6E09">
        <w:rPr>
          <w:rFonts w:cs="Times New Roman"/>
          <w:sz w:val="26"/>
          <w:szCs w:val="26"/>
        </w:rPr>
        <w:t>phần</w:t>
      </w:r>
      <w:proofErr w:type="spellEnd"/>
      <w:r w:rsidR="007B6E09">
        <w:rPr>
          <w:rFonts w:cs="Times New Roman"/>
          <w:sz w:val="26"/>
          <w:szCs w:val="26"/>
        </w:rPr>
        <w:t xml:space="preserve"> “CHỮ KÝ SỐ TỪ XA”.</w:t>
      </w:r>
    </w:p>
    <w:p w14:paraId="5CB05A0B" w14:textId="499B96B3" w:rsidR="00BE31FA" w:rsidRDefault="007B6E09" w:rsidP="007B6E09">
      <w:pPr>
        <w:jc w:val="center"/>
      </w:pPr>
      <w:r>
        <w:rPr>
          <w:noProof/>
        </w:rPr>
        <w:drawing>
          <wp:inline distT="0" distB="0" distL="0" distR="0" wp14:anchorId="20662E6D" wp14:editId="7FC87E20">
            <wp:extent cx="5760720" cy="3802380"/>
            <wp:effectExtent l="0" t="0" r="0" b="7620"/>
            <wp:docPr id="1774574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802380"/>
                    </a:xfrm>
                    <a:prstGeom prst="rect">
                      <a:avLst/>
                    </a:prstGeom>
                    <a:noFill/>
                    <a:ln>
                      <a:noFill/>
                    </a:ln>
                  </pic:spPr>
                </pic:pic>
              </a:graphicData>
            </a:graphic>
          </wp:inline>
        </w:drawing>
      </w:r>
    </w:p>
    <w:p w14:paraId="3A6BBAED" w14:textId="5DFA24CD" w:rsidR="007B6E09" w:rsidRPr="001B4567" w:rsidRDefault="007B6E09" w:rsidP="001B4567">
      <w:pPr>
        <w:jc w:val="center"/>
        <w:rPr>
          <w:rFonts w:cs="Times New Roman"/>
          <w:i/>
          <w:iCs/>
        </w:rPr>
      </w:pPr>
      <w:proofErr w:type="spellStart"/>
      <w:r w:rsidRPr="001B4567">
        <w:rPr>
          <w:rFonts w:cs="Times New Roman"/>
          <w:i/>
          <w:iCs/>
        </w:rPr>
        <w:lastRenderedPageBreak/>
        <w:t>Hình</w:t>
      </w:r>
      <w:proofErr w:type="spellEnd"/>
      <w:r w:rsidRPr="001B4567">
        <w:rPr>
          <w:rFonts w:cs="Times New Roman"/>
          <w:i/>
          <w:iCs/>
        </w:rPr>
        <w:t xml:space="preserve"> </w:t>
      </w:r>
      <w:r w:rsidR="00B93479" w:rsidRPr="001B4567">
        <w:rPr>
          <w:rFonts w:cs="Times New Roman"/>
          <w:i/>
          <w:iCs/>
        </w:rPr>
        <w:t>20</w:t>
      </w:r>
      <w:r w:rsidRPr="001B4567">
        <w:rPr>
          <w:rFonts w:cs="Times New Roman"/>
          <w:i/>
          <w:iCs/>
        </w:rPr>
        <w:t xml:space="preserve">. </w:t>
      </w:r>
      <w:proofErr w:type="spellStart"/>
      <w:r w:rsidRPr="001B4567">
        <w:rPr>
          <w:rFonts w:cs="Times New Roman"/>
          <w:i/>
          <w:iCs/>
        </w:rPr>
        <w:t>chọn</w:t>
      </w:r>
      <w:proofErr w:type="spellEnd"/>
      <w:r w:rsidRPr="001B4567">
        <w:rPr>
          <w:rFonts w:cs="Times New Roman"/>
          <w:i/>
          <w:iCs/>
        </w:rPr>
        <w:t xml:space="preserve"> </w:t>
      </w:r>
      <w:proofErr w:type="spellStart"/>
      <w:r w:rsidRPr="001B4567">
        <w:rPr>
          <w:rFonts w:cs="Times New Roman"/>
          <w:i/>
          <w:iCs/>
        </w:rPr>
        <w:t>một</w:t>
      </w:r>
      <w:proofErr w:type="spellEnd"/>
      <w:r w:rsidRPr="001B4567">
        <w:rPr>
          <w:rFonts w:cs="Times New Roman"/>
          <w:i/>
          <w:iCs/>
        </w:rPr>
        <w:t xml:space="preserve"> </w:t>
      </w:r>
      <w:proofErr w:type="spellStart"/>
      <w:r w:rsidRPr="001B4567">
        <w:rPr>
          <w:rFonts w:cs="Times New Roman"/>
          <w:i/>
          <w:iCs/>
        </w:rPr>
        <w:t>chứng</w:t>
      </w:r>
      <w:proofErr w:type="spellEnd"/>
      <w:r w:rsidRPr="001B4567">
        <w:rPr>
          <w:rFonts w:cs="Times New Roman"/>
          <w:i/>
          <w:iCs/>
        </w:rPr>
        <w:t xml:space="preserve"> </w:t>
      </w:r>
      <w:proofErr w:type="spellStart"/>
      <w:r w:rsidRPr="001B4567">
        <w:rPr>
          <w:rFonts w:cs="Times New Roman"/>
          <w:i/>
          <w:iCs/>
        </w:rPr>
        <w:t>thư</w:t>
      </w:r>
      <w:proofErr w:type="spellEnd"/>
      <w:r w:rsidRPr="001B4567">
        <w:rPr>
          <w:rFonts w:cs="Times New Roman"/>
          <w:i/>
          <w:iCs/>
        </w:rPr>
        <w:t xml:space="preserve"> </w:t>
      </w:r>
      <w:proofErr w:type="spellStart"/>
      <w:r w:rsidRPr="001B4567">
        <w:rPr>
          <w:rFonts w:cs="Times New Roman"/>
          <w:i/>
          <w:iCs/>
        </w:rPr>
        <w:t>để</w:t>
      </w:r>
      <w:proofErr w:type="spellEnd"/>
      <w:r w:rsidRPr="001B4567">
        <w:rPr>
          <w:rFonts w:cs="Times New Roman"/>
          <w:i/>
          <w:iCs/>
        </w:rPr>
        <w:t xml:space="preserve"> </w:t>
      </w:r>
      <w:proofErr w:type="spellStart"/>
      <w:r w:rsidRPr="001B4567">
        <w:rPr>
          <w:rFonts w:cs="Times New Roman"/>
          <w:i/>
          <w:iCs/>
        </w:rPr>
        <w:t>ký</w:t>
      </w:r>
      <w:proofErr w:type="spellEnd"/>
      <w:r w:rsidRPr="001B4567">
        <w:rPr>
          <w:rFonts w:cs="Times New Roman"/>
          <w:i/>
          <w:iCs/>
        </w:rPr>
        <w:t xml:space="preserve"> </w:t>
      </w:r>
      <w:proofErr w:type="spellStart"/>
      <w:r w:rsidRPr="001B4567">
        <w:rPr>
          <w:rFonts w:cs="Times New Roman"/>
          <w:i/>
          <w:iCs/>
        </w:rPr>
        <w:t>số</w:t>
      </w:r>
      <w:proofErr w:type="spellEnd"/>
      <w:r w:rsidRPr="001B4567">
        <w:rPr>
          <w:rFonts w:cs="Times New Roman"/>
          <w:i/>
          <w:iCs/>
        </w:rPr>
        <w:t xml:space="preserve"> </w:t>
      </w:r>
      <w:proofErr w:type="spellStart"/>
      <w:r w:rsidRPr="001B4567">
        <w:rPr>
          <w:rFonts w:cs="Times New Roman"/>
          <w:i/>
          <w:iCs/>
        </w:rPr>
        <w:t>trong</w:t>
      </w:r>
      <w:proofErr w:type="spellEnd"/>
      <w:r w:rsidRPr="001B4567">
        <w:rPr>
          <w:rFonts w:cs="Times New Roman"/>
          <w:i/>
          <w:iCs/>
        </w:rPr>
        <w:t xml:space="preserve"> </w:t>
      </w:r>
      <w:proofErr w:type="spellStart"/>
      <w:r w:rsidRPr="001B4567">
        <w:rPr>
          <w:rFonts w:cs="Times New Roman"/>
          <w:i/>
          <w:iCs/>
        </w:rPr>
        <w:t>phần</w:t>
      </w:r>
      <w:proofErr w:type="spellEnd"/>
      <w:r w:rsidRPr="001B4567">
        <w:rPr>
          <w:rFonts w:cs="Times New Roman"/>
          <w:i/>
          <w:iCs/>
        </w:rPr>
        <w:t xml:space="preserve"> “CHỮ KÝ SỐ TỪ XA”</w:t>
      </w:r>
    </w:p>
    <w:p w14:paraId="4BC3BB22" w14:textId="1FD2798F" w:rsidR="00FD68E4" w:rsidRPr="00A675B7" w:rsidRDefault="001B14AB">
      <w:pPr>
        <w:pStyle w:val="Heading1"/>
        <w:rPr>
          <w:rFonts w:ascii="Times New Roman" w:hAnsi="Times New Roman" w:cs="Times New Roman"/>
        </w:rPr>
      </w:pPr>
      <w:bookmarkStart w:id="19" w:name="_Toc234595028"/>
      <w:r>
        <w:rPr>
          <w:rFonts w:ascii="Times New Roman" w:hAnsi="Times New Roman" w:cs="Times New Roman"/>
        </w:rPr>
        <w:t>5</w:t>
      </w:r>
      <w:r w:rsidRPr="00A675B7">
        <w:rPr>
          <w:rFonts w:ascii="Times New Roman" w:hAnsi="Times New Roman" w:cs="Times New Roman"/>
        </w:rPr>
        <w:t>. LỖI THƯỜNG GẶP VÀ CÁCH XỬ LÝ</w:t>
      </w:r>
      <w:bookmarkEnd w:id="19"/>
    </w:p>
    <w:tbl>
      <w:tblPr>
        <w:tblStyle w:val="TableGrid"/>
        <w:tblW w:w="9747" w:type="dxa"/>
        <w:tblLayout w:type="fixed"/>
        <w:tblLook w:val="04A0" w:firstRow="1" w:lastRow="0" w:firstColumn="1" w:lastColumn="0" w:noHBand="0" w:noVBand="1"/>
      </w:tblPr>
      <w:tblGrid>
        <w:gridCol w:w="3510"/>
        <w:gridCol w:w="2977"/>
        <w:gridCol w:w="3260"/>
      </w:tblGrid>
      <w:tr w:rsidR="00FD68E4" w:rsidRPr="00A675B7" w14:paraId="7795BC35" w14:textId="77777777" w:rsidTr="00CE383D">
        <w:tc>
          <w:tcPr>
            <w:tcW w:w="3510" w:type="dxa"/>
            <w:shd w:val="clear" w:color="auto" w:fill="1F4E79"/>
          </w:tcPr>
          <w:p w14:paraId="2EEEE816" w14:textId="77777777" w:rsidR="00FD68E4" w:rsidRPr="00E3578E" w:rsidRDefault="00000000" w:rsidP="00E3578E">
            <w:pPr>
              <w:spacing w:before="120" w:after="120"/>
              <w:rPr>
                <w:rFonts w:cs="Times New Roman"/>
                <w:sz w:val="26"/>
                <w:szCs w:val="26"/>
              </w:rPr>
            </w:pPr>
            <w:proofErr w:type="spellStart"/>
            <w:r w:rsidRPr="00E3578E">
              <w:rPr>
                <w:rFonts w:cs="Times New Roman"/>
                <w:b/>
                <w:color w:val="FFFFFF"/>
                <w:sz w:val="26"/>
                <w:szCs w:val="26"/>
              </w:rPr>
              <w:t>Hiện</w:t>
            </w:r>
            <w:proofErr w:type="spellEnd"/>
            <w:r w:rsidRPr="00E3578E">
              <w:rPr>
                <w:rFonts w:cs="Times New Roman"/>
                <w:b/>
                <w:color w:val="FFFFFF"/>
                <w:sz w:val="26"/>
                <w:szCs w:val="26"/>
              </w:rPr>
              <w:t xml:space="preserve"> </w:t>
            </w:r>
            <w:proofErr w:type="spellStart"/>
            <w:r w:rsidRPr="00E3578E">
              <w:rPr>
                <w:rFonts w:cs="Times New Roman"/>
                <w:b/>
                <w:color w:val="FFFFFF"/>
                <w:sz w:val="26"/>
                <w:szCs w:val="26"/>
              </w:rPr>
              <w:t>tượng</w:t>
            </w:r>
            <w:proofErr w:type="spellEnd"/>
          </w:p>
        </w:tc>
        <w:tc>
          <w:tcPr>
            <w:tcW w:w="2977" w:type="dxa"/>
            <w:shd w:val="clear" w:color="auto" w:fill="1F4E79"/>
          </w:tcPr>
          <w:p w14:paraId="1E4A5A94" w14:textId="77777777" w:rsidR="00FD68E4" w:rsidRPr="00E3578E" w:rsidRDefault="00000000" w:rsidP="00E3578E">
            <w:pPr>
              <w:spacing w:before="120" w:after="120"/>
              <w:rPr>
                <w:rFonts w:cs="Times New Roman"/>
                <w:sz w:val="26"/>
                <w:szCs w:val="26"/>
              </w:rPr>
            </w:pPr>
            <w:r w:rsidRPr="00E3578E">
              <w:rPr>
                <w:rFonts w:cs="Times New Roman"/>
                <w:b/>
                <w:color w:val="FFFFFF"/>
                <w:sz w:val="26"/>
                <w:szCs w:val="26"/>
              </w:rPr>
              <w:t>Nguyên nhân thường gặp</w:t>
            </w:r>
          </w:p>
        </w:tc>
        <w:tc>
          <w:tcPr>
            <w:tcW w:w="3260" w:type="dxa"/>
            <w:shd w:val="clear" w:color="auto" w:fill="1F4E79"/>
          </w:tcPr>
          <w:p w14:paraId="2581974A" w14:textId="77777777" w:rsidR="00FD68E4" w:rsidRPr="00E3578E" w:rsidRDefault="00000000" w:rsidP="00E3578E">
            <w:pPr>
              <w:spacing w:before="120" w:after="120"/>
              <w:rPr>
                <w:rFonts w:cs="Times New Roman"/>
                <w:sz w:val="26"/>
                <w:szCs w:val="26"/>
              </w:rPr>
            </w:pPr>
            <w:r w:rsidRPr="00E3578E">
              <w:rPr>
                <w:rFonts w:cs="Times New Roman"/>
                <w:b/>
                <w:color w:val="FFFFFF"/>
                <w:sz w:val="26"/>
                <w:szCs w:val="26"/>
              </w:rPr>
              <w:t>Cách xử lý</w:t>
            </w:r>
          </w:p>
        </w:tc>
      </w:tr>
      <w:tr w:rsidR="00FD68E4" w:rsidRPr="00A675B7" w14:paraId="446F543E" w14:textId="77777777" w:rsidTr="00CE383D">
        <w:tc>
          <w:tcPr>
            <w:tcW w:w="3510" w:type="dxa"/>
            <w:vAlign w:val="center"/>
          </w:tcPr>
          <w:p w14:paraId="466244A6" w14:textId="77777777" w:rsidR="00FD68E4" w:rsidRPr="00E3578E" w:rsidRDefault="00000000" w:rsidP="00E3578E">
            <w:pPr>
              <w:rPr>
                <w:rFonts w:cs="Times New Roman"/>
                <w:sz w:val="26"/>
                <w:szCs w:val="26"/>
              </w:rPr>
            </w:pPr>
            <w:r w:rsidRPr="00E3578E">
              <w:rPr>
                <w:rFonts w:cs="Times New Roman"/>
                <w:sz w:val="26"/>
                <w:szCs w:val="26"/>
              </w:rPr>
              <w:t>Không truy cập được Swagger</w:t>
            </w:r>
          </w:p>
        </w:tc>
        <w:tc>
          <w:tcPr>
            <w:tcW w:w="2977" w:type="dxa"/>
            <w:vAlign w:val="center"/>
          </w:tcPr>
          <w:p w14:paraId="42F076D6" w14:textId="77777777" w:rsidR="00FD68E4" w:rsidRPr="00E3578E" w:rsidRDefault="00000000" w:rsidP="00E3578E">
            <w:pPr>
              <w:rPr>
                <w:rFonts w:cs="Times New Roman"/>
                <w:sz w:val="26"/>
                <w:szCs w:val="26"/>
              </w:rPr>
            </w:pPr>
            <w:r w:rsidRPr="00E3578E">
              <w:rPr>
                <w:rFonts w:cs="Times New Roman"/>
                <w:sz w:val="26"/>
                <w:szCs w:val="26"/>
              </w:rPr>
              <w:t>Ứng dụng nền chưa chạy hoặc port bị chặn.</w:t>
            </w:r>
          </w:p>
        </w:tc>
        <w:tc>
          <w:tcPr>
            <w:tcW w:w="3260" w:type="dxa"/>
            <w:vAlign w:val="center"/>
          </w:tcPr>
          <w:p w14:paraId="1E0BC41D" w14:textId="77777777" w:rsidR="00FD68E4" w:rsidRPr="00E3578E" w:rsidRDefault="00000000" w:rsidP="00E3578E">
            <w:pPr>
              <w:rPr>
                <w:rFonts w:cs="Times New Roman"/>
                <w:sz w:val="26"/>
                <w:szCs w:val="26"/>
              </w:rPr>
            </w:pPr>
            <w:r w:rsidRPr="00E3578E">
              <w:rPr>
                <w:rFonts w:cs="Times New Roman"/>
                <w:sz w:val="26"/>
                <w:szCs w:val="26"/>
              </w:rPr>
              <w:t>Khởi động lại ứng dụng, kiểm tra firewall/antivirus, thử lại localhost:61505.</w:t>
            </w:r>
          </w:p>
        </w:tc>
      </w:tr>
      <w:tr w:rsidR="00FD68E4" w:rsidRPr="00A675B7" w14:paraId="096ECBA6" w14:textId="77777777" w:rsidTr="00CE383D">
        <w:tc>
          <w:tcPr>
            <w:tcW w:w="3510" w:type="dxa"/>
            <w:vAlign w:val="center"/>
          </w:tcPr>
          <w:p w14:paraId="7DFFA1D7" w14:textId="77777777" w:rsidR="00FD68E4" w:rsidRPr="00E3578E" w:rsidRDefault="00000000" w:rsidP="00E3578E">
            <w:pPr>
              <w:rPr>
                <w:rFonts w:cs="Times New Roman"/>
                <w:sz w:val="26"/>
                <w:szCs w:val="26"/>
              </w:rPr>
            </w:pPr>
            <w:r w:rsidRPr="00E3578E">
              <w:rPr>
                <w:rFonts w:cs="Times New Roman"/>
                <w:sz w:val="26"/>
                <w:szCs w:val="26"/>
              </w:rPr>
              <w:t>Windows hỏi quyền Administrator</w:t>
            </w:r>
          </w:p>
        </w:tc>
        <w:tc>
          <w:tcPr>
            <w:tcW w:w="2977" w:type="dxa"/>
            <w:vAlign w:val="center"/>
          </w:tcPr>
          <w:p w14:paraId="52F0B4B5" w14:textId="77777777" w:rsidR="00FD68E4" w:rsidRPr="00E3578E" w:rsidRDefault="00000000" w:rsidP="00E3578E">
            <w:pPr>
              <w:rPr>
                <w:rFonts w:cs="Times New Roman"/>
                <w:sz w:val="26"/>
                <w:szCs w:val="26"/>
              </w:rPr>
            </w:pPr>
            <w:r w:rsidRPr="00E3578E">
              <w:rPr>
                <w:rFonts w:cs="Times New Roman"/>
                <w:sz w:val="26"/>
                <w:szCs w:val="26"/>
              </w:rPr>
              <w:t>Bộ cài cần quyền ghi file/cấu hình ứng dụng.</w:t>
            </w:r>
          </w:p>
        </w:tc>
        <w:tc>
          <w:tcPr>
            <w:tcW w:w="3260" w:type="dxa"/>
            <w:vAlign w:val="center"/>
          </w:tcPr>
          <w:p w14:paraId="77516A7A" w14:textId="77777777" w:rsidR="00FD68E4" w:rsidRPr="00E3578E" w:rsidRDefault="00000000" w:rsidP="00E3578E">
            <w:pPr>
              <w:rPr>
                <w:rFonts w:cs="Times New Roman"/>
                <w:sz w:val="26"/>
                <w:szCs w:val="26"/>
              </w:rPr>
            </w:pPr>
            <w:r w:rsidRPr="00E3578E">
              <w:rPr>
                <w:rFonts w:cs="Times New Roman"/>
                <w:sz w:val="26"/>
                <w:szCs w:val="26"/>
              </w:rPr>
              <w:t>Chọn Yes; nếu không có quyền, liên hệ IT để cài đặt.</w:t>
            </w:r>
          </w:p>
        </w:tc>
      </w:tr>
      <w:tr w:rsidR="00FD68E4" w:rsidRPr="00A675B7" w14:paraId="750E8EC6" w14:textId="77777777" w:rsidTr="00CE383D">
        <w:tc>
          <w:tcPr>
            <w:tcW w:w="3510" w:type="dxa"/>
            <w:vAlign w:val="center"/>
          </w:tcPr>
          <w:p w14:paraId="7A87668F" w14:textId="77777777" w:rsidR="00FD68E4" w:rsidRPr="00E3578E" w:rsidRDefault="00000000" w:rsidP="00E3578E">
            <w:pPr>
              <w:rPr>
                <w:rFonts w:cs="Times New Roman"/>
                <w:sz w:val="26"/>
                <w:szCs w:val="26"/>
              </w:rPr>
            </w:pPr>
            <w:r w:rsidRPr="00E3578E">
              <w:rPr>
                <w:rFonts w:cs="Times New Roman"/>
                <w:sz w:val="26"/>
                <w:szCs w:val="26"/>
              </w:rPr>
              <w:t>FE báo không tìm thấy ứng dụng ký số</w:t>
            </w:r>
          </w:p>
        </w:tc>
        <w:tc>
          <w:tcPr>
            <w:tcW w:w="2977" w:type="dxa"/>
            <w:vAlign w:val="center"/>
          </w:tcPr>
          <w:p w14:paraId="37767230" w14:textId="77777777" w:rsidR="00FD68E4" w:rsidRPr="00E3578E" w:rsidRDefault="00000000" w:rsidP="00E3578E">
            <w:pPr>
              <w:rPr>
                <w:rFonts w:cs="Times New Roman"/>
                <w:sz w:val="26"/>
                <w:szCs w:val="26"/>
              </w:rPr>
            </w:pPr>
            <w:r w:rsidRPr="00E3578E">
              <w:rPr>
                <w:rFonts w:cs="Times New Roman"/>
                <w:sz w:val="26"/>
                <w:szCs w:val="26"/>
              </w:rPr>
              <w:t>Safe Host chưa chạy hoặc SDK chưa scan đúng endpoint.</w:t>
            </w:r>
          </w:p>
        </w:tc>
        <w:tc>
          <w:tcPr>
            <w:tcW w:w="3260" w:type="dxa"/>
            <w:vAlign w:val="center"/>
          </w:tcPr>
          <w:p w14:paraId="56076730" w14:textId="77777777" w:rsidR="00FD68E4" w:rsidRPr="00E3578E" w:rsidRDefault="00000000" w:rsidP="00E3578E">
            <w:pPr>
              <w:rPr>
                <w:rFonts w:cs="Times New Roman"/>
                <w:sz w:val="26"/>
                <w:szCs w:val="26"/>
              </w:rPr>
            </w:pPr>
            <w:r w:rsidRPr="00E3578E">
              <w:rPr>
                <w:rFonts w:cs="Times New Roman"/>
                <w:sz w:val="26"/>
                <w:szCs w:val="26"/>
              </w:rPr>
              <w:t>Mở ứng dụng nền, kiểm tra /checkport, xóa cache endpoint nếu cần.</w:t>
            </w:r>
          </w:p>
        </w:tc>
      </w:tr>
      <w:tr w:rsidR="00FD68E4" w:rsidRPr="00A675B7" w14:paraId="7CD2F336" w14:textId="77777777" w:rsidTr="00CE383D">
        <w:tc>
          <w:tcPr>
            <w:tcW w:w="3510" w:type="dxa"/>
            <w:vAlign w:val="center"/>
          </w:tcPr>
          <w:p w14:paraId="4A88492D" w14:textId="77777777" w:rsidR="00FD68E4" w:rsidRPr="00E3578E" w:rsidRDefault="00000000" w:rsidP="00E3578E">
            <w:pPr>
              <w:rPr>
                <w:rFonts w:cs="Times New Roman"/>
                <w:sz w:val="26"/>
                <w:szCs w:val="26"/>
              </w:rPr>
            </w:pPr>
            <w:r w:rsidRPr="00E3578E">
              <w:rPr>
                <w:rFonts w:cs="Times New Roman"/>
                <w:sz w:val="26"/>
                <w:szCs w:val="26"/>
              </w:rPr>
              <w:t>Ký bị cancelled</w:t>
            </w:r>
          </w:p>
        </w:tc>
        <w:tc>
          <w:tcPr>
            <w:tcW w:w="2977" w:type="dxa"/>
            <w:vAlign w:val="center"/>
          </w:tcPr>
          <w:p w14:paraId="696C17F1" w14:textId="77777777" w:rsidR="00FD68E4" w:rsidRPr="00E3578E" w:rsidRDefault="00000000" w:rsidP="00E3578E">
            <w:pPr>
              <w:rPr>
                <w:rFonts w:cs="Times New Roman"/>
                <w:sz w:val="26"/>
                <w:szCs w:val="26"/>
              </w:rPr>
            </w:pPr>
            <w:r w:rsidRPr="00E3578E">
              <w:rPr>
                <w:rFonts w:cs="Times New Roman"/>
                <w:sz w:val="26"/>
                <w:szCs w:val="26"/>
              </w:rPr>
              <w:t>Người dùng đóng hộp thoại chọn chứng thư/ký số.</w:t>
            </w:r>
          </w:p>
        </w:tc>
        <w:tc>
          <w:tcPr>
            <w:tcW w:w="3260" w:type="dxa"/>
            <w:vAlign w:val="center"/>
          </w:tcPr>
          <w:p w14:paraId="72DF5529" w14:textId="77777777" w:rsidR="00FD68E4" w:rsidRPr="00E3578E" w:rsidRDefault="00000000" w:rsidP="00E3578E">
            <w:pPr>
              <w:rPr>
                <w:rFonts w:cs="Times New Roman"/>
                <w:sz w:val="26"/>
                <w:szCs w:val="26"/>
              </w:rPr>
            </w:pPr>
            <w:r w:rsidRPr="00E3578E">
              <w:rPr>
                <w:rFonts w:cs="Times New Roman"/>
                <w:sz w:val="26"/>
                <w:szCs w:val="26"/>
              </w:rPr>
              <w:t>Thực hiện lại thao tác và chọn chứng thư hợp lệ.</w:t>
            </w:r>
          </w:p>
        </w:tc>
      </w:tr>
      <w:tr w:rsidR="00FD68E4" w:rsidRPr="00A675B7" w14:paraId="02EF1138" w14:textId="77777777" w:rsidTr="00CE383D">
        <w:tc>
          <w:tcPr>
            <w:tcW w:w="3510" w:type="dxa"/>
            <w:vAlign w:val="center"/>
          </w:tcPr>
          <w:p w14:paraId="43C95F6B" w14:textId="77777777" w:rsidR="00FD68E4" w:rsidRPr="00E3578E" w:rsidRDefault="00000000" w:rsidP="00E3578E">
            <w:pPr>
              <w:rPr>
                <w:rFonts w:cs="Times New Roman"/>
                <w:sz w:val="26"/>
                <w:szCs w:val="26"/>
              </w:rPr>
            </w:pPr>
            <w:r w:rsidRPr="00E3578E">
              <w:rPr>
                <w:rFonts w:cs="Times New Roman"/>
                <w:sz w:val="26"/>
                <w:szCs w:val="26"/>
              </w:rPr>
              <w:t>duplicated</w:t>
            </w:r>
          </w:p>
        </w:tc>
        <w:tc>
          <w:tcPr>
            <w:tcW w:w="2977" w:type="dxa"/>
            <w:vAlign w:val="center"/>
          </w:tcPr>
          <w:p w14:paraId="1F5E6F01" w14:textId="77777777" w:rsidR="00FD68E4" w:rsidRPr="00E3578E" w:rsidRDefault="00000000" w:rsidP="00E3578E">
            <w:pPr>
              <w:rPr>
                <w:rFonts w:cs="Times New Roman"/>
                <w:sz w:val="26"/>
                <w:szCs w:val="26"/>
              </w:rPr>
            </w:pPr>
            <w:r w:rsidRPr="00E3578E">
              <w:rPr>
                <w:rFonts w:cs="Times New Roman"/>
                <w:sz w:val="26"/>
                <w:szCs w:val="26"/>
              </w:rPr>
              <w:t>Nonce bị gửi lặp trong thời gian ngắn.</w:t>
            </w:r>
          </w:p>
        </w:tc>
        <w:tc>
          <w:tcPr>
            <w:tcW w:w="3260" w:type="dxa"/>
            <w:vAlign w:val="center"/>
          </w:tcPr>
          <w:p w14:paraId="04D538C2" w14:textId="77777777" w:rsidR="00FD68E4" w:rsidRPr="00E3578E" w:rsidRDefault="00000000" w:rsidP="00E3578E">
            <w:pPr>
              <w:rPr>
                <w:rFonts w:cs="Times New Roman"/>
                <w:sz w:val="26"/>
                <w:szCs w:val="26"/>
              </w:rPr>
            </w:pPr>
            <w:r w:rsidRPr="00E3578E">
              <w:rPr>
                <w:rFonts w:cs="Times New Roman"/>
                <w:sz w:val="26"/>
                <w:szCs w:val="26"/>
              </w:rPr>
              <w:t>Tạo request mới với nonce mới, không retry y nguyên payload cũ.</w:t>
            </w:r>
          </w:p>
        </w:tc>
      </w:tr>
      <w:tr w:rsidR="00FD68E4" w:rsidRPr="00A675B7" w14:paraId="6FBC6277" w14:textId="77777777" w:rsidTr="00CE383D">
        <w:tc>
          <w:tcPr>
            <w:tcW w:w="3510" w:type="dxa"/>
            <w:vAlign w:val="center"/>
          </w:tcPr>
          <w:p w14:paraId="2874414D" w14:textId="77777777" w:rsidR="00FD68E4" w:rsidRPr="00E3578E" w:rsidRDefault="00000000" w:rsidP="00E3578E">
            <w:pPr>
              <w:rPr>
                <w:rFonts w:cs="Times New Roman"/>
                <w:sz w:val="26"/>
                <w:szCs w:val="26"/>
              </w:rPr>
            </w:pPr>
            <w:r w:rsidRPr="00E3578E">
              <w:rPr>
                <w:rFonts w:cs="Times New Roman"/>
                <w:sz w:val="26"/>
                <w:szCs w:val="26"/>
              </w:rPr>
              <w:t>Chứng thư không hiển thị</w:t>
            </w:r>
          </w:p>
        </w:tc>
        <w:tc>
          <w:tcPr>
            <w:tcW w:w="2977" w:type="dxa"/>
            <w:vAlign w:val="center"/>
          </w:tcPr>
          <w:p w14:paraId="0EF9E40B" w14:textId="77777777" w:rsidR="00FD68E4" w:rsidRPr="00E3578E" w:rsidRDefault="00000000" w:rsidP="00E3578E">
            <w:pPr>
              <w:rPr>
                <w:rFonts w:cs="Times New Roman"/>
                <w:sz w:val="26"/>
                <w:szCs w:val="26"/>
              </w:rPr>
            </w:pPr>
            <w:r w:rsidRPr="00E3578E">
              <w:rPr>
                <w:rFonts w:cs="Times New Roman"/>
                <w:sz w:val="26"/>
                <w:szCs w:val="26"/>
              </w:rPr>
              <w:t>USB Token/driver chưa sẵn sàng hoặc chưa chọn chứng thư.</w:t>
            </w:r>
          </w:p>
        </w:tc>
        <w:tc>
          <w:tcPr>
            <w:tcW w:w="3260" w:type="dxa"/>
            <w:vAlign w:val="center"/>
          </w:tcPr>
          <w:p w14:paraId="23AE45E7" w14:textId="77777777" w:rsidR="00FD68E4" w:rsidRPr="00E3578E" w:rsidRDefault="00000000" w:rsidP="00E3578E">
            <w:pPr>
              <w:rPr>
                <w:rFonts w:cs="Times New Roman"/>
                <w:sz w:val="26"/>
                <w:szCs w:val="26"/>
              </w:rPr>
            </w:pPr>
            <w:r w:rsidRPr="00E3578E">
              <w:rPr>
                <w:rFonts w:cs="Times New Roman"/>
                <w:sz w:val="26"/>
                <w:szCs w:val="26"/>
              </w:rPr>
              <w:t>Kiểm tra USB Token, driver, phần mềm quản lý token và thử lại.</w:t>
            </w:r>
          </w:p>
        </w:tc>
      </w:tr>
      <w:tr w:rsidR="0087469E" w:rsidRPr="00A675B7" w14:paraId="6331EDCA" w14:textId="77777777" w:rsidTr="00CE383D">
        <w:tc>
          <w:tcPr>
            <w:tcW w:w="3510" w:type="dxa"/>
            <w:vAlign w:val="center"/>
          </w:tcPr>
          <w:p w14:paraId="0CF4CE3B" w14:textId="4605F8AB" w:rsidR="0087469E" w:rsidRPr="00E3578E" w:rsidRDefault="00A63B3E" w:rsidP="00E3578E">
            <w:pPr>
              <w:rPr>
                <w:rFonts w:cs="Times New Roman"/>
                <w:sz w:val="26"/>
                <w:szCs w:val="26"/>
              </w:rPr>
            </w:pPr>
            <w:proofErr w:type="spellStart"/>
            <w:r>
              <w:rPr>
                <w:rFonts w:cs="Times New Roman"/>
                <w:sz w:val="26"/>
                <w:szCs w:val="26"/>
              </w:rPr>
              <w:t>Có</w:t>
            </w:r>
            <w:proofErr w:type="spellEnd"/>
            <w:r>
              <w:rPr>
                <w:rFonts w:cs="Times New Roman"/>
                <w:sz w:val="26"/>
                <w:szCs w:val="26"/>
              </w:rPr>
              <w:t xml:space="preserve"> </w:t>
            </w:r>
            <w:proofErr w:type="spellStart"/>
            <w:r>
              <w:rPr>
                <w:rFonts w:cs="Times New Roman"/>
                <w:sz w:val="26"/>
                <w:szCs w:val="26"/>
              </w:rPr>
              <w:t>lỗi</w:t>
            </w:r>
            <w:proofErr w:type="spellEnd"/>
            <w:r>
              <w:rPr>
                <w:rFonts w:cs="Times New Roman"/>
                <w:sz w:val="26"/>
                <w:szCs w:val="26"/>
              </w:rPr>
              <w:t xml:space="preserve"> </w:t>
            </w:r>
            <w:proofErr w:type="spellStart"/>
            <w:r>
              <w:rPr>
                <w:rFonts w:cs="Times New Roman"/>
                <w:sz w:val="26"/>
                <w:szCs w:val="26"/>
              </w:rPr>
              <w:t>phát</w:t>
            </w:r>
            <w:proofErr w:type="spellEnd"/>
            <w:r>
              <w:rPr>
                <w:rFonts w:cs="Times New Roman"/>
                <w:sz w:val="26"/>
                <w:szCs w:val="26"/>
              </w:rPr>
              <w:t xml:space="preserve"> </w:t>
            </w:r>
            <w:proofErr w:type="spellStart"/>
            <w:r>
              <w:rPr>
                <w:rFonts w:cs="Times New Roman"/>
                <w:sz w:val="26"/>
                <w:szCs w:val="26"/>
              </w:rPr>
              <w:t>sinh</w:t>
            </w:r>
            <w:proofErr w:type="spellEnd"/>
            <w:r>
              <w:rPr>
                <w:rFonts w:cs="Times New Roman"/>
                <w:sz w:val="26"/>
                <w:szCs w:val="26"/>
              </w:rPr>
              <w:t xml:space="preserve"> </w:t>
            </w:r>
            <w:proofErr w:type="spellStart"/>
            <w:r>
              <w:rPr>
                <w:rFonts w:cs="Times New Roman"/>
                <w:sz w:val="26"/>
                <w:szCs w:val="26"/>
              </w:rPr>
              <w:t>trong</w:t>
            </w:r>
            <w:proofErr w:type="spellEnd"/>
            <w:r>
              <w:rPr>
                <w:rFonts w:cs="Times New Roman"/>
                <w:sz w:val="26"/>
                <w:szCs w:val="26"/>
              </w:rPr>
              <w:t xml:space="preserve"> </w:t>
            </w:r>
            <w:proofErr w:type="spellStart"/>
            <w:r>
              <w:rPr>
                <w:rFonts w:cs="Times New Roman"/>
                <w:sz w:val="26"/>
                <w:szCs w:val="26"/>
              </w:rPr>
              <w:t>quá</w:t>
            </w:r>
            <w:proofErr w:type="spellEnd"/>
            <w:r>
              <w:rPr>
                <w:rFonts w:cs="Times New Roman"/>
                <w:sz w:val="26"/>
                <w:szCs w:val="26"/>
              </w:rPr>
              <w:t xml:space="preserve"> </w:t>
            </w:r>
            <w:proofErr w:type="spellStart"/>
            <w:r>
              <w:rPr>
                <w:rFonts w:cs="Times New Roman"/>
                <w:sz w:val="26"/>
                <w:szCs w:val="26"/>
              </w:rPr>
              <w:t>trình</w:t>
            </w:r>
            <w:proofErr w:type="spellEnd"/>
            <w:r>
              <w:rPr>
                <w:rFonts w:cs="Times New Roman"/>
                <w:sz w:val="26"/>
                <w:szCs w:val="26"/>
              </w:rPr>
              <w:t xml:space="preserve"> </w:t>
            </w:r>
            <w:proofErr w:type="spellStart"/>
            <w:r>
              <w:rPr>
                <w:rFonts w:cs="Times New Roman"/>
                <w:sz w:val="26"/>
                <w:szCs w:val="26"/>
              </w:rPr>
              <w:t>nộp</w:t>
            </w:r>
            <w:proofErr w:type="spellEnd"/>
            <w:r>
              <w:rPr>
                <w:rFonts w:cs="Times New Roman"/>
                <w:sz w:val="26"/>
                <w:szCs w:val="26"/>
              </w:rPr>
              <w:t xml:space="preserve"> </w:t>
            </w:r>
            <w:proofErr w:type="spellStart"/>
            <w:r>
              <w:rPr>
                <w:rFonts w:cs="Times New Roman"/>
                <w:sz w:val="26"/>
                <w:szCs w:val="26"/>
              </w:rPr>
              <w:t>tờ</w:t>
            </w:r>
            <w:proofErr w:type="spellEnd"/>
            <w:r>
              <w:rPr>
                <w:rFonts w:cs="Times New Roman"/>
                <w:sz w:val="26"/>
                <w:szCs w:val="26"/>
              </w:rPr>
              <w:t xml:space="preserve"> </w:t>
            </w:r>
            <w:proofErr w:type="spellStart"/>
            <w:r>
              <w:rPr>
                <w:rFonts w:cs="Times New Roman"/>
                <w:sz w:val="26"/>
                <w:szCs w:val="26"/>
              </w:rPr>
              <w:t>khai</w:t>
            </w:r>
            <w:proofErr w:type="spellEnd"/>
            <w:r>
              <w:rPr>
                <w:rFonts w:cs="Times New Roman"/>
                <w:sz w:val="26"/>
                <w:szCs w:val="26"/>
              </w:rPr>
              <w:t>:</w:t>
            </w:r>
            <w:r w:rsidR="0087469E">
              <w:rPr>
                <w:rFonts w:cs="Times New Roman"/>
                <w:sz w:val="26"/>
                <w:szCs w:val="26"/>
              </w:rPr>
              <w:t xml:space="preserve"> </w:t>
            </w:r>
            <w:proofErr w:type="spellStart"/>
            <w:proofErr w:type="gramStart"/>
            <w:r w:rsidR="0087469E">
              <w:rPr>
                <w:rFonts w:cs="Times New Roman"/>
                <w:sz w:val="26"/>
                <w:szCs w:val="26"/>
              </w:rPr>
              <w:t>System.Security.Cryptography.CryptographicException</w:t>
            </w:r>
            <w:proofErr w:type="spellEnd"/>
            <w:proofErr w:type="gramEnd"/>
            <w:r w:rsidR="0087469E">
              <w:rPr>
                <w:rFonts w:cs="Times New Roman"/>
                <w:sz w:val="26"/>
                <w:szCs w:val="26"/>
              </w:rPr>
              <w:t>: An internal error occurred.</w:t>
            </w:r>
          </w:p>
        </w:tc>
        <w:tc>
          <w:tcPr>
            <w:tcW w:w="2977" w:type="dxa"/>
            <w:vAlign w:val="center"/>
          </w:tcPr>
          <w:p w14:paraId="269877C4" w14:textId="11B70B18" w:rsidR="0087469E" w:rsidRPr="00E3578E" w:rsidRDefault="0087469E" w:rsidP="00E3578E">
            <w:pPr>
              <w:rPr>
                <w:rFonts w:cs="Times New Roman"/>
                <w:sz w:val="26"/>
                <w:szCs w:val="26"/>
              </w:rPr>
            </w:pPr>
            <w:r w:rsidRPr="00E3578E">
              <w:rPr>
                <w:rFonts w:cs="Times New Roman"/>
                <w:sz w:val="26"/>
                <w:szCs w:val="26"/>
              </w:rPr>
              <w:t xml:space="preserve">USB Token/driver </w:t>
            </w:r>
            <w:proofErr w:type="spellStart"/>
            <w:r w:rsidRPr="00E3578E">
              <w:rPr>
                <w:rFonts w:cs="Times New Roman"/>
                <w:sz w:val="26"/>
                <w:szCs w:val="26"/>
              </w:rPr>
              <w:t>chưa</w:t>
            </w:r>
            <w:proofErr w:type="spellEnd"/>
            <w:r w:rsidRPr="00E3578E">
              <w:rPr>
                <w:rFonts w:cs="Times New Roman"/>
                <w:sz w:val="26"/>
                <w:szCs w:val="26"/>
              </w:rPr>
              <w:t xml:space="preserve"> </w:t>
            </w:r>
            <w:proofErr w:type="spellStart"/>
            <w:r w:rsidRPr="00E3578E">
              <w:rPr>
                <w:rFonts w:cs="Times New Roman"/>
                <w:sz w:val="26"/>
                <w:szCs w:val="26"/>
              </w:rPr>
              <w:t>sẵn</w:t>
            </w:r>
            <w:proofErr w:type="spellEnd"/>
            <w:r w:rsidRPr="00E3578E">
              <w:rPr>
                <w:rFonts w:cs="Times New Roman"/>
                <w:sz w:val="26"/>
                <w:szCs w:val="26"/>
              </w:rPr>
              <w:t xml:space="preserve"> </w:t>
            </w:r>
            <w:proofErr w:type="spellStart"/>
            <w:r w:rsidRPr="00E3578E">
              <w:rPr>
                <w:rFonts w:cs="Times New Roman"/>
                <w:sz w:val="26"/>
                <w:szCs w:val="26"/>
              </w:rPr>
              <w:t>sàng</w:t>
            </w:r>
            <w:proofErr w:type="spellEnd"/>
          </w:p>
        </w:tc>
        <w:tc>
          <w:tcPr>
            <w:tcW w:w="3260" w:type="dxa"/>
            <w:vAlign w:val="center"/>
          </w:tcPr>
          <w:p w14:paraId="42376BDE" w14:textId="149345CE" w:rsidR="0087469E" w:rsidRPr="00E3578E" w:rsidRDefault="0087469E" w:rsidP="00E3578E">
            <w:pPr>
              <w:rPr>
                <w:rFonts w:cs="Times New Roman"/>
                <w:sz w:val="26"/>
                <w:szCs w:val="26"/>
              </w:rPr>
            </w:pPr>
            <w:proofErr w:type="spellStart"/>
            <w:r w:rsidRPr="00E3578E">
              <w:rPr>
                <w:rFonts w:cs="Times New Roman"/>
                <w:sz w:val="26"/>
                <w:szCs w:val="26"/>
              </w:rPr>
              <w:t>Kiểm</w:t>
            </w:r>
            <w:proofErr w:type="spellEnd"/>
            <w:r w:rsidRPr="00E3578E">
              <w:rPr>
                <w:rFonts w:cs="Times New Roman"/>
                <w:sz w:val="26"/>
                <w:szCs w:val="26"/>
              </w:rPr>
              <w:t xml:space="preserve"> </w:t>
            </w:r>
            <w:proofErr w:type="spellStart"/>
            <w:r w:rsidRPr="00E3578E">
              <w:rPr>
                <w:rFonts w:cs="Times New Roman"/>
                <w:sz w:val="26"/>
                <w:szCs w:val="26"/>
              </w:rPr>
              <w:t>tra</w:t>
            </w:r>
            <w:proofErr w:type="spellEnd"/>
            <w:r w:rsidRPr="00E3578E">
              <w:rPr>
                <w:rFonts w:cs="Times New Roman"/>
                <w:sz w:val="26"/>
                <w:szCs w:val="26"/>
              </w:rPr>
              <w:t xml:space="preserve"> USB Token, driver, </w:t>
            </w:r>
            <w:proofErr w:type="spellStart"/>
            <w:r w:rsidRPr="00E3578E">
              <w:rPr>
                <w:rFonts w:cs="Times New Roman"/>
                <w:sz w:val="26"/>
                <w:szCs w:val="26"/>
              </w:rPr>
              <w:t>phần</w:t>
            </w:r>
            <w:proofErr w:type="spellEnd"/>
            <w:r w:rsidRPr="00E3578E">
              <w:rPr>
                <w:rFonts w:cs="Times New Roman"/>
                <w:sz w:val="26"/>
                <w:szCs w:val="26"/>
              </w:rPr>
              <w:t xml:space="preserve"> </w:t>
            </w:r>
            <w:proofErr w:type="spellStart"/>
            <w:r w:rsidRPr="00E3578E">
              <w:rPr>
                <w:rFonts w:cs="Times New Roman"/>
                <w:sz w:val="26"/>
                <w:szCs w:val="26"/>
              </w:rPr>
              <w:t>mềm</w:t>
            </w:r>
            <w:proofErr w:type="spellEnd"/>
            <w:r w:rsidRPr="00E3578E">
              <w:rPr>
                <w:rFonts w:cs="Times New Roman"/>
                <w:sz w:val="26"/>
                <w:szCs w:val="26"/>
              </w:rPr>
              <w:t xml:space="preserve"> </w:t>
            </w:r>
            <w:proofErr w:type="spellStart"/>
            <w:r w:rsidRPr="00E3578E">
              <w:rPr>
                <w:rFonts w:cs="Times New Roman"/>
                <w:sz w:val="26"/>
                <w:szCs w:val="26"/>
              </w:rPr>
              <w:t>quản</w:t>
            </w:r>
            <w:proofErr w:type="spellEnd"/>
            <w:r w:rsidRPr="00E3578E">
              <w:rPr>
                <w:rFonts w:cs="Times New Roman"/>
                <w:sz w:val="26"/>
                <w:szCs w:val="26"/>
              </w:rPr>
              <w:t xml:space="preserve"> </w:t>
            </w:r>
            <w:proofErr w:type="spellStart"/>
            <w:r w:rsidRPr="00E3578E">
              <w:rPr>
                <w:rFonts w:cs="Times New Roman"/>
                <w:sz w:val="26"/>
                <w:szCs w:val="26"/>
              </w:rPr>
              <w:t>lý</w:t>
            </w:r>
            <w:proofErr w:type="spellEnd"/>
            <w:r w:rsidRPr="00E3578E">
              <w:rPr>
                <w:rFonts w:cs="Times New Roman"/>
                <w:sz w:val="26"/>
                <w:szCs w:val="26"/>
              </w:rPr>
              <w:t xml:space="preserve"> token </w:t>
            </w:r>
            <w:proofErr w:type="spellStart"/>
            <w:r w:rsidRPr="00E3578E">
              <w:rPr>
                <w:rFonts w:cs="Times New Roman"/>
                <w:sz w:val="26"/>
                <w:szCs w:val="26"/>
              </w:rPr>
              <w:t>và</w:t>
            </w:r>
            <w:proofErr w:type="spellEnd"/>
            <w:r w:rsidRPr="00E3578E">
              <w:rPr>
                <w:rFonts w:cs="Times New Roman"/>
                <w:sz w:val="26"/>
                <w:szCs w:val="26"/>
              </w:rPr>
              <w:t xml:space="preserve"> </w:t>
            </w:r>
            <w:proofErr w:type="spellStart"/>
            <w:r w:rsidRPr="00E3578E">
              <w:rPr>
                <w:rFonts w:cs="Times New Roman"/>
                <w:sz w:val="26"/>
                <w:szCs w:val="26"/>
              </w:rPr>
              <w:t>thử</w:t>
            </w:r>
            <w:proofErr w:type="spellEnd"/>
            <w:r w:rsidRPr="00E3578E">
              <w:rPr>
                <w:rFonts w:cs="Times New Roman"/>
                <w:sz w:val="26"/>
                <w:szCs w:val="26"/>
              </w:rPr>
              <w:t xml:space="preserve"> </w:t>
            </w:r>
            <w:proofErr w:type="spellStart"/>
            <w:r w:rsidRPr="00E3578E">
              <w:rPr>
                <w:rFonts w:cs="Times New Roman"/>
                <w:sz w:val="26"/>
                <w:szCs w:val="26"/>
              </w:rPr>
              <w:t>lại</w:t>
            </w:r>
            <w:proofErr w:type="spellEnd"/>
            <w:r w:rsidRPr="00E3578E">
              <w:rPr>
                <w:rFonts w:cs="Times New Roman"/>
                <w:sz w:val="26"/>
                <w:szCs w:val="26"/>
              </w:rPr>
              <w:t>.</w:t>
            </w:r>
          </w:p>
        </w:tc>
      </w:tr>
    </w:tbl>
    <w:p w14:paraId="291A6E3C" w14:textId="7A9218D9" w:rsidR="00FD68E4" w:rsidRPr="00A675B7" w:rsidRDefault="00FD68E4">
      <w:pPr>
        <w:rPr>
          <w:rFonts w:cs="Times New Roman"/>
        </w:rPr>
      </w:pPr>
    </w:p>
    <w:sectPr w:rsidR="00FD68E4" w:rsidRPr="00A675B7" w:rsidSect="008A2888">
      <w:headerReference w:type="default" r:id="rId30"/>
      <w:footerReference w:type="default" r:id="rId31"/>
      <w:pgSz w:w="11907" w:h="16840" w:code="9"/>
      <w:pgMar w:top="1134" w:right="1134" w:bottom="1134" w:left="1701" w:header="720" w:footer="720" w:gutter="0"/>
      <w:pgBorders w:display="firstPage">
        <w:top w:val="twistedLines1" w:sz="18" w:space="1" w:color="auto"/>
        <w:left w:val="twistedLines1" w:sz="18" w:space="4" w:color="auto"/>
        <w:bottom w:val="twistedLines1" w:sz="18" w:space="1" w:color="auto"/>
        <w:right w:val="twistedLines1" w:sz="18" w:space="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5EADA" w14:textId="77777777" w:rsidR="00EF7A9B" w:rsidRDefault="00EF7A9B">
      <w:pPr>
        <w:spacing w:after="0" w:line="240" w:lineRule="auto"/>
      </w:pPr>
      <w:r>
        <w:separator/>
      </w:r>
    </w:p>
  </w:endnote>
  <w:endnote w:type="continuationSeparator" w:id="0">
    <w:p w14:paraId="7B5B2CA0" w14:textId="77777777" w:rsidR="00EF7A9B" w:rsidRDefault="00EF7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8A25" w14:textId="77777777" w:rsidR="00FD68E4" w:rsidRDefault="00000000">
    <w:pPr>
      <w:pStyle w:val="Footer"/>
      <w:jc w:val="center"/>
    </w:pPr>
    <w:r>
      <w:rPr>
        <w:sz w:val="18"/>
      </w:rPr>
      <w:t xml:space="preserve">Tài </w:t>
    </w:r>
    <w:proofErr w:type="spellStart"/>
    <w:r>
      <w:rPr>
        <w:sz w:val="18"/>
      </w:rPr>
      <w:t>liệu</w:t>
    </w:r>
    <w:proofErr w:type="spellEnd"/>
    <w:r>
      <w:rPr>
        <w:sz w:val="18"/>
      </w:rPr>
      <w:t xml:space="preserve"> </w:t>
    </w:r>
    <w:proofErr w:type="spellStart"/>
    <w:r>
      <w:rPr>
        <w:sz w:val="18"/>
      </w:rPr>
      <w:t>hướng</w:t>
    </w:r>
    <w:proofErr w:type="spellEnd"/>
    <w:r>
      <w:rPr>
        <w:sz w:val="18"/>
      </w:rPr>
      <w:t xml:space="preserve"> </w:t>
    </w:r>
    <w:proofErr w:type="spellStart"/>
    <w:r>
      <w:rPr>
        <w:sz w:val="18"/>
      </w:rPr>
      <w:t>dẫn</w:t>
    </w:r>
    <w:proofErr w:type="spellEnd"/>
    <w:r>
      <w:rPr>
        <w:sz w:val="18"/>
      </w:rPr>
      <w:t xml:space="preserve"> </w:t>
    </w:r>
    <w:proofErr w:type="spellStart"/>
    <w:r>
      <w:rPr>
        <w:sz w:val="18"/>
      </w:rPr>
      <w:t>tích</w:t>
    </w:r>
    <w:proofErr w:type="spellEnd"/>
    <w:r>
      <w:rPr>
        <w:sz w:val="18"/>
      </w:rPr>
      <w:t xml:space="preserve"> </w:t>
    </w:r>
    <w:proofErr w:type="spellStart"/>
    <w:r>
      <w:rPr>
        <w:sz w:val="18"/>
      </w:rPr>
      <w:t>hợp</w:t>
    </w:r>
    <w:proofErr w:type="spellEnd"/>
    <w:r>
      <w:rPr>
        <w:sz w:val="18"/>
      </w:rPr>
      <w:t xml:space="preserve"> </w:t>
    </w:r>
    <w:proofErr w:type="spellStart"/>
    <w:r>
      <w:rPr>
        <w:sz w:val="18"/>
      </w:rPr>
      <w:t>ký</w:t>
    </w:r>
    <w:proofErr w:type="spellEnd"/>
    <w:r>
      <w:rPr>
        <w:sz w:val="18"/>
      </w:rPr>
      <w:t xml:space="preserve"> </w:t>
    </w:r>
    <w:proofErr w:type="spellStart"/>
    <w:r>
      <w:rPr>
        <w:sz w:val="18"/>
      </w:rPr>
      <w:t>số</w:t>
    </w:r>
    <w:proofErr w:type="spellEnd"/>
    <w:r>
      <w:rPr>
        <w:sz w:val="18"/>
      </w:rPr>
      <w:t xml:space="preserve"> qua </w:t>
    </w:r>
    <w:proofErr w:type="spellStart"/>
    <w:r>
      <w:rPr>
        <w:sz w:val="18"/>
      </w:rPr>
      <w:t>ứng</w:t>
    </w:r>
    <w:proofErr w:type="spellEnd"/>
    <w:r>
      <w:rPr>
        <w:sz w:val="18"/>
      </w:rPr>
      <w:t xml:space="preserve"> </w:t>
    </w:r>
    <w:proofErr w:type="spellStart"/>
    <w:r>
      <w:rPr>
        <w:sz w:val="18"/>
      </w:rPr>
      <w:t>dụng</w:t>
    </w:r>
    <w:proofErr w:type="spellEnd"/>
    <w:r>
      <w:rPr>
        <w:sz w:val="18"/>
      </w:rPr>
      <w:t xml:space="preserve"> </w:t>
    </w:r>
    <w:proofErr w:type="spellStart"/>
    <w:r>
      <w:rPr>
        <w:sz w:val="18"/>
      </w:rPr>
      <w:t>nền</w:t>
    </w:r>
    <w:proofErr w:type="spellEnd"/>
    <w:r>
      <w:rPr>
        <w:sz w:val="18"/>
      </w:rPr>
      <w:t xml:space="preserve"> Windows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E64B8" w14:textId="77777777" w:rsidR="00EF7A9B" w:rsidRDefault="00EF7A9B">
      <w:pPr>
        <w:spacing w:after="0" w:line="240" w:lineRule="auto"/>
      </w:pPr>
      <w:r>
        <w:separator/>
      </w:r>
    </w:p>
  </w:footnote>
  <w:footnote w:type="continuationSeparator" w:id="0">
    <w:p w14:paraId="22725302" w14:textId="77777777" w:rsidR="00EF7A9B" w:rsidRDefault="00EF7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46A0" w14:textId="660317A5" w:rsidR="00FD68E4" w:rsidRDefault="00000000">
    <w:pPr>
      <w:pStyle w:val="Header"/>
      <w:jc w:val="center"/>
    </w:pPr>
    <w:proofErr w:type="spellStart"/>
    <w:r>
      <w:rPr>
        <w:sz w:val="18"/>
      </w:rPr>
      <w:t>Hướng</w:t>
    </w:r>
    <w:proofErr w:type="spellEnd"/>
    <w:r>
      <w:rPr>
        <w:sz w:val="18"/>
      </w:rPr>
      <w:t xml:space="preserve"> </w:t>
    </w:r>
    <w:proofErr w:type="spellStart"/>
    <w:r>
      <w:rPr>
        <w:sz w:val="18"/>
      </w:rPr>
      <w:t>dẫn</w:t>
    </w:r>
    <w:proofErr w:type="spellEnd"/>
    <w:r>
      <w:rPr>
        <w:sz w:val="18"/>
      </w:rPr>
      <w:t xml:space="preserve"> </w:t>
    </w:r>
    <w:proofErr w:type="spellStart"/>
    <w:r>
      <w:rPr>
        <w:sz w:val="18"/>
      </w:rPr>
      <w:t>cài</w:t>
    </w:r>
    <w:proofErr w:type="spellEnd"/>
    <w:r>
      <w:rPr>
        <w:sz w:val="18"/>
      </w:rPr>
      <w:t xml:space="preserve"> </w:t>
    </w:r>
    <w:proofErr w:type="spellStart"/>
    <w:r>
      <w:rPr>
        <w:sz w:val="18"/>
      </w:rPr>
      <w:t>đặt</w:t>
    </w:r>
    <w:proofErr w:type="spellEnd"/>
    <w:r>
      <w:rPr>
        <w:sz w:val="18"/>
      </w:rPr>
      <w:t xml:space="preserve"> </w:t>
    </w:r>
    <w:proofErr w:type="spellStart"/>
    <w:r>
      <w:rPr>
        <w:sz w:val="18"/>
      </w:rPr>
      <w:t>và</w:t>
    </w:r>
    <w:proofErr w:type="spellEnd"/>
    <w:r>
      <w:rPr>
        <w:sz w:val="18"/>
      </w:rPr>
      <w:t xml:space="preserve"> </w:t>
    </w:r>
    <w:proofErr w:type="spellStart"/>
    <w:r>
      <w:rPr>
        <w:sz w:val="18"/>
      </w:rPr>
      <w:t>sử</w:t>
    </w:r>
    <w:proofErr w:type="spellEnd"/>
    <w:r>
      <w:rPr>
        <w:sz w:val="18"/>
      </w:rPr>
      <w:t xml:space="preserve"> </w:t>
    </w:r>
    <w:proofErr w:type="spellStart"/>
    <w:r>
      <w:rPr>
        <w:sz w:val="18"/>
      </w:rPr>
      <w:t>dụng</w:t>
    </w:r>
    <w:proofErr w:type="spellEnd"/>
    <w:r>
      <w:rPr>
        <w:sz w:val="18"/>
      </w:rPr>
      <w:t xml:space="preserve"> VSS Declaration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A991"/>
    <w:multiLevelType w:val="multilevel"/>
    <w:tmpl w:val="C73493E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0" w15:restartNumberingAfterBreak="0">
    <w:nsid w:val="15B500A1"/>
    <w:multiLevelType w:val="hybridMultilevel"/>
    <w:tmpl w:val="962EC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0832D8"/>
    <w:multiLevelType w:val="hybridMultilevel"/>
    <w:tmpl w:val="BCD4A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0F2015"/>
    <w:multiLevelType w:val="hybridMultilevel"/>
    <w:tmpl w:val="F4C6F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201324"/>
    <w:multiLevelType w:val="hybridMultilevel"/>
    <w:tmpl w:val="508A4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691BD7"/>
    <w:multiLevelType w:val="hybridMultilevel"/>
    <w:tmpl w:val="6F8A7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0620E7"/>
    <w:multiLevelType w:val="hybridMultilevel"/>
    <w:tmpl w:val="ED00D7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9B30EDF"/>
    <w:multiLevelType w:val="hybridMultilevel"/>
    <w:tmpl w:val="6A280AF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4DA2435"/>
    <w:multiLevelType w:val="hybridMultilevel"/>
    <w:tmpl w:val="17A8E65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66415389">
    <w:abstractNumId w:val="8"/>
  </w:num>
  <w:num w:numId="2" w16cid:durableId="858546853">
    <w:abstractNumId w:val="6"/>
  </w:num>
  <w:num w:numId="3" w16cid:durableId="488134361">
    <w:abstractNumId w:val="5"/>
  </w:num>
  <w:num w:numId="4" w16cid:durableId="1983733675">
    <w:abstractNumId w:val="4"/>
  </w:num>
  <w:num w:numId="5" w16cid:durableId="1783648803">
    <w:abstractNumId w:val="7"/>
  </w:num>
  <w:num w:numId="6" w16cid:durableId="898983034">
    <w:abstractNumId w:val="3"/>
  </w:num>
  <w:num w:numId="7" w16cid:durableId="662506967">
    <w:abstractNumId w:val="2"/>
  </w:num>
  <w:num w:numId="8" w16cid:durableId="570048360">
    <w:abstractNumId w:val="1"/>
  </w:num>
  <w:num w:numId="9" w16cid:durableId="1404134308">
    <w:abstractNumId w:val="0"/>
  </w:num>
  <w:num w:numId="10" w16cid:durableId="880944954">
    <w:abstractNumId w:val="9"/>
  </w:num>
  <w:num w:numId="11" w16cid:durableId="1606377599">
    <w:abstractNumId w:val="14"/>
  </w:num>
  <w:num w:numId="12" w16cid:durableId="843282267">
    <w:abstractNumId w:val="13"/>
  </w:num>
  <w:num w:numId="13" w16cid:durableId="1670865793">
    <w:abstractNumId w:val="11"/>
  </w:num>
  <w:num w:numId="14" w16cid:durableId="971135943">
    <w:abstractNumId w:val="16"/>
  </w:num>
  <w:num w:numId="15" w16cid:durableId="1383747172">
    <w:abstractNumId w:val="10"/>
  </w:num>
  <w:num w:numId="16" w16cid:durableId="1236820021">
    <w:abstractNumId w:val="17"/>
  </w:num>
  <w:num w:numId="17" w16cid:durableId="1872257467">
    <w:abstractNumId w:val="12"/>
  </w:num>
  <w:num w:numId="18" w16cid:durableId="10128764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370"/>
    <w:rsid w:val="000076CF"/>
    <w:rsid w:val="00011508"/>
    <w:rsid w:val="0001209C"/>
    <w:rsid w:val="00012173"/>
    <w:rsid w:val="000202F9"/>
    <w:rsid w:val="00024472"/>
    <w:rsid w:val="00034616"/>
    <w:rsid w:val="00034FC9"/>
    <w:rsid w:val="00047F0B"/>
    <w:rsid w:val="00052AD0"/>
    <w:rsid w:val="0006063C"/>
    <w:rsid w:val="00067223"/>
    <w:rsid w:val="00076411"/>
    <w:rsid w:val="000837A2"/>
    <w:rsid w:val="00084DF7"/>
    <w:rsid w:val="00087309"/>
    <w:rsid w:val="000967A2"/>
    <w:rsid w:val="000A242B"/>
    <w:rsid w:val="000B1920"/>
    <w:rsid w:val="000C2DAD"/>
    <w:rsid w:val="000C37B8"/>
    <w:rsid w:val="000D7427"/>
    <w:rsid w:val="000E44EC"/>
    <w:rsid w:val="000F09BF"/>
    <w:rsid w:val="000F3A52"/>
    <w:rsid w:val="00103766"/>
    <w:rsid w:val="00146C2B"/>
    <w:rsid w:val="0015074B"/>
    <w:rsid w:val="001577A3"/>
    <w:rsid w:val="00166962"/>
    <w:rsid w:val="00181BC9"/>
    <w:rsid w:val="001A197A"/>
    <w:rsid w:val="001B14AB"/>
    <w:rsid w:val="001B4567"/>
    <w:rsid w:val="001E2915"/>
    <w:rsid w:val="00221E7F"/>
    <w:rsid w:val="00230588"/>
    <w:rsid w:val="002424F0"/>
    <w:rsid w:val="002526A1"/>
    <w:rsid w:val="00254D32"/>
    <w:rsid w:val="002739D8"/>
    <w:rsid w:val="002917FC"/>
    <w:rsid w:val="0029639D"/>
    <w:rsid w:val="002A2119"/>
    <w:rsid w:val="002A22E1"/>
    <w:rsid w:val="002B6C70"/>
    <w:rsid w:val="002D2EF5"/>
    <w:rsid w:val="002E44A8"/>
    <w:rsid w:val="003108AF"/>
    <w:rsid w:val="00320B45"/>
    <w:rsid w:val="00326F90"/>
    <w:rsid w:val="003668B1"/>
    <w:rsid w:val="00397CEB"/>
    <w:rsid w:val="003C358A"/>
    <w:rsid w:val="003C3713"/>
    <w:rsid w:val="00403034"/>
    <w:rsid w:val="004037FA"/>
    <w:rsid w:val="00436C50"/>
    <w:rsid w:val="00442B86"/>
    <w:rsid w:val="00471FC9"/>
    <w:rsid w:val="00476536"/>
    <w:rsid w:val="0048145B"/>
    <w:rsid w:val="00493DE4"/>
    <w:rsid w:val="004948DB"/>
    <w:rsid w:val="004F0A70"/>
    <w:rsid w:val="00501297"/>
    <w:rsid w:val="00502B25"/>
    <w:rsid w:val="005357A9"/>
    <w:rsid w:val="00540A3C"/>
    <w:rsid w:val="00563E0E"/>
    <w:rsid w:val="00582B5F"/>
    <w:rsid w:val="00583597"/>
    <w:rsid w:val="005A0F10"/>
    <w:rsid w:val="005B04F1"/>
    <w:rsid w:val="005B4B3A"/>
    <w:rsid w:val="005F622E"/>
    <w:rsid w:val="005F7F90"/>
    <w:rsid w:val="00600D84"/>
    <w:rsid w:val="0060247C"/>
    <w:rsid w:val="0060738A"/>
    <w:rsid w:val="00626F54"/>
    <w:rsid w:val="0066313C"/>
    <w:rsid w:val="00663803"/>
    <w:rsid w:val="006670D9"/>
    <w:rsid w:val="006816B5"/>
    <w:rsid w:val="00685F49"/>
    <w:rsid w:val="006B6D61"/>
    <w:rsid w:val="006C3A7F"/>
    <w:rsid w:val="006D7214"/>
    <w:rsid w:val="006E398C"/>
    <w:rsid w:val="00703406"/>
    <w:rsid w:val="00707D3F"/>
    <w:rsid w:val="00713181"/>
    <w:rsid w:val="0071529D"/>
    <w:rsid w:val="00734F47"/>
    <w:rsid w:val="00771974"/>
    <w:rsid w:val="00783C39"/>
    <w:rsid w:val="007B1280"/>
    <w:rsid w:val="007B6E09"/>
    <w:rsid w:val="007D349B"/>
    <w:rsid w:val="007D4A4A"/>
    <w:rsid w:val="007D53D0"/>
    <w:rsid w:val="007F2621"/>
    <w:rsid w:val="008134E0"/>
    <w:rsid w:val="00836E78"/>
    <w:rsid w:val="00843660"/>
    <w:rsid w:val="00853D49"/>
    <w:rsid w:val="00857269"/>
    <w:rsid w:val="0087469E"/>
    <w:rsid w:val="00874E70"/>
    <w:rsid w:val="008A034C"/>
    <w:rsid w:val="008A2888"/>
    <w:rsid w:val="008B7274"/>
    <w:rsid w:val="008D0AE2"/>
    <w:rsid w:val="008D22E0"/>
    <w:rsid w:val="008D4936"/>
    <w:rsid w:val="008F557C"/>
    <w:rsid w:val="008F63E4"/>
    <w:rsid w:val="009062C8"/>
    <w:rsid w:val="00915202"/>
    <w:rsid w:val="009207F0"/>
    <w:rsid w:val="00923DBD"/>
    <w:rsid w:val="00932484"/>
    <w:rsid w:val="00947FB9"/>
    <w:rsid w:val="00952C18"/>
    <w:rsid w:val="009657F6"/>
    <w:rsid w:val="00972A54"/>
    <w:rsid w:val="00974AFF"/>
    <w:rsid w:val="00982EE9"/>
    <w:rsid w:val="00984A66"/>
    <w:rsid w:val="009B4DB6"/>
    <w:rsid w:val="009B5F99"/>
    <w:rsid w:val="009C296C"/>
    <w:rsid w:val="009D4AD2"/>
    <w:rsid w:val="009F48AF"/>
    <w:rsid w:val="009F7EF9"/>
    <w:rsid w:val="00A34AFB"/>
    <w:rsid w:val="00A54DF6"/>
    <w:rsid w:val="00A63B3E"/>
    <w:rsid w:val="00A675B7"/>
    <w:rsid w:val="00A85A2A"/>
    <w:rsid w:val="00AA17CB"/>
    <w:rsid w:val="00AA1D8D"/>
    <w:rsid w:val="00AF0018"/>
    <w:rsid w:val="00B118C9"/>
    <w:rsid w:val="00B15BD3"/>
    <w:rsid w:val="00B2725E"/>
    <w:rsid w:val="00B47730"/>
    <w:rsid w:val="00B67D82"/>
    <w:rsid w:val="00B74CD9"/>
    <w:rsid w:val="00B81C95"/>
    <w:rsid w:val="00B83C4D"/>
    <w:rsid w:val="00B93479"/>
    <w:rsid w:val="00BA1455"/>
    <w:rsid w:val="00BC23D8"/>
    <w:rsid w:val="00BE31FA"/>
    <w:rsid w:val="00BE5557"/>
    <w:rsid w:val="00C15CD7"/>
    <w:rsid w:val="00C60734"/>
    <w:rsid w:val="00C6567F"/>
    <w:rsid w:val="00C67AA8"/>
    <w:rsid w:val="00C81E97"/>
    <w:rsid w:val="00C95B2C"/>
    <w:rsid w:val="00CA249C"/>
    <w:rsid w:val="00CA630C"/>
    <w:rsid w:val="00CB0664"/>
    <w:rsid w:val="00CC049D"/>
    <w:rsid w:val="00CD0FE6"/>
    <w:rsid w:val="00CE383D"/>
    <w:rsid w:val="00CF1445"/>
    <w:rsid w:val="00D209BC"/>
    <w:rsid w:val="00D55ED7"/>
    <w:rsid w:val="00D65F11"/>
    <w:rsid w:val="00D73B1D"/>
    <w:rsid w:val="00D92CAE"/>
    <w:rsid w:val="00DB35BB"/>
    <w:rsid w:val="00DC0A34"/>
    <w:rsid w:val="00DE2177"/>
    <w:rsid w:val="00DE3014"/>
    <w:rsid w:val="00DF379A"/>
    <w:rsid w:val="00DF74DE"/>
    <w:rsid w:val="00E3356F"/>
    <w:rsid w:val="00E3578E"/>
    <w:rsid w:val="00E412E2"/>
    <w:rsid w:val="00E51233"/>
    <w:rsid w:val="00E91BD9"/>
    <w:rsid w:val="00E92585"/>
    <w:rsid w:val="00E93170"/>
    <w:rsid w:val="00EA52AD"/>
    <w:rsid w:val="00ED6816"/>
    <w:rsid w:val="00EF6C5D"/>
    <w:rsid w:val="00EF7A9B"/>
    <w:rsid w:val="00EF7FD3"/>
    <w:rsid w:val="00F03502"/>
    <w:rsid w:val="00F35A1E"/>
    <w:rsid w:val="00F35E2C"/>
    <w:rsid w:val="00F50FBB"/>
    <w:rsid w:val="00F56F45"/>
    <w:rsid w:val="00F6635E"/>
    <w:rsid w:val="00F82A54"/>
    <w:rsid w:val="00F82ED8"/>
    <w:rsid w:val="00F90326"/>
    <w:rsid w:val="00FB11D6"/>
    <w:rsid w:val="00FC4B24"/>
    <w:rsid w:val="00FC693F"/>
    <w:rsid w:val="00FD6877"/>
    <w:rsid w:val="00FD68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48C5FF"/>
  <w14:defaultImageDpi w14:val="300"/>
  <w15:docId w15:val="{66782794-1E04-4080-BC2D-CCE1C5A1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9C296C"/>
    <w:pPr>
      <w:keepNext/>
      <w:keepLines/>
      <w:spacing w:before="200" w:after="0"/>
      <w:outlineLvl w:val="1"/>
    </w:pPr>
    <w:rPr>
      <w:rFonts w:eastAsiaTheme="majorEastAsia" w:cstheme="majorBidi"/>
      <w:b/>
      <w:bCs/>
      <w:color w:val="4F81BD" w:themeColor="accent1"/>
      <w:sz w:val="28"/>
      <w:szCs w:val="26"/>
    </w:rPr>
  </w:style>
  <w:style w:type="paragraph" w:styleId="Heading3">
    <w:name w:val="heading 3"/>
    <w:basedOn w:val="Normal"/>
    <w:next w:val="Normal"/>
    <w:link w:val="Heading3Char"/>
    <w:uiPriority w:val="9"/>
    <w:unhideWhenUsed/>
    <w:qFormat/>
    <w:rsid w:val="00F03502"/>
    <w:pPr>
      <w:keepNext/>
      <w:keepLines/>
      <w:spacing w:before="200" w:after="0"/>
      <w:outlineLvl w:val="2"/>
    </w:pPr>
    <w:rPr>
      <w:rFonts w:eastAsiaTheme="majorEastAsia" w:cstheme="majorBidi"/>
      <w:b/>
      <w:bCs/>
      <w:color w:val="4F81BD" w:themeColor="accent1"/>
      <w:sz w:val="26"/>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C296C"/>
    <w:rPr>
      <w:rFonts w:ascii="Times New Roman" w:eastAsiaTheme="majorEastAsia" w:hAnsi="Times New Roman" w:cstheme="majorBidi"/>
      <w:b/>
      <w:bCs/>
      <w:color w:val="4F81BD" w:themeColor="accent1"/>
      <w:sz w:val="28"/>
      <w:szCs w:val="26"/>
    </w:rPr>
  </w:style>
  <w:style w:type="character" w:customStyle="1" w:styleId="Heading3Char">
    <w:name w:val="Heading 3 Char"/>
    <w:basedOn w:val="DefaultParagraphFont"/>
    <w:link w:val="Heading3"/>
    <w:uiPriority w:val="9"/>
    <w:rsid w:val="00F03502"/>
    <w:rPr>
      <w:rFonts w:ascii="Times New Roman" w:eastAsiaTheme="majorEastAsia" w:hAnsi="Times New Roman" w:cstheme="majorBidi"/>
      <w:b/>
      <w:bCs/>
      <w:color w:val="4F81BD" w:themeColor="accent1"/>
      <w:sz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Paragraph">
    <w:name w:val="First Paragraph"/>
    <w:basedOn w:val="BodyText"/>
    <w:next w:val="BodyText"/>
    <w:qFormat/>
    <w:rsid w:val="00A675B7"/>
    <w:pPr>
      <w:spacing w:before="180" w:after="180" w:line="240" w:lineRule="auto"/>
    </w:pPr>
    <w:rPr>
      <w:rFonts w:asciiTheme="minorHAnsi" w:eastAsiaTheme="minorHAnsi" w:hAnsiTheme="minorHAnsi"/>
      <w:sz w:val="24"/>
      <w:szCs w:val="24"/>
    </w:rPr>
  </w:style>
  <w:style w:type="paragraph" w:customStyle="1" w:styleId="Compact">
    <w:name w:val="Compact"/>
    <w:basedOn w:val="BodyText"/>
    <w:qFormat/>
    <w:rsid w:val="00A675B7"/>
    <w:pPr>
      <w:spacing w:before="36" w:after="36" w:line="240" w:lineRule="auto"/>
    </w:pPr>
    <w:rPr>
      <w:rFonts w:asciiTheme="minorHAnsi" w:eastAsiaTheme="minorHAnsi" w:hAnsiTheme="minorHAnsi"/>
      <w:sz w:val="24"/>
      <w:szCs w:val="24"/>
    </w:rPr>
  </w:style>
  <w:style w:type="table" w:customStyle="1" w:styleId="Table">
    <w:name w:val="Table"/>
    <w:semiHidden/>
    <w:unhideWhenUsed/>
    <w:qFormat/>
    <w:rsid w:val="00A675B7"/>
    <w:pPr>
      <w:spacing w:line="240" w:lineRule="auto"/>
    </w:pPr>
    <w:rPr>
      <w:rFonts w:eastAsiaTheme="minorHAns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TOC1">
    <w:name w:val="toc 1"/>
    <w:basedOn w:val="Normal"/>
    <w:next w:val="Normal"/>
    <w:autoRedefine/>
    <w:uiPriority w:val="39"/>
    <w:unhideWhenUsed/>
    <w:rsid w:val="00843660"/>
    <w:pPr>
      <w:spacing w:after="100"/>
    </w:pPr>
  </w:style>
  <w:style w:type="paragraph" w:styleId="TOC2">
    <w:name w:val="toc 2"/>
    <w:basedOn w:val="Normal"/>
    <w:next w:val="Normal"/>
    <w:autoRedefine/>
    <w:uiPriority w:val="39"/>
    <w:unhideWhenUsed/>
    <w:rsid w:val="00843660"/>
    <w:pPr>
      <w:spacing w:after="100"/>
      <w:ind w:left="220"/>
    </w:pPr>
  </w:style>
  <w:style w:type="paragraph" w:styleId="TOC3">
    <w:name w:val="toc 3"/>
    <w:basedOn w:val="Normal"/>
    <w:next w:val="Normal"/>
    <w:autoRedefine/>
    <w:uiPriority w:val="39"/>
    <w:unhideWhenUsed/>
    <w:rsid w:val="00843660"/>
    <w:pPr>
      <w:spacing w:after="100"/>
      <w:ind w:left="440"/>
    </w:pPr>
  </w:style>
  <w:style w:type="character" w:styleId="Hyperlink">
    <w:name w:val="Hyperlink"/>
    <w:basedOn w:val="DefaultParagraphFont"/>
    <w:uiPriority w:val="99"/>
    <w:unhideWhenUsed/>
    <w:rsid w:val="00843660"/>
    <w:rPr>
      <w:color w:val="0000FF" w:themeColor="hyperlink"/>
      <w:u w:val="single"/>
    </w:rPr>
  </w:style>
  <w:style w:type="character" w:styleId="UnresolvedMention">
    <w:name w:val="Unresolved Mention"/>
    <w:basedOn w:val="DefaultParagraphFont"/>
    <w:uiPriority w:val="99"/>
    <w:semiHidden/>
    <w:unhideWhenUsed/>
    <w:rsid w:val="00DF7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localhost:61505/swagger" TargetMode="External"/><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637</TotalTime>
  <Pages>16</Pages>
  <Words>1427</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Huy Anh Trần Tecapro</cp:lastModifiedBy>
  <cp:revision>204</cp:revision>
  <dcterms:created xsi:type="dcterms:W3CDTF">2013-12-23T23:15:00Z</dcterms:created>
  <dcterms:modified xsi:type="dcterms:W3CDTF">2026-07-10T11:24:00Z</dcterms:modified>
  <cp:category/>
</cp:coreProperties>
</file>